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ook w:firstColumn="1" w:firstRow="1" w:lastColumn="0" w:lastRow="0" w:noHBand="0" w:noVBand="1" w:val="04A0"/>
      </w:tblPr>
      <w:tblGrid>
        <w:gridCol w:w="10224"/>
      </w:tblGrid>
      <w:tr>
        <w:tc>
          <w:tcPr>
            <w:tcW w:type="dxa" w:w="10224"/>
            <w:shd w:fill="18324A"/>
            <w:tcMar>
              <w:top w:w="420" w:type="dxa"/>
              <w:start w:w="280" w:type="dxa"/>
              <w:bottom w:w="420" w:type="dxa"/>
              <w:end w:w="280" w:type="dxa"/>
            </w:tcMar>
          </w:tcPr>
          <w:p>
            <w:pPr>
              <w:jc w:val="center"/>
            </w:pPr>
            <w:r>
              <w:rPr>
                <w:rFonts w:ascii="Liberation Sans" w:hAnsi="Liberation Sans" w:eastAsia="Liberation Sans"/>
                <w:b/>
                <w:color w:val="FFFFFF"/>
                <w:sz w:val="58"/>
              </w:rPr>
              <w:t>SPIRITUAL WARFARE</w:t>
              <w:br/>
              <w:t>&amp; DELIVERANCE</w:t>
            </w:r>
          </w:p>
          <w:p>
            <w:pPr>
              <w:jc w:val="center"/>
            </w:pPr>
            <w:r>
              <w:rPr>
                <w:rFonts w:ascii="Liberation Sans" w:hAnsi="Liberation Sans" w:eastAsia="Liberation Sans"/>
                <w:b/>
                <w:color w:val="E9D4AD"/>
                <w:sz w:val="48"/>
              </w:rPr>
              <w:t>SCRIPTURE MANUAL</w:t>
            </w:r>
          </w:p>
          <w:p>
            <w:pPr>
              <w:jc w:val="center"/>
            </w:pPr>
            <w:r>
              <w:rPr>
                <w:rFonts w:ascii="Liberation Sans" w:hAnsi="Liberation Sans" w:eastAsia="Liberation Sans"/>
                <w:b/>
                <w:color w:val="DCE5EB"/>
                <w:sz w:val="24"/>
              </w:rPr>
              <w:t>VERIFIED RESEARCH EDITION</w:t>
            </w:r>
          </w:p>
          <w:p>
            <w:pPr>
              <w:jc w:val="center"/>
            </w:pPr>
            <w:r>
              <w:rPr>
                <w:rFonts w:ascii="Liberation Serif" w:hAnsi="Liberation Serif" w:eastAsia="Liberation Serif"/>
                <w:i/>
                <w:color w:val="FFFFFF"/>
                <w:sz w:val="24"/>
              </w:rPr>
              <w:t>A source-backed, Christ-centered operational concordance</w:t>
              <w:br/>
              <w:t>and ministry-use field guide</w:t>
            </w:r>
          </w:p>
          <w:p>
            <w:pPr>
              <w:jc w:val="center"/>
            </w:pPr>
            <w:r>
              <w:rPr>
                <w:rFonts w:ascii="Liberation Sans" w:hAnsi="Liberation Sans" w:eastAsia="Liberation Sans"/>
                <w:color w:val="DCE5EB"/>
                <w:sz w:val="19"/>
              </w:rPr>
              <w:t>292 operational placements | 291 unique full-text KJV passages</w:t>
              <w:br/>
              <w:t>200-name research roster | 21-source ledger</w:t>
            </w:r>
          </w:p>
          <w:p>
            <w:pPr>
              <w:jc w:val="center"/>
            </w:pPr>
            <w:r>
              <w:rPr>
                <w:rFonts w:ascii="Liberation Sans" w:hAnsi="Liberation Sans" w:eastAsia="Liberation Sans"/>
                <w:b/>
                <w:color w:val="E9D4AD"/>
                <w:sz w:val="19"/>
              </w:rPr>
              <w:t>August 2026</w:t>
            </w:r>
          </w:p>
        </w:tc>
      </w:tr>
    </w:tbl>
    <w:p/>
    <w:tbl>
      <w:tblPr>
        <w:tblW w:type="auto" w:w="0"/>
        <w:jc w:val="center"/>
        <w:tblLayout w:type="autofit"/>
        <w:tblLook w:firstColumn="1" w:firstRow="1" w:lastColumn="0" w:lastRow="0" w:noHBand="0" w:noVBand="1" w:val="04A0"/>
      </w:tblPr>
      <w:tblGrid>
        <w:gridCol w:w="10224"/>
      </w:tblGrid>
      <w:tr>
        <w:tc>
          <w:tcPr>
            <w:tcW w:type="dxa" w:w="10224"/>
            <w:shd w:fill="F2F4F5"/>
            <w:tcMar>
              <w:top w:w="110" w:type="dxa"/>
              <w:start w:w="130" w:type="dxa"/>
              <w:bottom w:w="110" w:type="dxa"/>
              <w:end w:w="130" w:type="dxa"/>
            </w:tcMar>
          </w:tcPr>
          <w:p>
            <w:r>
              <w:rPr>
                <w:rFonts w:ascii="Liberation Sans" w:hAnsi="Liberation Sans" w:eastAsia="Liberation Sans"/>
                <w:b/>
                <w:color w:val="18324A"/>
                <w:sz w:val="20"/>
              </w:rPr>
              <w:t>Scope and safety statement</w:t>
            </w:r>
          </w:p>
          <w:p>
            <w:pPr>
              <w:spacing w:after="0"/>
            </w:pPr>
            <w:r>
              <w:rPr>
                <w:rFonts w:ascii="Liberation Sans" w:hAnsi="Liberation Sans" w:eastAsia="Liberation Sans"/>
                <w:color w:val="20262E"/>
                <w:sz w:val="17"/>
              </w:rPr>
              <w:t>This book supports biblical study, pastoral discernment, prayer, and accountable ministry. It does not diagnose disease or mental illness, replace licensed care, authorize coercion, or prove that every person in the research roster taught the material collected here.</w:t>
            </w:r>
          </w:p>
        </w:tc>
      </w:tr>
    </w:tbl>
    <w:p>
      <w:pPr>
        <w:spacing w:after="0"/>
      </w:pPr>
    </w:p>
    <w:p>
      <w:r>
        <w:br w:type="page"/>
      </w:r>
    </w:p>
    <w:p>
      <w:pPr>
        <w:pStyle w:val="Heading1"/>
        <w:keepNext/>
        <w:pBdr>
          <w:bottom w:val="single" w:sz="6" w:space="2" w:color="A67833"/>
        </w:pBdr>
      </w:pPr>
      <w:r>
        <w:t>Contents</w:t>
      </w:r>
    </w:p>
    <w:p>
      <w:pPr>
        <w:pStyle w:val="ListBullet"/>
        <w:ind w:left="360" w:hanging="202"/>
      </w:pPr>
      <w:r>
        <w:rPr>
          <w:rFonts w:ascii="Liberation Serif" w:hAnsi="Liberation Serif" w:eastAsia="Liberation Serif"/>
          <w:color w:val="20262E"/>
          <w:sz w:val="18"/>
        </w:rPr>
        <w:t>1. Editorial audit, scope, and translation policy</w:t>
      </w:r>
    </w:p>
    <w:p>
      <w:pPr>
        <w:pStyle w:val="ListBullet"/>
        <w:ind w:left="360" w:hanging="202"/>
      </w:pPr>
      <w:r>
        <w:rPr>
          <w:rFonts w:ascii="Liberation Serif" w:hAnsi="Liberation Serif" w:eastAsia="Liberation Serif"/>
          <w:color w:val="20262E"/>
          <w:sz w:val="18"/>
        </w:rPr>
        <w:t>2. Safety and ethical triage</w:t>
      </w:r>
    </w:p>
    <w:p>
      <w:pPr>
        <w:pStyle w:val="ListBullet"/>
        <w:ind w:left="360" w:hanging="202"/>
      </w:pPr>
      <w:r>
        <w:rPr>
          <w:rFonts w:ascii="Liberation Serif" w:hAnsi="Liberation Serif" w:eastAsia="Liberation Serif"/>
          <w:color w:val="20262E"/>
          <w:sz w:val="18"/>
        </w:rPr>
        <w:t>3. Evidence and attribution framework</w:t>
      </w:r>
    </w:p>
    <w:p>
      <w:pPr>
        <w:pStyle w:val="ListBullet"/>
        <w:ind w:left="360" w:hanging="202"/>
      </w:pPr>
      <w:r>
        <w:rPr>
          <w:rFonts w:ascii="Liberation Serif" w:hAnsi="Liberation Serif" w:eastAsia="Liberation Serif"/>
          <w:color w:val="20262E"/>
          <w:sz w:val="18"/>
        </w:rPr>
        <w:t>4. Quick-use operational index</w:t>
      </w:r>
    </w:p>
    <w:p>
      <w:pPr>
        <w:pStyle w:val="ListBullet"/>
        <w:ind w:left="360" w:hanging="202"/>
      </w:pPr>
      <w:r>
        <w:rPr>
          <w:rFonts w:ascii="Liberation Serif" w:hAnsi="Liberation Serif" w:eastAsia="Liberation Serif"/>
          <w:color w:val="20262E"/>
          <w:sz w:val="18"/>
        </w:rPr>
        <w:t>5. Twelve-step ministry protocol</w:t>
      </w:r>
    </w:p>
    <w:p>
      <w:pPr>
        <w:pStyle w:val="ListBullet"/>
        <w:ind w:left="360" w:hanging="202"/>
      </w:pPr>
      <w:r>
        <w:rPr>
          <w:rFonts w:ascii="Liberation Serif" w:hAnsi="Liberation Serif" w:eastAsia="Liberation Serif"/>
          <w:color w:val="20262E"/>
          <w:sz w:val="18"/>
        </w:rPr>
        <w:t>6. Operational Scripture treasury - 20 sections</w:t>
      </w:r>
    </w:p>
    <w:p>
      <w:pPr>
        <w:pStyle w:val="ListBullet"/>
        <w:ind w:left="360" w:hanging="202"/>
      </w:pPr>
      <w:r>
        <w:rPr>
          <w:rFonts w:ascii="Liberation Serif" w:hAnsi="Liberation Serif" w:eastAsia="Liberation Serif"/>
          <w:color w:val="20262E"/>
          <w:sz w:val="18"/>
        </w:rPr>
        <w:t>7. Newly composed Scripture prayers and proclamations</w:t>
      </w:r>
    </w:p>
    <w:p>
      <w:pPr>
        <w:pStyle w:val="ListBullet"/>
        <w:ind w:left="360" w:hanging="202"/>
      </w:pPr>
      <w:r>
        <w:rPr>
          <w:rFonts w:ascii="Liberation Serif" w:hAnsi="Liberation Serif" w:eastAsia="Liberation Serif"/>
          <w:color w:val="20262E"/>
          <w:sz w:val="18"/>
        </w:rPr>
        <w:t>8. Ministry-source profiles</w:t>
      </w:r>
    </w:p>
    <w:p>
      <w:pPr>
        <w:pStyle w:val="ListBullet"/>
        <w:ind w:left="360" w:hanging="202"/>
      </w:pPr>
      <w:r>
        <w:rPr>
          <w:rFonts w:ascii="Liberation Serif" w:hAnsi="Liberation Serif" w:eastAsia="Liberation Serif"/>
          <w:color w:val="20262E"/>
          <w:sz w:val="18"/>
        </w:rPr>
        <w:t>9. Interpretive model matrix</w:t>
      </w:r>
    </w:p>
    <w:p>
      <w:pPr>
        <w:pStyle w:val="ListBullet"/>
        <w:ind w:left="360" w:hanging="202"/>
      </w:pPr>
      <w:r>
        <w:rPr>
          <w:rFonts w:ascii="Liberation Serif" w:hAnsi="Liberation Serif" w:eastAsia="Liberation Serif"/>
          <w:color w:val="20262E"/>
          <w:sz w:val="18"/>
        </w:rPr>
        <w:t>10. Minister and ministry research roster</w:t>
      </w:r>
    </w:p>
    <w:p>
      <w:pPr>
        <w:pStyle w:val="ListBullet"/>
        <w:ind w:left="360" w:hanging="202"/>
      </w:pPr>
      <w:r>
        <w:rPr>
          <w:rFonts w:ascii="Liberation Serif" w:hAnsi="Liberation Serif" w:eastAsia="Liberation Serif"/>
          <w:color w:val="20262E"/>
          <w:sz w:val="18"/>
        </w:rPr>
        <w:t>11. Source ledger</w:t>
      </w:r>
    </w:p>
    <w:p>
      <w:pPr>
        <w:pStyle w:val="ListBullet"/>
        <w:ind w:left="360" w:hanging="202"/>
      </w:pPr>
      <w:r>
        <w:rPr>
          <w:rFonts w:ascii="Liberation Serif" w:hAnsi="Liberation Serif" w:eastAsia="Liberation Serif"/>
          <w:color w:val="20262E"/>
          <w:sz w:val="18"/>
        </w:rPr>
        <w:t>Appendix A. Extended reference-only concordance</w:t>
      </w:r>
    </w:p>
    <w:p>
      <w:pPr>
        <w:pStyle w:val="ListBullet"/>
        <w:ind w:left="360" w:hanging="202"/>
      </w:pPr>
      <w:r>
        <w:rPr>
          <w:rFonts w:ascii="Liberation Serif" w:hAnsi="Liberation Serif" w:eastAsia="Liberation Serif"/>
          <w:color w:val="20262E"/>
          <w:sz w:val="18"/>
        </w:rPr>
        <w:t>Appendix B. Data package and reuse notes</w:t>
      </w:r>
    </w:p>
    <w:p>
      <w:pPr>
        <w:pStyle w:val="SmallNote"/>
      </w:pPr>
      <w:r>
        <w:t>Navigation note: Word and PDF viewers can use the heading outline/bookmarks. Page numbers may vary by viewer and printer settings.</w:t>
      </w:r>
    </w:p>
    <w:p>
      <w:pPr>
        <w:pStyle w:val="Heading1"/>
        <w:keepNext/>
        <w:pageBreakBefore/>
        <w:pBdr>
          <w:bottom w:val="single" w:sz="8" w:space="2" w:color="A67833"/>
        </w:pBdr>
      </w:pPr>
      <w:r>
        <w:t>1. Editorial Audit, Scope, and Translation Policy</w:t>
      </w:r>
    </w:p>
    <w:tbl>
      <w:tblPr>
        <w:tblW w:type="auto" w:w="0"/>
        <w:jc w:val="center"/>
        <w:tblLayout w:type="autofit"/>
        <w:tblLook w:firstColumn="1" w:firstRow="1" w:lastColumn="0" w:lastRow="0" w:noHBand="0" w:noVBand="1" w:val="04A0"/>
      </w:tblPr>
      <w:tblGrid>
        <w:gridCol w:w="10224"/>
      </w:tblGrid>
      <w:tr>
        <w:tc>
          <w:tcPr>
            <w:tcW w:type="dxa" w:w="10224"/>
            <w:shd w:fill="FCEDED"/>
            <w:tcMar>
              <w:top w:w="110" w:type="dxa"/>
              <w:start w:w="130" w:type="dxa"/>
              <w:bottom w:w="110" w:type="dxa"/>
              <w:end w:w="130" w:type="dxa"/>
            </w:tcMar>
          </w:tcPr>
          <w:p>
            <w:r>
              <w:rPr>
                <w:rFonts w:ascii="Liberation Sans" w:hAnsi="Liberation Sans" w:eastAsia="Liberation Sans"/>
                <w:b/>
                <w:color w:val="8B2D2D"/>
                <w:sz w:val="20"/>
              </w:rPr>
              <w:t>Correction of the earlier completion record</w:t>
            </w:r>
          </w:p>
          <w:p>
            <w:pPr>
              <w:spacing w:after="0"/>
            </w:pPr>
            <w:r>
              <w:rPr>
                <w:rFonts w:ascii="Liberation Sans" w:hAnsi="Liberation Sans" w:eastAsia="Liberation Sans"/>
                <w:color w:val="20262E"/>
                <w:sz w:val="17"/>
              </w:rPr>
              <w:t>A previously claimed 143-page deliverance manual could not be located in the conversation, file library, or accessible workstation storage. This edition was therefore rebuilt from the surviving source material and validated Scripture data. No earlier page count, passage count, or completion claim is treated as evidence.</w:t>
            </w:r>
          </w:p>
        </w:tc>
      </w:tr>
    </w:tbl>
    <w:p>
      <w:pPr>
        <w:spacing w:after="0"/>
      </w:pPr>
    </w:p>
    <w:p>
      <w:pPr>
        <w:pStyle w:val="ListBullet"/>
        <w:ind w:left="360" w:hanging="202"/>
      </w:pPr>
      <w:r>
        <w:rPr>
          <w:rFonts w:ascii="Liberation Serif" w:hAnsi="Liberation Serif" w:eastAsia="Liberation Serif"/>
          <w:color w:val="20262E"/>
          <w:sz w:val="18"/>
        </w:rPr>
        <w:t>The earlier claimed 143-page manual could not be located or verified. This edition was rebuilt from the surviving source material and validated data rather than treating that claim as evidence.</w:t>
      </w:r>
    </w:p>
    <w:p>
      <w:pPr>
        <w:pStyle w:val="ListBullet"/>
        <w:ind w:left="360" w:hanging="202"/>
      </w:pPr>
      <w:r>
        <w:rPr>
          <w:rFonts w:ascii="Liberation Serif" w:hAnsi="Liberation Serif" w:eastAsia="Liberation Serif"/>
          <w:color w:val="20262E"/>
          <w:sz w:val="18"/>
        </w:rPr>
        <w:t>Direct attribution requires a reviewed sermon, transcript, book description, official ministry page, ministry-controlled archive, or comparable source trail. A roster entry alone never creates an attribution.</w:t>
      </w:r>
    </w:p>
    <w:p>
      <w:pPr>
        <w:pStyle w:val="ListBullet"/>
        <w:ind w:left="360" w:hanging="202"/>
      </w:pPr>
      <w:r>
        <w:rPr>
          <w:rFonts w:ascii="Liberation Serif" w:hAnsi="Liberation Serif" w:eastAsia="Liberation Serif"/>
          <w:color w:val="20262E"/>
          <w:sz w:val="18"/>
        </w:rPr>
        <w:t>Evidence label A marks an explicit cited passage in a reviewed source. B marks a documented ministry theme with a compiler-supplied biblical anchor. C marks a whole-Bible control or safety passage. M marks a later ministry model. D marks a disputed or clinically unsafe claim. R marks a roster-only entry.</w:t>
      </w:r>
    </w:p>
    <w:p>
      <w:pPr>
        <w:pStyle w:val="ListBullet"/>
        <w:ind w:left="360" w:hanging="202"/>
      </w:pPr>
      <w:r>
        <w:rPr>
          <w:rFonts w:ascii="Liberation Serif" w:hAnsi="Liberation Serif" w:eastAsia="Liberation Serif"/>
          <w:color w:val="20262E"/>
          <w:sz w:val="18"/>
        </w:rPr>
        <w:t>The operational treasury contains full KJV text for 291 unique validated passage records and 292 category placements. It is a curated field guide, not a complete list of every verse ever used by every named minister.</w:t>
      </w:r>
    </w:p>
    <w:p>
      <w:pPr>
        <w:pStyle w:val="ListBullet"/>
        <w:ind w:left="360" w:hanging="202"/>
      </w:pPr>
      <w:r>
        <w:rPr>
          <w:rFonts w:ascii="Liberation Serif" w:hAnsi="Liberation Serif" w:eastAsia="Liberation Serif"/>
          <w:color w:val="20262E"/>
          <w:sz w:val="18"/>
        </w:rPr>
        <w:t>The 200-name roster is preserved as the requested expansion universe. Directly reviewed, priority-queue, adjacent, ambiguous, and duplicate entries are separated so unsupported claims are not smuggled into the record.</w:t>
      </w:r>
    </w:p>
    <w:p>
      <w:pPr>
        <w:pStyle w:val="ListBullet"/>
        <w:ind w:left="360" w:hanging="202"/>
      </w:pPr>
      <w:r>
        <w:rPr>
          <w:rFonts w:ascii="Liberation Serif" w:hAnsi="Liberation Serif" w:eastAsia="Liberation Serif"/>
          <w:color w:val="20262E"/>
          <w:sz w:val="18"/>
        </w:rPr>
        <w:t>Ministry-specific terminology is evaluated through whole-Bible controls. Phrases such as legal ground, generational curse, soul tie, strongman, territorial spirit, courts of heaven, rooms, gates, or spiritual roots of disease are not treated as self-authenticating doctrines.</w:t>
      </w:r>
    </w:p>
    <w:p>
      <w:pPr>
        <w:pStyle w:val="ListBullet"/>
        <w:ind w:left="360" w:hanging="202"/>
      </w:pPr>
      <w:r>
        <w:rPr>
          <w:rFonts w:ascii="Liberation Serif" w:hAnsi="Liberation Serif" w:eastAsia="Liberation Serif"/>
          <w:color w:val="20262E"/>
          <w:sz w:val="18"/>
        </w:rPr>
        <w:t>Full KJV text is used for reproducibility and public-domain practicality. Brief references to other translations may be discussed, but this edition does not reproduce bulk copyrighted NKJV text.</w:t>
      </w:r>
    </w:p>
    <w:p>
      <w:pPr>
        <w:pStyle w:val="ListBullet"/>
        <w:ind w:left="360" w:hanging="202"/>
      </w:pPr>
      <w:r>
        <w:rPr>
          <w:rFonts w:ascii="Liberation Serif" w:hAnsi="Liberation Serif" w:eastAsia="Liberation Serif"/>
          <w:color w:val="20262E"/>
          <w:sz w:val="18"/>
        </w:rPr>
        <w:t>Clinical and safeguarding boundaries are part of the research method, not an appendix to be ignored. A spiritually framed claim is not allowed to override evidence, consent, medical care, or the protection of vulnerable people.</w:t>
      </w:r>
    </w:p>
    <w:tbl>
      <w:tblPr>
        <w:tblW w:type="auto" w:w="0"/>
        <w:jc w:val="center"/>
        <w:tblLayout w:type="autofit"/>
        <w:tblLook w:firstColumn="1" w:firstRow="1" w:lastColumn="0" w:lastRow="0" w:noHBand="0" w:noVBand="1" w:val="04A0"/>
      </w:tblPr>
      <w:tblGrid>
        <w:gridCol w:w="10224"/>
      </w:tblGrid>
      <w:tr>
        <w:tc>
          <w:tcPr>
            <w:tcW w:type="dxa" w:w="10224"/>
            <w:shd w:fill="F7F1E7"/>
            <w:tcMar>
              <w:top w:w="110" w:type="dxa"/>
              <w:start w:w="130" w:type="dxa"/>
              <w:bottom w:w="110" w:type="dxa"/>
              <w:end w:w="130" w:type="dxa"/>
            </w:tcMar>
          </w:tcPr>
          <w:p>
            <w:r>
              <w:rPr>
                <w:rFonts w:ascii="Liberation Sans" w:hAnsi="Liberation Sans" w:eastAsia="Liberation Sans"/>
                <w:b/>
                <w:color w:val="18324A"/>
                <w:sz w:val="20"/>
              </w:rPr>
              <w:t>Translation policy</w:t>
            </w:r>
          </w:p>
          <w:p>
            <w:pPr>
              <w:spacing w:after="0"/>
            </w:pPr>
            <w:r>
              <w:rPr>
                <w:rFonts w:ascii="Liberation Sans" w:hAnsi="Liberation Sans" w:eastAsia="Liberation Sans"/>
                <w:color w:val="20262E"/>
                <w:sz w:val="17"/>
              </w:rPr>
              <w:t>Full Scripture text is reproduced from a validated KJV corpus for reproducibility and public-domain practicality. The KJV is generally public domain in the United States, though rights treatment can differ by jurisdiction. This manual does not reproduce bulk NKJV text. It may cite other translations only in limited comparison notes.</w:t>
            </w:r>
          </w:p>
        </w:tc>
      </w:tr>
    </w:tbl>
    <w:p>
      <w:pPr>
        <w:spacing w:after="0"/>
      </w:pPr>
    </w:p>
    <w:tbl>
      <w:tblPr>
        <w:tblW w:type="auto" w:w="0"/>
        <w:jc w:val="center"/>
        <w:tblLayout w:type="autofit"/>
        <w:tblLook w:firstColumn="1" w:firstRow="1" w:lastColumn="0" w:lastRow="0" w:noHBand="0" w:noVBand="1" w:val="04A0"/>
      </w:tblPr>
      <w:tblGrid>
        <w:gridCol w:w="10224"/>
      </w:tblGrid>
      <w:tr>
        <w:tc>
          <w:tcPr>
            <w:tcW w:type="dxa" w:w="10224"/>
            <w:shd w:fill="F2F4F5"/>
            <w:tcMar>
              <w:top w:w="110" w:type="dxa"/>
              <w:start w:w="130" w:type="dxa"/>
              <w:bottom w:w="110" w:type="dxa"/>
              <w:end w:w="130" w:type="dxa"/>
            </w:tcMar>
          </w:tcPr>
          <w:p>
            <w:r>
              <w:rPr>
                <w:rFonts w:ascii="Liberation Sans" w:hAnsi="Liberation Sans" w:eastAsia="Liberation Sans"/>
                <w:b/>
                <w:color w:val="18324A"/>
                <w:sz w:val="20"/>
              </w:rPr>
              <w:t>What “compiled” means in this edition</w:t>
            </w:r>
          </w:p>
          <w:p>
            <w:pPr>
              <w:spacing w:after="0"/>
            </w:pPr>
            <w:r>
              <w:rPr>
                <w:rFonts w:ascii="Liberation Sans" w:hAnsi="Liberation Sans" w:eastAsia="Liberation Sans"/>
                <w:color w:val="20262E"/>
                <w:sz w:val="17"/>
              </w:rPr>
              <w:t>The treasury combines passages explicitly surfaced by reviewed ministries with whole-Bible control passages needed for context, safety, discipleship, and doctrinal balance. Direct minister attribution is restricted to the evidence trail. The 200-name roster is an expansion universe, not a claim of exhaustive transcription.</w:t>
            </w:r>
          </w:p>
        </w:tc>
      </w:tr>
    </w:tbl>
    <w:p>
      <w:pPr>
        <w:spacing w:after="0"/>
      </w:pPr>
    </w:p>
    <w:p>
      <w:pPr>
        <w:pStyle w:val="Heading1"/>
        <w:keepNext/>
        <w:pageBreakBefore/>
        <w:pBdr>
          <w:bottom w:val="single" w:sz="8" w:space="2" w:color="A67833"/>
        </w:pBdr>
      </w:pPr>
      <w:r>
        <w:t>2. Safety and Ethical Triage</w:t>
      </w:r>
    </w:p>
    <w:p>
      <w:pPr>
        <w:pStyle w:val="SmallNote"/>
      </w:pPr>
      <w:r>
        <w:t>Read this section before using any operational material.</w:t>
      </w:r>
    </w:p>
    <w:tbl>
      <w:tblPr>
        <w:tblW w:type="auto" w:w="0"/>
        <w:jc w:val="center"/>
        <w:tblLayout w:type="autofit"/>
        <w:tblLook w:firstColumn="1" w:firstRow="1" w:lastColumn="0" w:lastRow="0" w:noHBand="0" w:noVBand="1" w:val="04A0"/>
      </w:tblPr>
      <w:tblGrid>
        <w:gridCol w:w="10224"/>
      </w:tblGrid>
      <w:tr>
        <w:tc>
          <w:tcPr>
            <w:tcW w:type="dxa" w:w="10224"/>
            <w:shd w:fill="FCEDED"/>
            <w:tcMar>
              <w:top w:w="110" w:type="dxa"/>
              <w:start w:w="130" w:type="dxa"/>
              <w:bottom w:w="110" w:type="dxa"/>
              <w:end w:w="130" w:type="dxa"/>
            </w:tcMar>
          </w:tcPr>
          <w:p>
            <w:r>
              <w:rPr>
                <w:rFonts w:ascii="Liberation Sans" w:hAnsi="Liberation Sans" w:eastAsia="Liberation Sans"/>
                <w:b/>
                <w:color w:val="8B2D2D"/>
                <w:sz w:val="20"/>
              </w:rPr>
              <w:t>Non-negotiable principle</w:t>
            </w:r>
          </w:p>
          <w:p>
            <w:pPr>
              <w:spacing w:after="0"/>
            </w:pPr>
            <w:r>
              <w:rPr>
                <w:rFonts w:ascii="Liberation Sans" w:hAnsi="Liberation Sans" w:eastAsia="Liberation Sans"/>
                <w:color w:val="20262E"/>
                <w:sz w:val="17"/>
              </w:rPr>
              <w:t>A person is never a demon, a diagnosis is never a demon name, and spiritual ministry never outranks consent, safeguarding, evidence, emergency care, or the person's dignity.</w:t>
            </w:r>
          </w:p>
        </w:tc>
      </w:tr>
    </w:tbl>
    <w:p>
      <w:pPr>
        <w:spacing w:after="0"/>
      </w:pPr>
    </w:p>
    <w:p>
      <w:pPr>
        <w:pStyle w:val="Heading2"/>
        <w:spacing w:before="140" w:after="60"/>
        <w:keepNext/>
        <w:shd w:fill="F2F4F5"/>
      </w:pPr>
      <w:r>
        <w:rPr>
          <w:rFonts w:ascii="Liberation Sans" w:hAnsi="Liberation Sans" w:eastAsia="Liberation Sans"/>
          <w:b/>
          <w:color w:val="18324A"/>
          <w:sz w:val="23"/>
        </w:rPr>
        <w:t>Emergency first</w:t>
      </w:r>
    </w:p>
    <w:p>
      <w:pPr>
        <w:ind w:left="115"/>
      </w:pPr>
      <w:r>
        <w:t>Stop ministry and obtain emergency help when there is immediate danger, suicidal or homicidal intent, a serious medical event, loss of consciousness, seizure, severe intoxication or withdrawal, or violence.</w:t>
      </w:r>
    </w:p>
    <w:p>
      <w:pPr>
        <w:pStyle w:val="Heading2"/>
        <w:spacing w:before="140" w:after="60"/>
        <w:keepNext/>
        <w:shd w:fill="F2F4F5"/>
      </w:pPr>
      <w:r>
        <w:rPr>
          <w:rFonts w:ascii="Liberation Sans" w:hAnsi="Liberation Sans" w:eastAsia="Liberation Sans"/>
          <w:b/>
          <w:color w:val="18324A"/>
          <w:sz w:val="23"/>
        </w:rPr>
        <w:t>No diagnosis by demon label</w:t>
      </w:r>
    </w:p>
    <w:p>
      <w:pPr>
        <w:ind w:left="115"/>
      </w:pPr>
      <w:r>
        <w:t>Do not label schizophrenia, psychosis, bipolar disorder, dissociation, PTSD, autism, epilepsy, addiction, dementia, or any medical condition as a demon. Spiritual care may accompany, but never replace, qualified evaluation and treatment.</w:t>
      </w:r>
    </w:p>
    <w:p>
      <w:pPr>
        <w:pStyle w:val="Heading2"/>
        <w:spacing w:before="140" w:after="60"/>
        <w:keepNext/>
        <w:shd w:fill="F2F4F5"/>
      </w:pPr>
      <w:r>
        <w:rPr>
          <w:rFonts w:ascii="Liberation Sans" w:hAnsi="Liberation Sans" w:eastAsia="Liberation Sans"/>
          <w:b/>
          <w:color w:val="18324A"/>
          <w:sz w:val="23"/>
        </w:rPr>
        <w:t>Consent and dignity</w:t>
      </w:r>
    </w:p>
    <w:p>
      <w:pPr>
        <w:ind w:left="115"/>
      </w:pPr>
      <w:r>
        <w:t>Participation must be voluntary. Explain what will happen, allow the person to pause or stop, protect privacy, avoid humiliating questions, and never treat manifestations as entertainment.</w:t>
      </w:r>
    </w:p>
    <w:p>
      <w:pPr>
        <w:pStyle w:val="Heading2"/>
        <w:spacing w:before="140" w:after="60"/>
        <w:keepNext/>
        <w:shd w:fill="F2F4F5"/>
      </w:pPr>
      <w:r>
        <w:rPr>
          <w:rFonts w:ascii="Liberation Sans" w:hAnsi="Liberation Sans" w:eastAsia="Liberation Sans"/>
          <w:b/>
          <w:color w:val="18324A"/>
          <w:sz w:val="23"/>
        </w:rPr>
        <w:t>No coercive methods</w:t>
      </w:r>
    </w:p>
    <w:p>
      <w:pPr>
        <w:ind w:left="115"/>
      </w:pPr>
      <w:r>
        <w:t>Do not use physical restraint, pain, forced fasting, sleep deprivation, threats, repeated shouting, isolation, destruction of property, or pressure to confess suggested memories. Follow safeguarding and legal duties.</w:t>
      </w:r>
    </w:p>
    <w:p>
      <w:pPr>
        <w:pStyle w:val="Heading2"/>
        <w:spacing w:before="140" w:after="60"/>
        <w:keepNext/>
        <w:shd w:fill="F2F4F5"/>
      </w:pPr>
      <w:r>
        <w:rPr>
          <w:rFonts w:ascii="Liberation Sans" w:hAnsi="Liberation Sans" w:eastAsia="Liberation Sans"/>
          <w:b/>
          <w:color w:val="18324A"/>
          <w:sz w:val="23"/>
        </w:rPr>
        <w:t>Medication and treatment</w:t>
      </w:r>
    </w:p>
    <w:p>
      <w:pPr>
        <w:ind w:left="115"/>
      </w:pPr>
      <w:r>
        <w:t>Never instruct a person to stop medication or abandon medical, psychiatric, addiction, or trauma care. Treatment changes belong to the person and the appropriately licensed clinician.</w:t>
      </w:r>
    </w:p>
    <w:p>
      <w:pPr>
        <w:pStyle w:val="Heading2"/>
        <w:spacing w:before="140" w:after="60"/>
        <w:keepNext/>
        <w:shd w:fill="F2F4F5"/>
      </w:pPr>
      <w:r>
        <w:rPr>
          <w:rFonts w:ascii="Liberation Sans" w:hAnsi="Liberation Sans" w:eastAsia="Liberation Sans"/>
          <w:b/>
          <w:color w:val="18324A"/>
          <w:sz w:val="23"/>
        </w:rPr>
        <w:t>Abuse and minors</w:t>
      </w:r>
    </w:p>
    <w:p>
      <w:pPr>
        <w:ind w:left="115"/>
      </w:pPr>
      <w:r>
        <w:t>Do not spiritualize abuse or pressure a victim to reconcile with an unsafe person. Follow applicable reporting law and organizational safeguarding policy. Ministry with minors requires trained adults, transparent settings, and legally appropriate consent.</w:t>
      </w:r>
    </w:p>
    <w:p>
      <w:pPr>
        <w:pStyle w:val="Heading2"/>
        <w:spacing w:before="140" w:after="60"/>
        <w:keepNext/>
        <w:shd w:fill="F2F4F5"/>
      </w:pPr>
      <w:r>
        <w:rPr>
          <w:rFonts w:ascii="Liberation Sans" w:hAnsi="Liberation Sans" w:eastAsia="Liberation Sans"/>
          <w:b/>
          <w:color w:val="18324A"/>
          <w:sz w:val="23"/>
        </w:rPr>
        <w:t>No demonizing people</w:t>
      </w:r>
    </w:p>
    <w:p>
      <w:pPr>
        <w:ind w:left="115"/>
      </w:pPr>
      <w:r>
        <w:t>Scripture describes a spiritual struggle, but human beings are not the enemy. Reject racism, scapegoating, conspiracy accusation, political dehumanization, and claims that a disliked person or group is inherently demonic.</w:t>
      </w:r>
    </w:p>
    <w:p>
      <w:pPr>
        <w:pStyle w:val="Heading2"/>
        <w:spacing w:before="140" w:after="60"/>
        <w:keepNext/>
        <w:shd w:fill="F2F4F5"/>
      </w:pPr>
      <w:r>
        <w:rPr>
          <w:rFonts w:ascii="Liberation Sans" w:hAnsi="Liberation Sans" w:eastAsia="Liberation Sans"/>
          <w:b/>
          <w:color w:val="18324A"/>
          <w:sz w:val="23"/>
        </w:rPr>
        <w:t>Aftercare is required</w:t>
      </w:r>
    </w:p>
    <w:p>
      <w:pPr>
        <w:ind w:left="115"/>
      </w:pPr>
      <w:r>
        <w:t>Provide a concrete follow-up plan: pastoral support, healthy church community, Scripture, prayer, practical boundaries, sleep, nutrition, clinical care when indicated, and a way to report adverse effects.</w:t>
      </w:r>
    </w:p>
    <w:tbl>
      <w:tblPr>
        <w:tblW w:type="auto" w:w="0"/>
        <w:jc w:val="center"/>
        <w:tblLayout w:type="autofit"/>
        <w:tblLook w:firstColumn="1" w:firstRow="1" w:lastColumn="0" w:lastRow="0" w:noHBand="0" w:noVBand="1" w:val="04A0"/>
      </w:tblPr>
      <w:tblGrid>
        <w:gridCol w:w="10224"/>
      </w:tblGrid>
      <w:tr>
        <w:tc>
          <w:tcPr>
            <w:tcW w:type="dxa" w:w="10224"/>
            <w:shd w:fill="F7F1E7"/>
            <w:tcMar>
              <w:top w:w="110" w:type="dxa"/>
              <w:start w:w="130" w:type="dxa"/>
              <w:bottom w:w="110" w:type="dxa"/>
              <w:end w:w="130" w:type="dxa"/>
            </w:tcMar>
          </w:tcPr>
          <w:p>
            <w:r>
              <w:rPr>
                <w:rFonts w:ascii="Liberation Sans" w:hAnsi="Liberation Sans" w:eastAsia="Liberation Sans"/>
                <w:b/>
                <w:color w:val="18324A"/>
                <w:sz w:val="20"/>
              </w:rPr>
              <w:t>Stop conditions during ministry</w:t>
            </w:r>
          </w:p>
          <w:p>
            <w:pPr>
              <w:spacing w:after="0"/>
            </w:pPr>
            <w:r>
              <w:rPr>
                <w:rFonts w:ascii="Liberation Sans" w:hAnsi="Liberation Sans" w:eastAsia="Liberation Sans"/>
                <w:color w:val="20262E"/>
                <w:sz w:val="17"/>
              </w:rPr>
              <w:t>Stop immediately when the person withdraws consent; becomes medically unstable; is unable to remain oriented; reports new suicidal, homicidal, or violent intent; becomes physically unsafe; or the team loses calm, accountability, or role clarity. Transfer to the appropriate emergency, clinical, safeguarding, or pastoral pathway.</w:t>
            </w:r>
          </w:p>
        </w:tc>
      </w:tr>
    </w:tbl>
    <w:p>
      <w:pPr>
        <w:spacing w:after="0"/>
      </w:pPr>
    </w:p>
    <w:p>
      <w:pPr>
        <w:pStyle w:val="Heading1"/>
        <w:keepNext/>
        <w:pageBreakBefore/>
        <w:pBdr>
          <w:bottom w:val="single" w:sz="8" w:space="2" w:color="A67833"/>
        </w:pBdr>
      </w:pPr>
      <w:r>
        <w:t>3. Evidence and Attribution Framework</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8324A"/>
          </w:tcPr>
          <w:p>
            <w:r>
              <w:rPr>
                <w:rFonts w:ascii="Liberation Sans" w:hAnsi="Liberation Sans" w:eastAsia="Liberation Sans"/>
                <w:b/>
                <w:color w:val="FFFFFF"/>
                <w:sz w:val="17"/>
              </w:rPr>
              <w:t>Label</w:t>
            </w:r>
          </w:p>
        </w:tc>
        <w:tc>
          <w:tcPr>
            <w:tcW w:type="dxa" w:w="5112"/>
            <w:shd w:fill="18324A"/>
          </w:tcPr>
          <w:p>
            <w:r>
              <w:rPr>
                <w:rFonts w:ascii="Liberation Sans" w:hAnsi="Liberation Sans" w:eastAsia="Liberation Sans"/>
                <w:b/>
                <w:color w:val="FFFFFF"/>
                <w:sz w:val="17"/>
              </w:rPr>
              <w:t>Meaning in this edition</w:t>
            </w:r>
          </w:p>
        </w:tc>
      </w:tr>
      <w:tr>
        <w:trPr>
          <w:cantSplit/>
        </w:trPr>
        <w:tc>
          <w:tcPr>
            <w:tcW w:type="dxa" w:w="5112"/>
            <w:shd w:fill="F7F1E7"/>
            <w:tcMar>
              <w:top w:w="70" w:type="dxa"/>
              <w:start w:w="90" w:type="dxa"/>
              <w:bottom w:w="70" w:type="dxa"/>
              <w:end w:w="90" w:type="dxa"/>
            </w:tcMar>
            <w:vAlign w:val="top"/>
          </w:tcPr>
          <w:p>
            <w:r>
              <w:rPr>
                <w:rFonts w:ascii="Liberation Sans" w:hAnsi="Liberation Sans" w:eastAsia="Liberation Sans"/>
                <w:b w:val="0"/>
                <w:color w:val="20262E"/>
                <w:sz w:val="16"/>
              </w:rPr>
              <w:t>A</w:t>
            </w:r>
          </w:p>
        </w:tc>
        <w:tc>
          <w:tcPr>
            <w:tcW w:type="dxa" w:w="5112"/>
            <w:tcMar>
              <w:top w:w="70" w:type="dxa"/>
              <w:start w:w="90" w:type="dxa"/>
              <w:bottom w:w="70" w:type="dxa"/>
              <w:end w:w="90" w:type="dxa"/>
            </w:tcMar>
            <w:vAlign w:val="top"/>
          </w:tcPr>
          <w:p>
            <w:r>
              <w:rPr>
                <w:rFonts w:ascii="Liberation Sans" w:hAnsi="Liberation Sans" w:eastAsia="Liberation Sans"/>
                <w:b w:val="0"/>
                <w:color w:val="20262E"/>
                <w:sz w:val="16"/>
              </w:rPr>
              <w:t>Explicit Scripture reference or directly described passage in a reviewed primary, official, or ministry-controlled source.</w:t>
            </w:r>
          </w:p>
        </w:tc>
      </w:tr>
      <w:tr>
        <w:trPr>
          <w:cantSplit/>
        </w:trPr>
        <w:tc>
          <w:tcPr>
            <w:tcW w:type="dxa" w:w="5112"/>
            <w:shd w:fill="F7F1E7"/>
            <w:tcMar>
              <w:top w:w="70" w:type="dxa"/>
              <w:start w:w="90" w:type="dxa"/>
              <w:bottom w:w="70" w:type="dxa"/>
              <w:end w:w="90" w:type="dxa"/>
            </w:tcMar>
            <w:vAlign w:val="top"/>
          </w:tcPr>
          <w:p>
            <w:r>
              <w:rPr>
                <w:rFonts w:ascii="Liberation Sans" w:hAnsi="Liberation Sans" w:eastAsia="Liberation Sans"/>
                <w:b w:val="0"/>
                <w:color w:val="20262E"/>
                <w:sz w:val="16"/>
              </w:rPr>
              <w:t>B</w:t>
            </w:r>
          </w:p>
        </w:tc>
        <w:tc>
          <w:tcPr>
            <w:tcW w:type="dxa" w:w="5112"/>
            <w:tcMar>
              <w:top w:w="70" w:type="dxa"/>
              <w:start w:w="90" w:type="dxa"/>
              <w:bottom w:w="70" w:type="dxa"/>
              <w:end w:w="90" w:type="dxa"/>
            </w:tcMar>
            <w:vAlign w:val="top"/>
          </w:tcPr>
          <w:p>
            <w:r>
              <w:rPr>
                <w:rFonts w:ascii="Liberation Sans" w:hAnsi="Liberation Sans" w:eastAsia="Liberation Sans"/>
                <w:b w:val="0"/>
                <w:color w:val="20262E"/>
                <w:sz w:val="16"/>
              </w:rPr>
              <w:t>Documented ministry theme; the compiler supplies a closely related biblical anchor, but the reviewed source did not explicitly print the reference.</w:t>
            </w:r>
          </w:p>
        </w:tc>
      </w:tr>
      <w:tr>
        <w:trPr>
          <w:cantSplit/>
        </w:trPr>
        <w:tc>
          <w:tcPr>
            <w:tcW w:type="dxa" w:w="5112"/>
            <w:shd w:fill="F7F1E7"/>
            <w:tcMar>
              <w:top w:w="70" w:type="dxa"/>
              <w:start w:w="90" w:type="dxa"/>
              <w:bottom w:w="70" w:type="dxa"/>
              <w:end w:w="90" w:type="dxa"/>
            </w:tcMar>
            <w:vAlign w:val="top"/>
          </w:tcPr>
          <w:p>
            <w:r>
              <w:rPr>
                <w:rFonts w:ascii="Liberation Sans" w:hAnsi="Liberation Sans" w:eastAsia="Liberation Sans"/>
                <w:b w:val="0"/>
                <w:color w:val="20262E"/>
                <w:sz w:val="16"/>
              </w:rPr>
              <w:t>C</w:t>
            </w:r>
          </w:p>
        </w:tc>
        <w:tc>
          <w:tcPr>
            <w:tcW w:type="dxa" w:w="5112"/>
            <w:tcMar>
              <w:top w:w="70" w:type="dxa"/>
              <w:start w:w="90" w:type="dxa"/>
              <w:bottom w:w="70" w:type="dxa"/>
              <w:end w:w="90" w:type="dxa"/>
            </w:tcMar>
            <w:vAlign w:val="top"/>
          </w:tcPr>
          <w:p>
            <w:r>
              <w:rPr>
                <w:rFonts w:ascii="Liberation Sans" w:hAnsi="Liberation Sans" w:eastAsia="Liberation Sans"/>
                <w:b w:val="0"/>
                <w:color w:val="20262E"/>
                <w:sz w:val="16"/>
              </w:rPr>
              <w:t>Compiler-selected whole-Bible control, context passage, or safety counterbalance.</w:t>
            </w:r>
          </w:p>
        </w:tc>
      </w:tr>
      <w:tr>
        <w:trPr>
          <w:cantSplit/>
        </w:trPr>
        <w:tc>
          <w:tcPr>
            <w:tcW w:type="dxa" w:w="5112"/>
            <w:shd w:fill="F7F1E7"/>
            <w:tcMar>
              <w:top w:w="70" w:type="dxa"/>
              <w:start w:w="90" w:type="dxa"/>
              <w:bottom w:w="70" w:type="dxa"/>
              <w:end w:w="90" w:type="dxa"/>
            </w:tcMar>
            <w:vAlign w:val="top"/>
          </w:tcPr>
          <w:p>
            <w:r>
              <w:rPr>
                <w:rFonts w:ascii="Liberation Sans" w:hAnsi="Liberation Sans" w:eastAsia="Liberation Sans"/>
                <w:b w:val="0"/>
                <w:color w:val="20262E"/>
                <w:sz w:val="16"/>
              </w:rPr>
              <w:t>M</w:t>
            </w:r>
          </w:p>
        </w:tc>
        <w:tc>
          <w:tcPr>
            <w:tcW w:type="dxa" w:w="5112"/>
            <w:tcMar>
              <w:top w:w="70" w:type="dxa"/>
              <w:start w:w="90" w:type="dxa"/>
              <w:bottom w:w="70" w:type="dxa"/>
              <w:end w:w="90" w:type="dxa"/>
            </w:tcMar>
            <w:vAlign w:val="top"/>
          </w:tcPr>
          <w:p>
            <w:r>
              <w:rPr>
                <w:rFonts w:ascii="Liberation Sans" w:hAnsi="Liberation Sans" w:eastAsia="Liberation Sans"/>
                <w:b w:val="0"/>
                <w:color w:val="20262E"/>
                <w:sz w:val="16"/>
              </w:rPr>
              <w:t>Later ministry model or interpretive framework; useful for comparison but not identical to explicit biblical wording.</w:t>
            </w:r>
          </w:p>
        </w:tc>
      </w:tr>
      <w:tr>
        <w:trPr>
          <w:cantSplit/>
        </w:trPr>
        <w:tc>
          <w:tcPr>
            <w:tcW w:type="dxa" w:w="5112"/>
            <w:shd w:fill="F7F1E7"/>
            <w:tcMar>
              <w:top w:w="70" w:type="dxa"/>
              <w:start w:w="90" w:type="dxa"/>
              <w:bottom w:w="70" w:type="dxa"/>
              <w:end w:w="90" w:type="dxa"/>
            </w:tcMar>
            <w:vAlign w:val="top"/>
          </w:tcPr>
          <w:p>
            <w:r>
              <w:rPr>
                <w:rFonts w:ascii="Liberation Sans" w:hAnsi="Liberation Sans" w:eastAsia="Liberation Sans"/>
                <w:b w:val="0"/>
                <w:color w:val="20262E"/>
                <w:sz w:val="16"/>
              </w:rPr>
              <w:t>D</w:t>
            </w:r>
          </w:p>
        </w:tc>
        <w:tc>
          <w:tcPr>
            <w:tcW w:type="dxa" w:w="5112"/>
            <w:tcMar>
              <w:top w:w="70" w:type="dxa"/>
              <w:start w:w="90" w:type="dxa"/>
              <w:bottom w:w="70" w:type="dxa"/>
              <w:end w:w="90" w:type="dxa"/>
            </w:tcMar>
            <w:vAlign w:val="top"/>
          </w:tcPr>
          <w:p>
            <w:r>
              <w:rPr>
                <w:rFonts w:ascii="Liberation Sans" w:hAnsi="Liberation Sans" w:eastAsia="Liberation Sans"/>
                <w:b w:val="0"/>
                <w:color w:val="20262E"/>
                <w:sz w:val="16"/>
              </w:rPr>
              <w:t>Disputed or potentially harmful diagnostic claim retained only for historical documentation and correction.</w:t>
            </w:r>
          </w:p>
        </w:tc>
      </w:tr>
      <w:tr>
        <w:trPr>
          <w:cantSplit/>
        </w:trPr>
        <w:tc>
          <w:tcPr>
            <w:tcW w:type="dxa" w:w="5112"/>
            <w:shd w:fill="F7F1E7"/>
            <w:tcMar>
              <w:top w:w="70" w:type="dxa"/>
              <w:start w:w="90" w:type="dxa"/>
              <w:bottom w:w="70" w:type="dxa"/>
              <w:end w:w="90" w:type="dxa"/>
            </w:tcMar>
            <w:vAlign w:val="top"/>
          </w:tcPr>
          <w:p>
            <w:r>
              <w:rPr>
                <w:rFonts w:ascii="Liberation Sans" w:hAnsi="Liberation Sans" w:eastAsia="Liberation Sans"/>
                <w:b w:val="0"/>
                <w:color w:val="20262E"/>
                <w:sz w:val="16"/>
              </w:rPr>
              <w:t>R</w:t>
            </w:r>
          </w:p>
        </w:tc>
        <w:tc>
          <w:tcPr>
            <w:tcW w:type="dxa" w:w="5112"/>
            <w:tcMar>
              <w:top w:w="70" w:type="dxa"/>
              <w:start w:w="90" w:type="dxa"/>
              <w:bottom w:w="70" w:type="dxa"/>
              <w:end w:w="90" w:type="dxa"/>
            </w:tcMar>
            <w:vAlign w:val="top"/>
          </w:tcPr>
          <w:p>
            <w:r>
              <w:rPr>
                <w:rFonts w:ascii="Liberation Sans" w:hAnsi="Liberation Sans" w:eastAsia="Liberation Sans"/>
                <w:b w:val="0"/>
                <w:color w:val="20262E"/>
                <w:sz w:val="16"/>
              </w:rPr>
              <w:t>Requested roster entry; no adequate source was reviewed for direct attribution in this edition.</w:t>
            </w:r>
          </w:p>
        </w:tc>
      </w:tr>
    </w:tbl>
    <w:p/>
    <w:tbl>
      <w:tblPr>
        <w:tblW w:type="auto" w:w="0"/>
        <w:jc w:val="center"/>
        <w:tblLayout w:type="autofit"/>
        <w:tblLook w:firstColumn="1" w:firstRow="1" w:lastColumn="0" w:lastRow="0" w:noHBand="0" w:noVBand="1" w:val="04A0"/>
      </w:tblPr>
      <w:tblGrid>
        <w:gridCol w:w="10224"/>
      </w:tblGrid>
      <w:tr>
        <w:tc>
          <w:tcPr>
            <w:tcW w:type="dxa" w:w="10224"/>
            <w:shd w:fill="F2F4F5"/>
            <w:tcMar>
              <w:top w:w="110" w:type="dxa"/>
              <w:start w:w="130" w:type="dxa"/>
              <w:bottom w:w="110" w:type="dxa"/>
              <w:end w:w="130" w:type="dxa"/>
            </w:tcMar>
          </w:tcPr>
          <w:p>
            <w:r>
              <w:rPr>
                <w:rFonts w:ascii="Liberation Sans" w:hAnsi="Liberation Sans" w:eastAsia="Liberation Sans"/>
                <w:b/>
                <w:color w:val="18324A"/>
                <w:sz w:val="20"/>
              </w:rPr>
              <w:t>Attribution rule</w:t>
            </w:r>
          </w:p>
          <w:p>
            <w:pPr>
              <w:spacing w:after="0"/>
            </w:pPr>
            <w:r>
              <w:rPr>
                <w:rFonts w:ascii="Liberation Sans" w:hAnsi="Liberation Sans" w:eastAsia="Liberation Sans"/>
                <w:color w:val="20262E"/>
                <w:sz w:val="17"/>
              </w:rPr>
              <w:t>A passage may be biblically appropriate without being directly traceable to a named minister. Such passages are labeled C rather than being assigned to a minister by inference. A ministry model is labeled M even when it is popular. A harmful or unsupported diagnostic claim is labeled D rather than normalized by repetition.</w:t>
            </w:r>
          </w:p>
        </w:tc>
      </w:tr>
    </w:tbl>
    <w:p>
      <w:pPr>
        <w:spacing w:after="0"/>
      </w:pPr>
    </w:p>
    <w:p>
      <w:pPr>
        <w:pStyle w:val="Heading1"/>
        <w:keepNext/>
        <w:pageBreakBefore/>
        <w:pBdr>
          <w:bottom w:val="single" w:sz="8" w:space="2" w:color="A67833"/>
        </w:pBdr>
      </w:pPr>
      <w:r>
        <w:t>4. Quick-Use Operational Index</w:t>
      </w:r>
    </w:p>
    <w:p>
      <w:pPr>
        <w:pStyle w:val="SmallNote"/>
      </w:pPr>
      <w:r>
        <w:t>Start here, then read the full passage and its context before acting.</w:t>
      </w:r>
    </w:p>
    <w:p>
      <w:pPr>
        <w:pStyle w:val="Heading2"/>
        <w:spacing w:before="140" w:after="60"/>
        <w:keepNext/>
        <w:shd w:fill="F7F1E7"/>
      </w:pPr>
      <w:r>
        <w:rPr>
          <w:rFonts w:ascii="Liberation Sans" w:hAnsi="Liberation Sans" w:eastAsia="Liberation Sans"/>
          <w:b/>
          <w:color w:val="18324A"/>
          <w:sz w:val="23"/>
        </w:rPr>
        <w:t>Fear, panic, intimidation, or accusation</w:t>
      </w:r>
    </w:p>
    <w:p>
      <w:pPr>
        <w:pStyle w:val="Guidance"/>
      </w:pPr>
      <w:r>
        <w:rPr>
          <w:rFonts w:ascii="Liberation Sans" w:hAnsi="Liberation Sans" w:eastAsia="Liberation Sans"/>
          <w:b/>
          <w:color w:val="18324A"/>
          <w:sz w:val="17"/>
        </w:rPr>
        <w:t xml:space="preserve">Primary sections: </w:t>
      </w:r>
      <w:r>
        <w:rPr>
          <w:rFonts w:ascii="Liberation Sans" w:hAnsi="Liberation Sans" w:eastAsia="Liberation Sans"/>
          <w:color w:val="20262E"/>
          <w:sz w:val="17"/>
        </w:rPr>
        <w:t>foundation, mind/fear, identity, protection</w:t>
      </w:r>
    </w:p>
    <w:p>
      <w:pPr>
        <w:pStyle w:val="Guidance"/>
      </w:pPr>
      <w:r>
        <w:rPr>
          <w:rFonts w:ascii="Liberation Sans" w:hAnsi="Liberation Sans" w:eastAsia="Liberation Sans"/>
          <w:b/>
          <w:color w:val="18324A"/>
          <w:sz w:val="17"/>
        </w:rPr>
        <w:t xml:space="preserve">Start with: </w:t>
      </w:r>
      <w:r>
        <w:rPr>
          <w:rFonts w:ascii="Liberation Sans" w:hAnsi="Liberation Sans" w:eastAsia="Liberation Sans"/>
          <w:color w:val="20262E"/>
          <w:sz w:val="17"/>
        </w:rPr>
        <w:t>Luke 10:17-20; Romans 8:31-39; Philippians 4:4-9; 2 Timothy 1:7; Psalm 91; 1 John 4:4,17-18</w:t>
      </w:r>
    </w:p>
    <w:p>
      <w:pPr>
        <w:pStyle w:val="Heading2"/>
        <w:spacing w:before="140" w:after="60"/>
        <w:keepNext/>
        <w:shd w:fill="F7F1E7"/>
      </w:pPr>
      <w:r>
        <w:rPr>
          <w:rFonts w:ascii="Liberation Sans" w:hAnsi="Liberation Sans" w:eastAsia="Liberation Sans"/>
          <w:b/>
          <w:color w:val="18324A"/>
          <w:sz w:val="23"/>
        </w:rPr>
        <w:t>Before any deliverance session</w:t>
      </w:r>
    </w:p>
    <w:p>
      <w:pPr>
        <w:pStyle w:val="Guidance"/>
      </w:pPr>
      <w:r>
        <w:rPr>
          <w:rFonts w:ascii="Liberation Sans" w:hAnsi="Liberation Sans" w:eastAsia="Liberation Sans"/>
          <w:b/>
          <w:color w:val="18324A"/>
          <w:sz w:val="17"/>
        </w:rPr>
        <w:t xml:space="preserve">Primary sections: </w:t>
      </w:r>
      <w:r>
        <w:rPr>
          <w:rFonts w:ascii="Liberation Sans" w:hAnsi="Liberation Sans" w:eastAsia="Liberation Sans"/>
          <w:color w:val="20262E"/>
          <w:sz w:val="17"/>
        </w:rPr>
        <w:t>foundation, repentance, forgiveness, armor, conduct</w:t>
      </w:r>
    </w:p>
    <w:p>
      <w:pPr>
        <w:pStyle w:val="Guidance"/>
      </w:pPr>
      <w:r>
        <w:rPr>
          <w:rFonts w:ascii="Liberation Sans" w:hAnsi="Liberation Sans" w:eastAsia="Liberation Sans"/>
          <w:b/>
          <w:color w:val="18324A"/>
          <w:sz w:val="17"/>
        </w:rPr>
        <w:t xml:space="preserve">Start with: </w:t>
      </w:r>
      <w:r>
        <w:rPr>
          <w:rFonts w:ascii="Liberation Sans" w:hAnsi="Liberation Sans" w:eastAsia="Liberation Sans"/>
          <w:color w:val="20262E"/>
          <w:sz w:val="17"/>
        </w:rPr>
        <w:t>Matthew 28:18-20; Colossians 1:12-14; Psalm 139:23-24; Matthew 6:12-15; Ephesians 6:10-20; Galatians 6:1-2</w:t>
      </w:r>
    </w:p>
    <w:p>
      <w:pPr>
        <w:pStyle w:val="Heading2"/>
        <w:spacing w:before="140" w:after="60"/>
        <w:keepNext/>
        <w:shd w:fill="F7F1E7"/>
      </w:pPr>
      <w:r>
        <w:rPr>
          <w:rFonts w:ascii="Liberation Sans" w:hAnsi="Liberation Sans" w:eastAsia="Liberation Sans"/>
          <w:b/>
          <w:color w:val="18324A"/>
          <w:sz w:val="23"/>
        </w:rPr>
        <w:t>Occult involvement, divination, idolatry, or magic objects</w:t>
      </w:r>
    </w:p>
    <w:p>
      <w:pPr>
        <w:pStyle w:val="Guidance"/>
      </w:pPr>
      <w:r>
        <w:rPr>
          <w:rFonts w:ascii="Liberation Sans" w:hAnsi="Liberation Sans" w:eastAsia="Liberation Sans"/>
          <w:b/>
          <w:color w:val="18324A"/>
          <w:sz w:val="17"/>
        </w:rPr>
        <w:t xml:space="preserve">Primary sections: </w:t>
      </w:r>
      <w:r>
        <w:rPr>
          <w:rFonts w:ascii="Liberation Sans" w:hAnsi="Liberation Sans" w:eastAsia="Liberation Sans"/>
          <w:color w:val="20262E"/>
          <w:sz w:val="17"/>
        </w:rPr>
        <w:t>occult renunciation, discernment, repentance</w:t>
      </w:r>
    </w:p>
    <w:p>
      <w:pPr>
        <w:pStyle w:val="Guidance"/>
      </w:pPr>
      <w:r>
        <w:rPr>
          <w:rFonts w:ascii="Liberation Sans" w:hAnsi="Liberation Sans" w:eastAsia="Liberation Sans"/>
          <w:b/>
          <w:color w:val="18324A"/>
          <w:sz w:val="17"/>
        </w:rPr>
        <w:t xml:space="preserve">Start with: </w:t>
      </w:r>
      <w:r>
        <w:rPr>
          <w:rFonts w:ascii="Liberation Sans" w:hAnsi="Liberation Sans" w:eastAsia="Liberation Sans"/>
          <w:color w:val="20262E"/>
          <w:sz w:val="17"/>
        </w:rPr>
        <w:t>Deuteronomy 18:9-14; Isaiah 8:19-20; Acts 19:18-20; 1 Corinthians 10:14-22; 1 John 4:1-6</w:t>
      </w:r>
    </w:p>
    <w:p>
      <w:pPr>
        <w:pStyle w:val="Heading2"/>
        <w:spacing w:before="140" w:after="60"/>
        <w:keepNext/>
        <w:shd w:fill="F7F1E7"/>
      </w:pPr>
      <w:r>
        <w:rPr>
          <w:rFonts w:ascii="Liberation Sans" w:hAnsi="Liberation Sans" w:eastAsia="Liberation Sans"/>
          <w:b/>
          <w:color w:val="18324A"/>
          <w:sz w:val="23"/>
        </w:rPr>
        <w:t>Condemnation, shame, or uncertainty about forgiveness</w:t>
      </w:r>
    </w:p>
    <w:p>
      <w:pPr>
        <w:pStyle w:val="Guidance"/>
      </w:pPr>
      <w:r>
        <w:rPr>
          <w:rFonts w:ascii="Liberation Sans" w:hAnsi="Liberation Sans" w:eastAsia="Liberation Sans"/>
          <w:b/>
          <w:color w:val="18324A"/>
          <w:sz w:val="17"/>
        </w:rPr>
        <w:t xml:space="preserve">Primary sections: </w:t>
      </w:r>
      <w:r>
        <w:rPr>
          <w:rFonts w:ascii="Liberation Sans" w:hAnsi="Liberation Sans" w:eastAsia="Liberation Sans"/>
          <w:color w:val="20262E"/>
          <w:sz w:val="17"/>
        </w:rPr>
        <w:t>cross/blood, repentance, identity</w:t>
      </w:r>
    </w:p>
    <w:p>
      <w:pPr>
        <w:pStyle w:val="Guidance"/>
      </w:pPr>
      <w:r>
        <w:rPr>
          <w:rFonts w:ascii="Liberation Sans" w:hAnsi="Liberation Sans" w:eastAsia="Liberation Sans"/>
          <w:b/>
          <w:color w:val="18324A"/>
          <w:sz w:val="17"/>
        </w:rPr>
        <w:t xml:space="preserve">Start with: </w:t>
      </w:r>
      <w:r>
        <w:rPr>
          <w:rFonts w:ascii="Liberation Sans" w:hAnsi="Liberation Sans" w:eastAsia="Liberation Sans"/>
          <w:color w:val="20262E"/>
          <w:sz w:val="17"/>
        </w:rPr>
        <w:t>Romans 3:23-26; Romans 5:8-11; Ephesians 1:7; 1 John 1:7-9; Romans 8:1-4</w:t>
      </w:r>
    </w:p>
    <w:p>
      <w:pPr>
        <w:pStyle w:val="Heading2"/>
        <w:spacing w:before="140" w:after="60"/>
        <w:keepNext/>
        <w:shd w:fill="F7F1E7"/>
      </w:pPr>
      <w:r>
        <w:rPr>
          <w:rFonts w:ascii="Liberation Sans" w:hAnsi="Liberation Sans" w:eastAsia="Liberation Sans"/>
          <w:b/>
          <w:color w:val="18324A"/>
          <w:sz w:val="23"/>
        </w:rPr>
        <w:t>Unforgiveness, bitterness, revenge, or relational bondage</w:t>
      </w:r>
    </w:p>
    <w:p>
      <w:pPr>
        <w:pStyle w:val="Guidance"/>
      </w:pPr>
      <w:r>
        <w:rPr>
          <w:rFonts w:ascii="Liberation Sans" w:hAnsi="Liberation Sans" w:eastAsia="Liberation Sans"/>
          <w:b/>
          <w:color w:val="18324A"/>
          <w:sz w:val="17"/>
        </w:rPr>
        <w:t xml:space="preserve">Primary sections: </w:t>
      </w:r>
      <w:r>
        <w:rPr>
          <w:rFonts w:ascii="Liberation Sans" w:hAnsi="Liberation Sans" w:eastAsia="Liberation Sans"/>
          <w:color w:val="20262E"/>
          <w:sz w:val="17"/>
        </w:rPr>
        <w:t>forgiveness, conduct, aftercare</w:t>
      </w:r>
    </w:p>
    <w:p>
      <w:pPr>
        <w:pStyle w:val="Guidance"/>
      </w:pPr>
      <w:r>
        <w:rPr>
          <w:rFonts w:ascii="Liberation Sans" w:hAnsi="Liberation Sans" w:eastAsia="Liberation Sans"/>
          <w:b/>
          <w:color w:val="18324A"/>
          <w:sz w:val="17"/>
        </w:rPr>
        <w:t xml:space="preserve">Start with: </w:t>
      </w:r>
      <w:r>
        <w:rPr>
          <w:rFonts w:ascii="Liberation Sans" w:hAnsi="Liberation Sans" w:eastAsia="Liberation Sans"/>
          <w:color w:val="20262E"/>
          <w:sz w:val="17"/>
        </w:rPr>
        <w:t>Matthew 6:12-15; Matthew 18:21-35; Romans 12:14-21; Hebrews 12:14-15; Colossians 3:12-15</w:t>
      </w:r>
    </w:p>
    <w:p>
      <w:pPr>
        <w:pStyle w:val="Heading2"/>
        <w:spacing w:before="140" w:after="60"/>
        <w:keepNext/>
        <w:shd w:fill="F7F1E7"/>
      </w:pPr>
      <w:r>
        <w:rPr>
          <w:rFonts w:ascii="Liberation Sans" w:hAnsi="Liberation Sans" w:eastAsia="Liberation Sans"/>
          <w:b/>
          <w:color w:val="18324A"/>
          <w:sz w:val="23"/>
        </w:rPr>
        <w:t>Intrusive thoughts, lies, confusion, or mental pressure</w:t>
      </w:r>
    </w:p>
    <w:p>
      <w:pPr>
        <w:pStyle w:val="Guidance"/>
      </w:pPr>
      <w:r>
        <w:rPr>
          <w:rFonts w:ascii="Liberation Sans" w:hAnsi="Liberation Sans" w:eastAsia="Liberation Sans"/>
          <w:b/>
          <w:color w:val="18324A"/>
          <w:sz w:val="17"/>
        </w:rPr>
        <w:t xml:space="preserve">Primary sections: </w:t>
      </w:r>
      <w:r>
        <w:rPr>
          <w:rFonts w:ascii="Liberation Sans" w:hAnsi="Liberation Sans" w:eastAsia="Liberation Sans"/>
          <w:color w:val="20262E"/>
          <w:sz w:val="17"/>
        </w:rPr>
        <w:t>armor, discernment, mind/fear, identity</w:t>
      </w:r>
    </w:p>
    <w:p>
      <w:pPr>
        <w:pStyle w:val="Guidance"/>
      </w:pPr>
      <w:r>
        <w:rPr>
          <w:rFonts w:ascii="Liberation Sans" w:hAnsi="Liberation Sans" w:eastAsia="Liberation Sans"/>
          <w:b/>
          <w:color w:val="18324A"/>
          <w:sz w:val="17"/>
        </w:rPr>
        <w:t xml:space="preserve">Start with: </w:t>
      </w:r>
      <w:r>
        <w:rPr>
          <w:rFonts w:ascii="Liberation Sans" w:hAnsi="Liberation Sans" w:eastAsia="Liberation Sans"/>
          <w:color w:val="20262E"/>
          <w:sz w:val="17"/>
        </w:rPr>
        <w:t>2 Corinthians 10:3-6; Ephesians 6:10-20; Romans 12:2; Philippians 4:8-9; John 8:31-32</w:t>
      </w:r>
    </w:p>
    <w:p>
      <w:pPr>
        <w:pStyle w:val="Heading2"/>
        <w:spacing w:before="140" w:after="60"/>
        <w:keepNext/>
        <w:shd w:fill="F7F1E7"/>
      </w:pPr>
      <w:r>
        <w:rPr>
          <w:rFonts w:ascii="Liberation Sans" w:hAnsi="Liberation Sans" w:eastAsia="Liberation Sans"/>
          <w:b/>
          <w:color w:val="18324A"/>
          <w:sz w:val="23"/>
        </w:rPr>
        <w:t>Temptation, compulsive patterns, or sexual sin</w:t>
      </w:r>
    </w:p>
    <w:p>
      <w:pPr>
        <w:pStyle w:val="Guidance"/>
      </w:pPr>
      <w:r>
        <w:rPr>
          <w:rFonts w:ascii="Liberation Sans" w:hAnsi="Liberation Sans" w:eastAsia="Liberation Sans"/>
          <w:b/>
          <w:color w:val="18324A"/>
          <w:sz w:val="17"/>
        </w:rPr>
        <w:t xml:space="preserve">Primary sections: </w:t>
      </w:r>
      <w:r>
        <w:rPr>
          <w:rFonts w:ascii="Liberation Sans" w:hAnsi="Liberation Sans" w:eastAsia="Liberation Sans"/>
          <w:color w:val="20262E"/>
          <w:sz w:val="17"/>
        </w:rPr>
        <w:t>repentance, temptation, aftercare</w:t>
      </w:r>
    </w:p>
    <w:p>
      <w:pPr>
        <w:pStyle w:val="Guidance"/>
      </w:pPr>
      <w:r>
        <w:rPr>
          <w:rFonts w:ascii="Liberation Sans" w:hAnsi="Liberation Sans" w:eastAsia="Liberation Sans"/>
          <w:b/>
          <w:color w:val="18324A"/>
          <w:sz w:val="17"/>
        </w:rPr>
        <w:t xml:space="preserve">Start with: </w:t>
      </w:r>
      <w:r>
        <w:rPr>
          <w:rFonts w:ascii="Liberation Sans" w:hAnsi="Liberation Sans" w:eastAsia="Liberation Sans"/>
          <w:color w:val="20262E"/>
          <w:sz w:val="17"/>
        </w:rPr>
        <w:t>Romans 6:11-14; 1 Corinthians 6:9-20; Galatians 5:16-25; 2 Timothy 2:22-26; James 1:12-16</w:t>
      </w:r>
    </w:p>
    <w:p>
      <w:pPr>
        <w:pStyle w:val="Heading2"/>
        <w:spacing w:before="140" w:after="60"/>
        <w:keepNext/>
        <w:shd w:fill="F7F1E7"/>
      </w:pPr>
      <w:r>
        <w:rPr>
          <w:rFonts w:ascii="Liberation Sans" w:hAnsi="Liberation Sans" w:eastAsia="Liberation Sans"/>
          <w:b/>
          <w:color w:val="18324A"/>
          <w:sz w:val="23"/>
        </w:rPr>
        <w:t>Direct resistance to demonic oppression</w:t>
      </w:r>
    </w:p>
    <w:p>
      <w:pPr>
        <w:pStyle w:val="Guidance"/>
      </w:pPr>
      <w:r>
        <w:rPr>
          <w:rFonts w:ascii="Liberation Sans" w:hAnsi="Liberation Sans" w:eastAsia="Liberation Sans"/>
          <w:b/>
          <w:color w:val="18324A"/>
          <w:sz w:val="17"/>
        </w:rPr>
        <w:t xml:space="preserve">Primary sections: </w:t>
      </w:r>
      <w:r>
        <w:rPr>
          <w:rFonts w:ascii="Liberation Sans" w:hAnsi="Liberation Sans" w:eastAsia="Liberation Sans"/>
          <w:color w:val="20262E"/>
          <w:sz w:val="17"/>
        </w:rPr>
        <w:t>authority, binding/loosing controls, armor</w:t>
      </w:r>
    </w:p>
    <w:p>
      <w:pPr>
        <w:pStyle w:val="Guidance"/>
      </w:pPr>
      <w:r>
        <w:rPr>
          <w:rFonts w:ascii="Liberation Sans" w:hAnsi="Liberation Sans" w:eastAsia="Liberation Sans"/>
          <w:b/>
          <w:color w:val="18324A"/>
          <w:sz w:val="17"/>
        </w:rPr>
        <w:t xml:space="preserve">Start with: </w:t>
      </w:r>
      <w:r>
        <w:rPr>
          <w:rFonts w:ascii="Liberation Sans" w:hAnsi="Liberation Sans" w:eastAsia="Liberation Sans"/>
          <w:color w:val="20262E"/>
          <w:sz w:val="17"/>
        </w:rPr>
        <w:t>Matthew 10:1,7-8; Mark 1:21-28; Luke 9:1-2; Acts 16:16-18; James 4:7-10; Jude 8-10</w:t>
      </w:r>
    </w:p>
    <w:p>
      <w:pPr>
        <w:pStyle w:val="Heading2"/>
        <w:spacing w:before="140" w:after="60"/>
        <w:keepNext/>
        <w:shd w:fill="F7F1E7"/>
      </w:pPr>
      <w:r>
        <w:rPr>
          <w:rFonts w:ascii="Liberation Sans" w:hAnsi="Liberation Sans" w:eastAsia="Liberation Sans"/>
          <w:b/>
          <w:color w:val="18324A"/>
          <w:sz w:val="23"/>
        </w:rPr>
        <w:t>Household prayer and protection</w:t>
      </w:r>
    </w:p>
    <w:p>
      <w:pPr>
        <w:pStyle w:val="Guidance"/>
      </w:pPr>
      <w:r>
        <w:rPr>
          <w:rFonts w:ascii="Liberation Sans" w:hAnsi="Liberation Sans" w:eastAsia="Liberation Sans"/>
          <w:b/>
          <w:color w:val="18324A"/>
          <w:sz w:val="17"/>
        </w:rPr>
        <w:t xml:space="preserve">Primary sections: </w:t>
      </w:r>
      <w:r>
        <w:rPr>
          <w:rFonts w:ascii="Liberation Sans" w:hAnsi="Liberation Sans" w:eastAsia="Liberation Sans"/>
          <w:color w:val="20262E"/>
          <w:sz w:val="17"/>
        </w:rPr>
        <w:t>protection, prayer, aftercare</w:t>
      </w:r>
    </w:p>
    <w:p>
      <w:pPr>
        <w:pStyle w:val="Guidance"/>
      </w:pPr>
      <w:r>
        <w:rPr>
          <w:rFonts w:ascii="Liberation Sans" w:hAnsi="Liberation Sans" w:eastAsia="Liberation Sans"/>
          <w:b/>
          <w:color w:val="18324A"/>
          <w:sz w:val="17"/>
        </w:rPr>
        <w:t xml:space="preserve">Start with: </w:t>
      </w:r>
      <w:r>
        <w:rPr>
          <w:rFonts w:ascii="Liberation Sans" w:hAnsi="Liberation Sans" w:eastAsia="Liberation Sans"/>
          <w:color w:val="20262E"/>
          <w:sz w:val="17"/>
        </w:rPr>
        <w:t>Deuteronomy 6:4-9; Psalm 23; Psalm 121; Proverbs 18:10; John 10:27-30; 2 Thessalonians 3:1-3</w:t>
      </w:r>
    </w:p>
    <w:p>
      <w:pPr>
        <w:pStyle w:val="Heading2"/>
        <w:spacing w:before="140" w:after="60"/>
        <w:keepNext/>
        <w:shd w:fill="F7F1E7"/>
      </w:pPr>
      <w:r>
        <w:rPr>
          <w:rFonts w:ascii="Liberation Sans" w:hAnsi="Liberation Sans" w:eastAsia="Liberation Sans"/>
          <w:b/>
          <w:color w:val="18324A"/>
          <w:sz w:val="23"/>
        </w:rPr>
        <w:t>Healing concerns that overlap with spiritual ministry</w:t>
      </w:r>
    </w:p>
    <w:p>
      <w:pPr>
        <w:pStyle w:val="Guidance"/>
      </w:pPr>
      <w:r>
        <w:rPr>
          <w:rFonts w:ascii="Liberation Sans" w:hAnsi="Liberation Sans" w:eastAsia="Liberation Sans"/>
          <w:b/>
          <w:color w:val="18324A"/>
          <w:sz w:val="17"/>
        </w:rPr>
        <w:t xml:space="preserve">Primary sections: </w:t>
      </w:r>
      <w:r>
        <w:rPr>
          <w:rFonts w:ascii="Liberation Sans" w:hAnsi="Liberation Sans" w:eastAsia="Liberation Sans"/>
          <w:color w:val="20262E"/>
          <w:sz w:val="17"/>
        </w:rPr>
        <w:t>healing, authority, conduct</w:t>
      </w:r>
    </w:p>
    <w:p>
      <w:pPr>
        <w:pStyle w:val="Guidance"/>
      </w:pPr>
      <w:r>
        <w:rPr>
          <w:rFonts w:ascii="Liberation Sans" w:hAnsi="Liberation Sans" w:eastAsia="Liberation Sans"/>
          <w:b/>
          <w:color w:val="18324A"/>
          <w:sz w:val="17"/>
        </w:rPr>
        <w:t xml:space="preserve">Start with: </w:t>
      </w:r>
      <w:r>
        <w:rPr>
          <w:rFonts w:ascii="Liberation Sans" w:hAnsi="Liberation Sans" w:eastAsia="Liberation Sans"/>
          <w:color w:val="20262E"/>
          <w:sz w:val="17"/>
        </w:rPr>
        <w:t>Matthew 8:14-17; Luke 4:38-41; Acts 10:38; James 5:13-16; Galatians 6:1-2</w:t>
      </w:r>
    </w:p>
    <w:p>
      <w:pPr>
        <w:pStyle w:val="Heading2"/>
        <w:spacing w:before="140" w:after="60"/>
        <w:keepNext/>
        <w:shd w:fill="F7F1E7"/>
      </w:pPr>
      <w:r>
        <w:rPr>
          <w:rFonts w:ascii="Liberation Sans" w:hAnsi="Liberation Sans" w:eastAsia="Liberation Sans"/>
          <w:b/>
          <w:color w:val="18324A"/>
          <w:sz w:val="23"/>
        </w:rPr>
        <w:t>Corporate intercession and community pressure</w:t>
      </w:r>
    </w:p>
    <w:p>
      <w:pPr>
        <w:pStyle w:val="Guidance"/>
      </w:pPr>
      <w:r>
        <w:rPr>
          <w:rFonts w:ascii="Liberation Sans" w:hAnsi="Liberation Sans" w:eastAsia="Liberation Sans"/>
          <w:b/>
          <w:color w:val="18324A"/>
          <w:sz w:val="17"/>
        </w:rPr>
        <w:t xml:space="preserve">Primary sections: </w:t>
      </w:r>
      <w:r>
        <w:rPr>
          <w:rFonts w:ascii="Liberation Sans" w:hAnsi="Liberation Sans" w:eastAsia="Liberation Sans"/>
          <w:color w:val="20262E"/>
          <w:sz w:val="17"/>
        </w:rPr>
        <w:t>corporate warfare, prayer, endurance</w:t>
      </w:r>
    </w:p>
    <w:p>
      <w:pPr>
        <w:pStyle w:val="Guidance"/>
      </w:pPr>
      <w:r>
        <w:rPr>
          <w:rFonts w:ascii="Liberation Sans" w:hAnsi="Liberation Sans" w:eastAsia="Liberation Sans"/>
          <w:b/>
          <w:color w:val="18324A"/>
          <w:sz w:val="17"/>
        </w:rPr>
        <w:t xml:space="preserve">Start with: </w:t>
      </w:r>
      <w:r>
        <w:rPr>
          <w:rFonts w:ascii="Liberation Sans" w:hAnsi="Liberation Sans" w:eastAsia="Liberation Sans"/>
          <w:color w:val="20262E"/>
          <w:sz w:val="17"/>
        </w:rPr>
        <w:t>2 Chronicles 20; Nehemiah 1:4-11; Daniel 10:10-21; 1 Timothy 2:1-6; Ephesians 3:8-12</w:t>
      </w:r>
    </w:p>
    <w:p>
      <w:pPr>
        <w:pStyle w:val="Heading2"/>
        <w:spacing w:before="140" w:after="60"/>
        <w:keepNext/>
        <w:shd w:fill="F7F1E7"/>
      </w:pPr>
      <w:r>
        <w:rPr>
          <w:rFonts w:ascii="Liberation Sans" w:hAnsi="Liberation Sans" w:eastAsia="Liberation Sans"/>
          <w:b/>
          <w:color w:val="18324A"/>
          <w:sz w:val="23"/>
        </w:rPr>
        <w:t>Staying free after ministry</w:t>
      </w:r>
    </w:p>
    <w:p>
      <w:pPr>
        <w:pStyle w:val="Guidance"/>
      </w:pPr>
      <w:r>
        <w:rPr>
          <w:rFonts w:ascii="Liberation Sans" w:hAnsi="Liberation Sans" w:eastAsia="Liberation Sans"/>
          <w:b/>
          <w:color w:val="18324A"/>
          <w:sz w:val="17"/>
        </w:rPr>
        <w:t xml:space="preserve">Primary sections: </w:t>
      </w:r>
      <w:r>
        <w:rPr>
          <w:rFonts w:ascii="Liberation Sans" w:hAnsi="Liberation Sans" w:eastAsia="Liberation Sans"/>
          <w:color w:val="20262E"/>
          <w:sz w:val="17"/>
        </w:rPr>
        <w:t>aftercare, identity, temptation, endurance</w:t>
      </w:r>
    </w:p>
    <w:p>
      <w:pPr>
        <w:pStyle w:val="Guidance"/>
      </w:pPr>
      <w:r>
        <w:rPr>
          <w:rFonts w:ascii="Liberation Sans" w:hAnsi="Liberation Sans" w:eastAsia="Liberation Sans"/>
          <w:b/>
          <w:color w:val="18324A"/>
          <w:sz w:val="17"/>
        </w:rPr>
        <w:t xml:space="preserve">Start with: </w:t>
      </w:r>
      <w:r>
        <w:rPr>
          <w:rFonts w:ascii="Liberation Sans" w:hAnsi="Liberation Sans" w:eastAsia="Liberation Sans"/>
          <w:color w:val="20262E"/>
          <w:sz w:val="17"/>
        </w:rPr>
        <w:t>Matthew 12:43-45; John 15:1-11; Acts 2:38-42; Colossians 3:1-17; 2 Peter 1:3-11; 1 Peter 5:8-10</w:t>
      </w:r>
    </w:p>
    <w:p>
      <w:pPr>
        <w:pStyle w:val="Heading1"/>
        <w:keepNext/>
        <w:pageBreakBefore/>
        <w:pBdr>
          <w:bottom w:val="single" w:sz="8" w:space="2" w:color="A67833"/>
        </w:pBdr>
      </w:pPr>
      <w:r>
        <w:t>5. Twelve-Step Ministry Protocol</w:t>
      </w:r>
    </w:p>
    <w:p>
      <w:pPr>
        <w:pStyle w:val="SmallNote"/>
      </w:pPr>
      <w:r>
        <w:t>A sequence for accountable prayer ministry, not a mechanical formula.</w:t>
      </w:r>
    </w:p>
    <w:tbl>
      <w:tblPr>
        <w:tblW w:type="auto" w:w="0"/>
        <w:jc w:val="center"/>
        <w:tblLayout w:type="autofit"/>
        <w:tblLook w:firstColumn="1" w:firstRow="1" w:lastColumn="0" w:lastRow="0" w:noHBand="0" w:noVBand="1" w:val="04A0"/>
      </w:tblPr>
      <w:tblGrid>
        <w:gridCol w:w="10224"/>
      </w:tblGrid>
      <w:tr>
        <w:tc>
          <w:tcPr>
            <w:tcW w:type="dxa" w:w="10224"/>
            <w:shd w:fill="F2F4F5"/>
            <w:tcMar>
              <w:top w:w="110" w:type="dxa"/>
              <w:start w:w="130" w:type="dxa"/>
              <w:bottom w:w="110" w:type="dxa"/>
              <w:end w:w="130" w:type="dxa"/>
            </w:tcMar>
          </w:tcPr>
          <w:p>
            <w:r>
              <w:rPr>
                <w:rFonts w:ascii="Liberation Sans" w:hAnsi="Liberation Sans" w:eastAsia="Liberation Sans"/>
                <w:b/>
                <w:color w:val="18324A"/>
                <w:sz w:val="20"/>
              </w:rPr>
              <w:t>Protocol control</w:t>
            </w:r>
          </w:p>
          <w:p>
            <w:pPr>
              <w:spacing w:after="0"/>
            </w:pPr>
            <w:r>
              <w:rPr>
                <w:rFonts w:ascii="Liberation Sans" w:hAnsi="Liberation Sans" w:eastAsia="Liberation Sans"/>
                <w:color w:val="20262E"/>
                <w:sz w:val="17"/>
              </w:rPr>
              <w:t>The protocol intentionally begins with consent and safety, moves through Christ-centered truth and voluntary response, and ends with filling, discipleship, referral, and documented follow-up. Direct commands are never the first or only step.</w:t>
            </w:r>
          </w:p>
        </w:tc>
      </w:tr>
    </w:tbl>
    <w:p>
      <w:pPr>
        <w:spacing w:after="0"/>
      </w:pPr>
    </w:p>
    <w:p>
      <w:pPr>
        <w:pStyle w:val="Heading2"/>
        <w:keepNext/>
        <w:shd w:fill="F7F1E7"/>
        <w:spacing w:before="30" w:after="10"/>
      </w:pPr>
      <w:r>
        <w:rPr>
          <w:rFonts w:ascii="Liberation Sans" w:hAnsi="Liberation Sans" w:eastAsia="Liberation Sans"/>
          <w:b/>
          <w:color w:val="18324A"/>
          <w:sz w:val="18"/>
        </w:rPr>
        <w:t>1. Consent and immediate safety</w:t>
      </w:r>
    </w:p>
    <w:p>
      <w:pPr>
        <w:keepNext/>
        <w:spacing w:after="0" w:line="221" w:lineRule="auto"/>
        <w:ind w:left="115"/>
      </w:pPr>
      <w:r>
        <w:rPr>
          <w:rFonts w:ascii="Liberation Serif" w:hAnsi="Liberation Serif" w:eastAsia="Liberation Serif"/>
          <w:color w:val="20262E"/>
          <w:sz w:val="16"/>
        </w:rPr>
        <w:t>Confirm voluntary participation, capacity to consent, privacy, physical safety, and whether emergency medical or psychiatric help is needed.</w:t>
      </w:r>
    </w:p>
    <w:p>
      <w:pPr>
        <w:pStyle w:val="Guidance"/>
        <w:spacing w:after="0" w:line="216" w:lineRule="auto"/>
      </w:pPr>
      <w:r>
        <w:rPr>
          <w:rFonts w:ascii="Liberation Sans" w:hAnsi="Liberation Sans" w:eastAsia="Liberation Sans"/>
          <w:b/>
          <w:color w:val="18324A"/>
          <w:sz w:val="15"/>
        </w:rPr>
        <w:t xml:space="preserve">Scripture anchors: </w:t>
      </w:r>
      <w:r>
        <w:rPr>
          <w:rFonts w:ascii="Liberation Sans" w:hAnsi="Liberation Sans" w:eastAsia="Liberation Sans"/>
          <w:color w:val="20262E"/>
          <w:sz w:val="15"/>
        </w:rPr>
        <w:t>Matthew 7:12; 1 Corinthians 14:40</w:t>
      </w:r>
    </w:p>
    <w:p>
      <w:pPr>
        <w:pStyle w:val="Heading2"/>
        <w:keepNext/>
        <w:shd w:fill="F7F1E7"/>
        <w:spacing w:before="30" w:after="10"/>
      </w:pPr>
      <w:r>
        <w:rPr>
          <w:rFonts w:ascii="Liberation Sans" w:hAnsi="Liberation Sans" w:eastAsia="Liberation Sans"/>
          <w:b/>
          <w:color w:val="18324A"/>
          <w:sz w:val="18"/>
        </w:rPr>
        <w:t>2. Christ-centered orientation</w:t>
      </w:r>
    </w:p>
    <w:p>
      <w:pPr>
        <w:keepNext/>
        <w:spacing w:after="0" w:line="221" w:lineRule="auto"/>
        <w:ind w:left="115"/>
      </w:pPr>
      <w:r>
        <w:rPr>
          <w:rFonts w:ascii="Liberation Serif" w:hAnsi="Liberation Serif" w:eastAsia="Liberation Serif"/>
          <w:color w:val="20262E"/>
          <w:sz w:val="16"/>
        </w:rPr>
        <w:t>Explain the gospel, the lordship of Jesus, delegated authority, and the person's freedom to stop at any point.</w:t>
      </w:r>
    </w:p>
    <w:p>
      <w:pPr>
        <w:pStyle w:val="Guidance"/>
        <w:spacing w:after="0" w:line="216" w:lineRule="auto"/>
      </w:pPr>
      <w:r>
        <w:rPr>
          <w:rFonts w:ascii="Liberation Sans" w:hAnsi="Liberation Sans" w:eastAsia="Liberation Sans"/>
          <w:b/>
          <w:color w:val="18324A"/>
          <w:sz w:val="15"/>
        </w:rPr>
        <w:t xml:space="preserve">Scripture anchors: </w:t>
      </w:r>
      <w:r>
        <w:rPr>
          <w:rFonts w:ascii="Liberation Sans" w:hAnsi="Liberation Sans" w:eastAsia="Liberation Sans"/>
          <w:color w:val="20262E"/>
          <w:sz w:val="15"/>
        </w:rPr>
        <w:t>Colossians 1:12-14; Matthew 28:18</w:t>
      </w:r>
    </w:p>
    <w:p>
      <w:pPr>
        <w:pStyle w:val="Heading2"/>
        <w:keepNext/>
        <w:shd w:fill="F7F1E7"/>
        <w:spacing w:before="30" w:after="10"/>
      </w:pPr>
      <w:r>
        <w:rPr>
          <w:rFonts w:ascii="Liberation Sans" w:hAnsi="Liberation Sans" w:eastAsia="Liberation Sans"/>
          <w:b/>
          <w:color w:val="18324A"/>
          <w:sz w:val="18"/>
        </w:rPr>
        <w:t>3. Listen and assess</w:t>
      </w:r>
    </w:p>
    <w:p>
      <w:pPr>
        <w:keepNext/>
        <w:spacing w:after="0" w:line="221" w:lineRule="auto"/>
        <w:ind w:left="115"/>
      </w:pPr>
      <w:r>
        <w:rPr>
          <w:rFonts w:ascii="Liberation Serif" w:hAnsi="Liberation Serif" w:eastAsia="Liberation Serif"/>
          <w:color w:val="20262E"/>
          <w:sz w:val="16"/>
        </w:rPr>
        <w:t>Hear the person's story without leading questions. Distinguish spiritual concerns, trauma, medical symptoms, substance effects, and relational danger.</w:t>
      </w:r>
    </w:p>
    <w:p>
      <w:pPr>
        <w:pStyle w:val="Guidance"/>
        <w:spacing w:after="0" w:line="216" w:lineRule="auto"/>
      </w:pPr>
      <w:r>
        <w:rPr>
          <w:rFonts w:ascii="Liberation Sans" w:hAnsi="Liberation Sans" w:eastAsia="Liberation Sans"/>
          <w:b/>
          <w:color w:val="18324A"/>
          <w:sz w:val="15"/>
        </w:rPr>
        <w:t xml:space="preserve">Scripture anchors: </w:t>
      </w:r>
      <w:r>
        <w:rPr>
          <w:rFonts w:ascii="Liberation Sans" w:hAnsi="Liberation Sans" w:eastAsia="Liberation Sans"/>
          <w:color w:val="20262E"/>
          <w:sz w:val="15"/>
        </w:rPr>
        <w:t>Proverbs 18:13,17; James 1:19</w:t>
      </w:r>
    </w:p>
    <w:p>
      <w:pPr>
        <w:pStyle w:val="Heading2"/>
        <w:keepNext/>
        <w:shd w:fill="F7F1E7"/>
        <w:spacing w:before="30" w:after="10"/>
      </w:pPr>
      <w:r>
        <w:rPr>
          <w:rFonts w:ascii="Liberation Sans" w:hAnsi="Liberation Sans" w:eastAsia="Liberation Sans"/>
          <w:b/>
          <w:color w:val="18324A"/>
          <w:sz w:val="18"/>
        </w:rPr>
        <w:t>4. Personal repentance and faith</w:t>
      </w:r>
    </w:p>
    <w:p>
      <w:pPr>
        <w:keepNext/>
        <w:spacing w:after="0" w:line="221" w:lineRule="auto"/>
        <w:ind w:left="115"/>
      </w:pPr>
      <w:r>
        <w:rPr>
          <w:rFonts w:ascii="Liberation Serif" w:hAnsi="Liberation Serif" w:eastAsia="Liberation Serif"/>
          <w:color w:val="20262E"/>
          <w:sz w:val="16"/>
        </w:rPr>
        <w:t>Invite confession of known personal sin and trust in Christ without manufacturing hidden causes.</w:t>
      </w:r>
    </w:p>
    <w:p>
      <w:pPr>
        <w:pStyle w:val="Guidance"/>
        <w:spacing w:after="0" w:line="216" w:lineRule="auto"/>
      </w:pPr>
      <w:r>
        <w:rPr>
          <w:rFonts w:ascii="Liberation Sans" w:hAnsi="Liberation Sans" w:eastAsia="Liberation Sans"/>
          <w:b/>
          <w:color w:val="18324A"/>
          <w:sz w:val="15"/>
        </w:rPr>
        <w:t xml:space="preserve">Scripture anchors: </w:t>
      </w:r>
      <w:r>
        <w:rPr>
          <w:rFonts w:ascii="Liberation Sans" w:hAnsi="Liberation Sans" w:eastAsia="Liberation Sans"/>
          <w:color w:val="20262E"/>
          <w:sz w:val="15"/>
        </w:rPr>
        <w:t>1 John 1:7-9; James 4:7-10</w:t>
      </w:r>
    </w:p>
    <w:p>
      <w:pPr>
        <w:pStyle w:val="Heading2"/>
        <w:keepNext/>
        <w:shd w:fill="F7F1E7"/>
        <w:spacing w:before="30" w:after="10"/>
      </w:pPr>
      <w:r>
        <w:rPr>
          <w:rFonts w:ascii="Liberation Sans" w:hAnsi="Liberation Sans" w:eastAsia="Liberation Sans"/>
          <w:b/>
          <w:color w:val="18324A"/>
          <w:sz w:val="18"/>
        </w:rPr>
        <w:t>5. Forgiveness with boundaries</w:t>
      </w:r>
    </w:p>
    <w:p>
      <w:pPr>
        <w:keepNext/>
        <w:spacing w:after="0" w:line="221" w:lineRule="auto"/>
        <w:ind w:left="115"/>
      </w:pPr>
      <w:r>
        <w:rPr>
          <w:rFonts w:ascii="Liberation Serif" w:hAnsi="Liberation Serif" w:eastAsia="Liberation Serif"/>
          <w:color w:val="20262E"/>
          <w:sz w:val="16"/>
        </w:rPr>
        <w:t>Release vengeance while preserving truth, justice, reporting, and protection.</w:t>
      </w:r>
    </w:p>
    <w:p>
      <w:pPr>
        <w:pStyle w:val="Guidance"/>
        <w:spacing w:after="0" w:line="216" w:lineRule="auto"/>
      </w:pPr>
      <w:r>
        <w:rPr>
          <w:rFonts w:ascii="Liberation Sans" w:hAnsi="Liberation Sans" w:eastAsia="Liberation Sans"/>
          <w:b/>
          <w:color w:val="18324A"/>
          <w:sz w:val="15"/>
        </w:rPr>
        <w:t xml:space="preserve">Scripture anchors: </w:t>
      </w:r>
      <w:r>
        <w:rPr>
          <w:rFonts w:ascii="Liberation Sans" w:hAnsi="Liberation Sans" w:eastAsia="Liberation Sans"/>
          <w:color w:val="20262E"/>
          <w:sz w:val="15"/>
        </w:rPr>
        <w:t>Ephesians 4:31-32; Romans 12:19</w:t>
      </w:r>
    </w:p>
    <w:p>
      <w:pPr>
        <w:pStyle w:val="Heading2"/>
        <w:keepNext/>
        <w:shd w:fill="F7F1E7"/>
        <w:spacing w:before="30" w:after="10"/>
      </w:pPr>
      <w:r>
        <w:rPr>
          <w:rFonts w:ascii="Liberation Sans" w:hAnsi="Liberation Sans" w:eastAsia="Liberation Sans"/>
          <w:b/>
          <w:color w:val="18324A"/>
          <w:sz w:val="18"/>
        </w:rPr>
        <w:t>6. Renunciation</w:t>
      </w:r>
    </w:p>
    <w:p>
      <w:pPr>
        <w:keepNext/>
        <w:spacing w:after="0" w:line="221" w:lineRule="auto"/>
        <w:ind w:left="115"/>
      </w:pPr>
      <w:r>
        <w:rPr>
          <w:rFonts w:ascii="Liberation Serif" w:hAnsi="Liberation Serif" w:eastAsia="Liberation Serif"/>
          <w:color w:val="20262E"/>
          <w:sz w:val="16"/>
        </w:rPr>
        <w:t>Renounce the person's own occult practices, false vows, sinful agreements, and destructive loyalties in plain language.</w:t>
      </w:r>
    </w:p>
    <w:p>
      <w:pPr>
        <w:pStyle w:val="Guidance"/>
        <w:spacing w:after="0" w:line="216" w:lineRule="auto"/>
      </w:pPr>
      <w:r>
        <w:rPr>
          <w:rFonts w:ascii="Liberation Sans" w:hAnsi="Liberation Sans" w:eastAsia="Liberation Sans"/>
          <w:b/>
          <w:color w:val="18324A"/>
          <w:sz w:val="15"/>
        </w:rPr>
        <w:t xml:space="preserve">Scripture anchors: </w:t>
      </w:r>
      <w:r>
        <w:rPr>
          <w:rFonts w:ascii="Liberation Sans" w:hAnsi="Liberation Sans" w:eastAsia="Liberation Sans"/>
          <w:color w:val="20262E"/>
          <w:sz w:val="15"/>
        </w:rPr>
        <w:t>Acts 19:18-20; Deuteronomy 18:9-14</w:t>
      </w:r>
    </w:p>
    <w:p>
      <w:pPr>
        <w:pStyle w:val="Heading2"/>
        <w:keepNext/>
        <w:shd w:fill="F7F1E7"/>
        <w:spacing w:before="30" w:after="10"/>
      </w:pPr>
      <w:r>
        <w:rPr>
          <w:rFonts w:ascii="Liberation Sans" w:hAnsi="Liberation Sans" w:eastAsia="Liberation Sans"/>
          <w:b/>
          <w:color w:val="18324A"/>
          <w:sz w:val="18"/>
        </w:rPr>
        <w:t>7. Prayer and direct resistance</w:t>
      </w:r>
    </w:p>
    <w:p>
      <w:pPr>
        <w:keepNext/>
        <w:spacing w:after="0" w:line="221" w:lineRule="auto"/>
        <w:ind w:left="115"/>
      </w:pPr>
      <w:r>
        <w:rPr>
          <w:rFonts w:ascii="Liberation Serif" w:hAnsi="Liberation Serif" w:eastAsia="Liberation Serif"/>
          <w:color w:val="20262E"/>
          <w:sz w:val="16"/>
        </w:rPr>
        <w:t>Pray to God and, where appropriate, use brief commands in Jesus' name directed at spiritual evil, never at the person.</w:t>
      </w:r>
    </w:p>
    <w:p>
      <w:pPr>
        <w:pStyle w:val="Guidance"/>
        <w:spacing w:after="0" w:line="216" w:lineRule="auto"/>
      </w:pPr>
      <w:r>
        <w:rPr>
          <w:rFonts w:ascii="Liberation Sans" w:hAnsi="Liberation Sans" w:eastAsia="Liberation Sans"/>
          <w:b/>
          <w:color w:val="18324A"/>
          <w:sz w:val="15"/>
        </w:rPr>
        <w:t xml:space="preserve">Scripture anchors: </w:t>
      </w:r>
      <w:r>
        <w:rPr>
          <w:rFonts w:ascii="Liberation Sans" w:hAnsi="Liberation Sans" w:eastAsia="Liberation Sans"/>
          <w:color w:val="20262E"/>
          <w:sz w:val="15"/>
        </w:rPr>
        <w:t>Acts 16:18; Luke 10:17-20</w:t>
      </w:r>
    </w:p>
    <w:p>
      <w:pPr>
        <w:pStyle w:val="Heading2"/>
        <w:keepNext/>
        <w:shd w:fill="F7F1E7"/>
        <w:spacing w:before="30" w:after="10"/>
      </w:pPr>
      <w:r>
        <w:rPr>
          <w:rFonts w:ascii="Liberation Sans" w:hAnsi="Liberation Sans" w:eastAsia="Liberation Sans"/>
          <w:b/>
          <w:color w:val="18324A"/>
          <w:sz w:val="18"/>
        </w:rPr>
        <w:t>8. Observe without spectacle</w:t>
      </w:r>
    </w:p>
    <w:p>
      <w:pPr>
        <w:keepNext/>
        <w:spacing w:after="0" w:line="221" w:lineRule="auto"/>
        <w:ind w:left="115"/>
      </w:pPr>
      <w:r>
        <w:rPr>
          <w:rFonts w:ascii="Liberation Serif" w:hAnsi="Liberation Serif" w:eastAsia="Liberation Serif"/>
          <w:color w:val="20262E"/>
          <w:sz w:val="16"/>
        </w:rPr>
        <w:t>Do not coach manifestations, interrogate, shame, restrain, or publicize. Stop if safety or consent changes.</w:t>
      </w:r>
    </w:p>
    <w:p>
      <w:pPr>
        <w:pStyle w:val="Guidance"/>
        <w:spacing w:after="0" w:line="216" w:lineRule="auto"/>
      </w:pPr>
      <w:r>
        <w:rPr>
          <w:rFonts w:ascii="Liberation Sans" w:hAnsi="Liberation Sans" w:eastAsia="Liberation Sans"/>
          <w:b/>
          <w:color w:val="18324A"/>
          <w:sz w:val="15"/>
        </w:rPr>
        <w:t xml:space="preserve">Scripture anchors: </w:t>
      </w:r>
      <w:r>
        <w:rPr>
          <w:rFonts w:ascii="Liberation Sans" w:hAnsi="Liberation Sans" w:eastAsia="Liberation Sans"/>
          <w:color w:val="20262E"/>
          <w:sz w:val="15"/>
        </w:rPr>
        <w:t>1 Corinthians 13:4-7; 14:32-33</w:t>
      </w:r>
    </w:p>
    <w:p>
      <w:pPr>
        <w:pStyle w:val="Heading2"/>
        <w:keepNext/>
        <w:shd w:fill="F7F1E7"/>
        <w:spacing w:before="30" w:after="10"/>
      </w:pPr>
      <w:r>
        <w:rPr>
          <w:rFonts w:ascii="Liberation Sans" w:hAnsi="Liberation Sans" w:eastAsia="Liberation Sans"/>
          <w:b/>
          <w:color w:val="18324A"/>
          <w:sz w:val="18"/>
        </w:rPr>
        <w:t>9. Healing and filling</w:t>
      </w:r>
    </w:p>
    <w:p>
      <w:pPr>
        <w:keepNext/>
        <w:spacing w:after="0" w:line="221" w:lineRule="auto"/>
        <w:ind w:left="115"/>
      </w:pPr>
      <w:r>
        <w:rPr>
          <w:rFonts w:ascii="Liberation Serif" w:hAnsi="Liberation Serif" w:eastAsia="Liberation Serif"/>
          <w:color w:val="20262E"/>
          <w:sz w:val="16"/>
        </w:rPr>
        <w:t>Pray for bodily, emotional, relational, and spiritual healing and for the Holy Spirit's fullness.</w:t>
      </w:r>
    </w:p>
    <w:p>
      <w:pPr>
        <w:pStyle w:val="Guidance"/>
        <w:spacing w:after="0" w:line="216" w:lineRule="auto"/>
      </w:pPr>
      <w:r>
        <w:rPr>
          <w:rFonts w:ascii="Liberation Sans" w:hAnsi="Liberation Sans" w:eastAsia="Liberation Sans"/>
          <w:b/>
          <w:color w:val="18324A"/>
          <w:sz w:val="15"/>
        </w:rPr>
        <w:t xml:space="preserve">Scripture anchors: </w:t>
      </w:r>
      <w:r>
        <w:rPr>
          <w:rFonts w:ascii="Liberation Sans" w:hAnsi="Liberation Sans" w:eastAsia="Liberation Sans"/>
          <w:color w:val="20262E"/>
          <w:sz w:val="15"/>
        </w:rPr>
        <w:t>Luke 4:18; Ephesians 5:18</w:t>
      </w:r>
    </w:p>
    <w:p>
      <w:pPr>
        <w:pStyle w:val="Heading2"/>
        <w:keepNext/>
        <w:shd w:fill="F7F1E7"/>
        <w:spacing w:before="30" w:after="10"/>
      </w:pPr>
      <w:r>
        <w:rPr>
          <w:rFonts w:ascii="Liberation Sans" w:hAnsi="Liberation Sans" w:eastAsia="Liberation Sans"/>
          <w:b/>
          <w:color w:val="18324A"/>
          <w:sz w:val="18"/>
        </w:rPr>
        <w:t>10. Truth and aftercare plan</w:t>
      </w:r>
    </w:p>
    <w:p>
      <w:pPr>
        <w:keepNext/>
        <w:spacing w:after="0" w:line="221" w:lineRule="auto"/>
        <w:ind w:left="115"/>
      </w:pPr>
      <w:r>
        <w:rPr>
          <w:rFonts w:ascii="Liberation Serif" w:hAnsi="Liberation Serif" w:eastAsia="Liberation Serif"/>
          <w:color w:val="20262E"/>
          <w:sz w:val="16"/>
        </w:rPr>
        <w:t>Set specific Scripture, prayer, fellowship, counseling, medical follow-up, sleep, sobriety, and accountability steps.</w:t>
      </w:r>
    </w:p>
    <w:p>
      <w:pPr>
        <w:pStyle w:val="Guidance"/>
        <w:spacing w:after="0" w:line="216" w:lineRule="auto"/>
      </w:pPr>
      <w:r>
        <w:rPr>
          <w:rFonts w:ascii="Liberation Sans" w:hAnsi="Liberation Sans" w:eastAsia="Liberation Sans"/>
          <w:b/>
          <w:color w:val="18324A"/>
          <w:sz w:val="15"/>
        </w:rPr>
        <w:t xml:space="preserve">Scripture anchors: </w:t>
      </w:r>
      <w:r>
        <w:rPr>
          <w:rFonts w:ascii="Liberation Sans" w:hAnsi="Liberation Sans" w:eastAsia="Liberation Sans"/>
          <w:color w:val="20262E"/>
          <w:sz w:val="15"/>
        </w:rPr>
        <w:t>John 8:31-36; Colossians 3:1-17</w:t>
      </w:r>
    </w:p>
    <w:p>
      <w:pPr>
        <w:pStyle w:val="Heading2"/>
        <w:keepNext/>
        <w:shd w:fill="F7F1E7"/>
        <w:spacing w:before="30" w:after="10"/>
      </w:pPr>
      <w:r>
        <w:rPr>
          <w:rFonts w:ascii="Liberation Sans" w:hAnsi="Liberation Sans" w:eastAsia="Liberation Sans"/>
          <w:b/>
          <w:color w:val="18324A"/>
          <w:sz w:val="18"/>
        </w:rPr>
        <w:t>11. Follow-up and referral</w:t>
      </w:r>
    </w:p>
    <w:p>
      <w:pPr>
        <w:keepNext/>
        <w:spacing w:after="0" w:line="221" w:lineRule="auto"/>
        <w:ind w:left="115"/>
      </w:pPr>
      <w:r>
        <w:rPr>
          <w:rFonts w:ascii="Liberation Serif" w:hAnsi="Liberation Serif" w:eastAsia="Liberation Serif"/>
          <w:color w:val="20262E"/>
          <w:sz w:val="16"/>
        </w:rPr>
        <w:t>Review outcomes, symptoms, safety, and ongoing care. Refer beyond the team's competence.</w:t>
      </w:r>
    </w:p>
    <w:p>
      <w:pPr>
        <w:pStyle w:val="Guidance"/>
        <w:spacing w:after="0" w:line="216" w:lineRule="auto"/>
      </w:pPr>
      <w:r>
        <w:rPr>
          <w:rFonts w:ascii="Liberation Sans" w:hAnsi="Liberation Sans" w:eastAsia="Liberation Sans"/>
          <w:b/>
          <w:color w:val="18324A"/>
          <w:sz w:val="15"/>
        </w:rPr>
        <w:t xml:space="preserve">Scripture anchors: </w:t>
      </w:r>
      <w:r>
        <w:rPr>
          <w:rFonts w:ascii="Liberation Sans" w:hAnsi="Liberation Sans" w:eastAsia="Liberation Sans"/>
          <w:color w:val="20262E"/>
          <w:sz w:val="15"/>
        </w:rPr>
        <w:t>Galatians 6:1-2; James 5:14-16</w:t>
      </w:r>
    </w:p>
    <w:p>
      <w:pPr>
        <w:pStyle w:val="Heading2"/>
        <w:keepNext/>
        <w:shd w:fill="F7F1E7"/>
        <w:spacing w:before="30" w:after="10"/>
      </w:pPr>
      <w:r>
        <w:rPr>
          <w:rFonts w:ascii="Liberation Sans" w:hAnsi="Liberation Sans" w:eastAsia="Liberation Sans"/>
          <w:b/>
          <w:color w:val="18324A"/>
          <w:sz w:val="18"/>
        </w:rPr>
        <w:t>12. Team debrief and accountability</w:t>
      </w:r>
    </w:p>
    <w:p>
      <w:pPr>
        <w:keepNext/>
        <w:spacing w:after="0" w:line="221" w:lineRule="auto"/>
        <w:ind w:left="115"/>
      </w:pPr>
      <w:r>
        <w:rPr>
          <w:rFonts w:ascii="Liberation Serif" w:hAnsi="Liberation Serif" w:eastAsia="Liberation Serif"/>
          <w:color w:val="20262E"/>
          <w:sz w:val="16"/>
        </w:rPr>
        <w:t>Document minimally and securely, protect confidentiality, correct errors, and seek pastoral oversight.</w:t>
      </w:r>
    </w:p>
    <w:p>
      <w:pPr>
        <w:pStyle w:val="Guidance"/>
        <w:spacing w:after="0" w:line="216" w:lineRule="auto"/>
      </w:pPr>
      <w:r>
        <w:rPr>
          <w:rFonts w:ascii="Liberation Sans" w:hAnsi="Liberation Sans" w:eastAsia="Liberation Sans"/>
          <w:b/>
          <w:color w:val="18324A"/>
          <w:sz w:val="15"/>
        </w:rPr>
        <w:t xml:space="preserve">Scripture anchors: </w:t>
      </w:r>
      <w:r>
        <w:rPr>
          <w:rFonts w:ascii="Liberation Sans" w:hAnsi="Liberation Sans" w:eastAsia="Liberation Sans"/>
          <w:color w:val="20262E"/>
          <w:sz w:val="15"/>
        </w:rPr>
        <w:t>2 Corinthians 4:1-2; 1 Peter 5:1-3</w:t>
      </w:r>
    </w:p>
    <w:p>
      <w:pPr>
        <w:pStyle w:val="Heading1"/>
        <w:keepNext/>
        <w:pageBreakBefore/>
        <w:pBdr>
          <w:bottom w:val="single" w:sz="8" w:space="2" w:color="A67833"/>
        </w:pBdr>
      </w:pPr>
      <w:r>
        <w:t>6. Operational Scripture Treasury</w:t>
      </w:r>
    </w:p>
    <w:p>
      <w:pPr>
        <w:pStyle w:val="SmallNote"/>
      </w:pPr>
      <w:r>
        <w:t>292 category placements | 291 unique full-text KJV records</w:t>
      </w:r>
    </w:p>
    <w:tbl>
      <w:tblPr>
        <w:tblW w:type="auto" w:w="0"/>
        <w:jc w:val="center"/>
        <w:tblLayout w:type="autofit"/>
        <w:tblLook w:firstColumn="1" w:firstRow="1" w:lastColumn="0" w:lastRow="0" w:noHBand="0" w:noVBand="1" w:val="04A0"/>
      </w:tblPr>
      <w:tblGrid>
        <w:gridCol w:w="10224"/>
      </w:tblGrid>
      <w:tr>
        <w:tc>
          <w:tcPr>
            <w:tcW w:type="dxa" w:w="10224"/>
            <w:shd w:fill="F2F4F5"/>
            <w:tcMar>
              <w:top w:w="110" w:type="dxa"/>
              <w:start w:w="130" w:type="dxa"/>
              <w:bottom w:w="110" w:type="dxa"/>
              <w:end w:w="130" w:type="dxa"/>
            </w:tcMar>
          </w:tcPr>
          <w:p>
            <w:r>
              <w:rPr>
                <w:rFonts w:ascii="Liberation Sans" w:hAnsi="Liberation Sans" w:eastAsia="Liberation Sans"/>
                <w:b/>
                <w:color w:val="18324A"/>
                <w:sz w:val="20"/>
              </w:rPr>
              <w:t>How to use each entry</w:t>
            </w:r>
          </w:p>
          <w:p>
            <w:pPr>
              <w:spacing w:after="0"/>
            </w:pPr>
            <w:r>
              <w:rPr>
                <w:rFonts w:ascii="Liberation Sans" w:hAnsi="Liberation Sans" w:eastAsia="Liberation Sans"/>
                <w:color w:val="20262E"/>
                <w:sz w:val="17"/>
              </w:rPr>
              <w:t>Read the passage in its literary and canonical context. The "Use when" and "Use how" lines suggest responsible application. The "Context and caution" line limits overreach. Evidence/source tags identify direct source trails where available; untagged control passages are compiler-selected whole-Bible safeguards.</w:t>
            </w:r>
          </w:p>
        </w:tc>
      </w:tr>
    </w:tbl>
    <w:p>
      <w:pPr>
        <w:spacing w:after="0"/>
      </w:pPr>
    </w:p>
    <w:p>
      <w:pPr>
        <w:pStyle w:val="Heading1"/>
        <w:keepNext/>
        <w:pageBreakBefore/>
        <w:pBdr>
          <w:bottom w:val="single" w:sz="8" w:space="2" w:color="A67833"/>
        </w:pBdr>
      </w:pPr>
      <w:r>
        <w:t>6.1 Christ's Victory, Lordship, and the Believer's Position</w:t>
      </w:r>
    </w:p>
    <w:p>
      <w:pPr>
        <w:pStyle w:val="Guidance"/>
      </w:pPr>
      <w:r>
        <w:rPr>
          <w:rFonts w:ascii="Liberation Sans" w:hAnsi="Liberation Sans" w:eastAsia="Liberation Sans"/>
          <w:b/>
          <w:color w:val="18324A"/>
          <w:sz w:val="17"/>
        </w:rPr>
        <w:t xml:space="preserve">Use this section when: </w:t>
      </w:r>
      <w:r>
        <w:rPr>
          <w:rFonts w:ascii="Liberation Sans" w:hAnsi="Liberation Sans" w:eastAsia="Liberation Sans"/>
          <w:color w:val="20262E"/>
          <w:sz w:val="17"/>
        </w:rPr>
        <w:t>Use before any deliverance or warfare prayer, when fear magnifies the enemy, or when the believer's standing in Christ is unclear.</w:t>
      </w:r>
    </w:p>
    <w:p>
      <w:pPr>
        <w:pStyle w:val="Guidance"/>
      </w:pPr>
      <w:r>
        <w:rPr>
          <w:rFonts w:ascii="Liberation Sans" w:hAnsi="Liberation Sans" w:eastAsia="Liberation Sans"/>
          <w:b/>
          <w:color w:val="18324A"/>
          <w:sz w:val="17"/>
        </w:rPr>
        <w:t xml:space="preserve">Ministry method: </w:t>
      </w:r>
      <w:r>
        <w:rPr>
          <w:rFonts w:ascii="Liberation Sans" w:hAnsi="Liberation Sans" w:eastAsia="Liberation Sans"/>
          <w:color w:val="20262E"/>
          <w:sz w:val="17"/>
        </w:rPr>
        <w:t>Read in context, worship Jesus as Lord, confess what His death and resurrection accomplished, and begin from dependence on Him rather than fascination with demons.</w:t>
      </w:r>
    </w:p>
    <w:p>
      <w:pPr>
        <w:pStyle w:val="Guidance"/>
      </w:pPr>
      <w:r>
        <w:rPr>
          <w:rFonts w:ascii="Liberation Sans" w:hAnsi="Liberation Sans" w:eastAsia="Liberation Sans"/>
          <w:b/>
          <w:color w:val="18324A"/>
          <w:sz w:val="17"/>
        </w:rPr>
        <w:t xml:space="preserve">Section control: </w:t>
      </w:r>
      <w:r>
        <w:rPr>
          <w:rFonts w:ascii="Liberation Sans" w:hAnsi="Liberation Sans" w:eastAsia="Liberation Sans"/>
          <w:color w:val="20262E"/>
          <w:sz w:val="17"/>
        </w:rPr>
        <w:t>Authority is delegated and Christ-centered; it is not personal spiritual rank or permission to dominate people.</w:t>
      </w:r>
    </w:p>
    <w:p>
      <w:pPr>
        <w:pStyle w:val="SmallNote"/>
      </w:pPr>
      <w:r>
        <w:t>20 operational passage entries</w:t>
      </w:r>
    </w:p>
    <w:p>
      <w:pPr>
        <w:pStyle w:val="ScriptureReference"/>
        <w:keepNext/>
        <w:pBdr>
          <w:bottom w:val="single" w:sz="2" w:space="1" w:color="D5DBE0"/>
        </w:pBdr>
      </w:pPr>
      <w:r>
        <w:t>Genesis 3:14-15</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14</w:t>
      </w:r>
      <w:r>
        <w:rPr>
          <w:rFonts w:ascii="Liberation Serif" w:hAnsi="Liberation Serif" w:eastAsia="Liberation Serif"/>
          <w:color w:val="20262E"/>
          <w:sz w:val="18"/>
        </w:rPr>
        <w:t xml:space="preserve"> And the LORD God said unto the serpent, Because thou hast done this, thou art cursed above all cattle, and above every beast of the field; upon thy belly shalt thou go, and dust shalt thou eat all the days of thy life:</w:t>
      </w:r>
      <w:r>
        <w:t xml:space="preserve"> </w:t>
      </w:r>
      <w:r>
        <w:rPr>
          <w:rFonts w:ascii="Liberation Sans" w:hAnsi="Liberation Sans" w:eastAsia="Liberation Sans"/>
          <w:b/>
          <w:color w:val="A67833"/>
          <w:sz w:val="15"/>
          <w:vertAlign w:val="superscript"/>
        </w:rPr>
        <w:t>15</w:t>
      </w:r>
      <w:r>
        <w:rPr>
          <w:rFonts w:ascii="Liberation Serif" w:hAnsi="Liberation Serif" w:eastAsia="Liberation Serif"/>
          <w:color w:val="20262E"/>
          <w:sz w:val="18"/>
        </w:rPr>
        <w:t xml:space="preserve"> And I will put enmity between thee and the woman, and between thy seed and her seed; it shall bruise thy head, and thou shalt bruise his heel.</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before any deliverance or warfare prayer, when fear magnifies the enemy, or when the believer's standing in Christ is unclear.</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Read in context, worship Jesus as Lord, confess what His death and resurrection accomplished, and begin from dependence on Him rather than fascination with demons.</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Authority is delegated and Christ-centered; it is not personal spiritual rank or permission to dominate people.</w:t>
      </w:r>
    </w:p>
    <w:p>
      <w:pPr>
        <w:pStyle w:val="ScriptureReference"/>
        <w:keepNext/>
        <w:pBdr>
          <w:bottom w:val="single" w:sz="2" w:space="1" w:color="D5DBE0"/>
        </w:pBdr>
      </w:pPr>
      <w:r>
        <w:t>Psalm 24:7-10</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7</w:t>
      </w:r>
      <w:r>
        <w:rPr>
          <w:rFonts w:ascii="Liberation Serif" w:hAnsi="Liberation Serif" w:eastAsia="Liberation Serif"/>
          <w:color w:val="20262E"/>
          <w:sz w:val="18"/>
        </w:rPr>
        <w:t xml:space="preserve"> Lift up your heads, O ye gates; and be ye lift up, ye everlasting doors; and the King of glory shall come in.</w:t>
      </w:r>
      <w:r>
        <w:t xml:space="preserve"> </w:t>
      </w:r>
      <w:r>
        <w:rPr>
          <w:rFonts w:ascii="Liberation Sans" w:hAnsi="Liberation Sans" w:eastAsia="Liberation Sans"/>
          <w:b/>
          <w:color w:val="A67833"/>
          <w:sz w:val="15"/>
          <w:vertAlign w:val="superscript"/>
        </w:rPr>
        <w:t>8</w:t>
      </w:r>
      <w:r>
        <w:rPr>
          <w:rFonts w:ascii="Liberation Serif" w:hAnsi="Liberation Serif" w:eastAsia="Liberation Serif"/>
          <w:color w:val="20262E"/>
          <w:sz w:val="18"/>
        </w:rPr>
        <w:t xml:space="preserve"> Who is this King of glory? The LORD strong and mighty, the LORD mighty in battle.</w:t>
      </w:r>
      <w:r>
        <w:t xml:space="preserve"> </w:t>
      </w:r>
      <w:r>
        <w:rPr>
          <w:rFonts w:ascii="Liberation Sans" w:hAnsi="Liberation Sans" w:eastAsia="Liberation Sans"/>
          <w:b/>
          <w:color w:val="A67833"/>
          <w:sz w:val="15"/>
          <w:vertAlign w:val="superscript"/>
        </w:rPr>
        <w:t>9</w:t>
      </w:r>
      <w:r>
        <w:rPr>
          <w:rFonts w:ascii="Liberation Serif" w:hAnsi="Liberation Serif" w:eastAsia="Liberation Serif"/>
          <w:color w:val="20262E"/>
          <w:sz w:val="18"/>
        </w:rPr>
        <w:t xml:space="preserve"> Lift up your heads, O ye gates; even lift them up, ye everlasting doors; and the King of glory shall come in.</w:t>
      </w:r>
      <w:r>
        <w:t xml:space="preserve"> </w:t>
      </w:r>
      <w:r>
        <w:rPr>
          <w:rFonts w:ascii="Liberation Sans" w:hAnsi="Liberation Sans" w:eastAsia="Liberation Sans"/>
          <w:b/>
          <w:color w:val="A67833"/>
          <w:sz w:val="15"/>
          <w:vertAlign w:val="superscript"/>
        </w:rPr>
        <w:t>10</w:t>
      </w:r>
      <w:r>
        <w:rPr>
          <w:rFonts w:ascii="Liberation Serif" w:hAnsi="Liberation Serif" w:eastAsia="Liberation Serif"/>
          <w:color w:val="20262E"/>
          <w:sz w:val="18"/>
        </w:rPr>
        <w:t xml:space="preserve"> Who is this King of glory? The LORD of hosts, he is the King of glory. Selah.</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before any deliverance or warfare prayer, when fear magnifies the enemy, or when the believer's standing in Christ is unclear.</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Read in context, worship Jesus as Lord, confess what His death and resurrection accomplished, and begin from dependence on Him rather than fascination with demons.</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Authority is delegated and Christ-centered; it is not personal spiritual rank or permission to dominate people.</w:t>
      </w:r>
    </w:p>
    <w:p>
      <w:pPr>
        <w:pStyle w:val="ScriptureReference"/>
        <w:keepNext/>
        <w:pBdr>
          <w:bottom w:val="single" w:sz="2" w:space="1" w:color="D5DBE0"/>
        </w:pBdr>
      </w:pPr>
      <w:r>
        <w:t>Matthew 28:18-20</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18</w:t>
      </w:r>
      <w:r>
        <w:rPr>
          <w:rFonts w:ascii="Liberation Serif" w:hAnsi="Liberation Serif" w:eastAsia="Liberation Serif"/>
          <w:color w:val="20262E"/>
          <w:sz w:val="18"/>
        </w:rPr>
        <w:t xml:space="preserve"> And Jesus came and spake unto them, saying, All power is given unto me in heaven and in earth.</w:t>
      </w:r>
      <w:r>
        <w:t xml:space="preserve"> </w:t>
      </w:r>
      <w:r>
        <w:rPr>
          <w:rFonts w:ascii="Liberation Sans" w:hAnsi="Liberation Sans" w:eastAsia="Liberation Sans"/>
          <w:b/>
          <w:color w:val="A67833"/>
          <w:sz w:val="15"/>
          <w:vertAlign w:val="superscript"/>
        </w:rPr>
        <w:t>19</w:t>
      </w:r>
      <w:r>
        <w:rPr>
          <w:rFonts w:ascii="Liberation Serif" w:hAnsi="Liberation Serif" w:eastAsia="Liberation Serif"/>
          <w:color w:val="20262E"/>
          <w:sz w:val="18"/>
        </w:rPr>
        <w:t xml:space="preserve"> Go ye therefore, and teach all nations, baptizing them in the name of the Father, and of the Son, and of the Holy Ghost:</w:t>
      </w:r>
      <w:r>
        <w:t xml:space="preserve"> </w:t>
      </w:r>
      <w:r>
        <w:rPr>
          <w:rFonts w:ascii="Liberation Sans" w:hAnsi="Liberation Sans" w:eastAsia="Liberation Sans"/>
          <w:b/>
          <w:color w:val="A67833"/>
          <w:sz w:val="15"/>
          <w:vertAlign w:val="superscript"/>
        </w:rPr>
        <w:t>20</w:t>
      </w:r>
      <w:r>
        <w:rPr>
          <w:rFonts w:ascii="Liberation Serif" w:hAnsi="Liberation Serif" w:eastAsia="Liberation Serif"/>
          <w:color w:val="20262E"/>
          <w:sz w:val="18"/>
        </w:rPr>
        <w:t xml:space="preserve"> Teaching them to observe all things whatsoever I have commanded you: and, lo, I am with you alway, even unto the end of the world. Amen.</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before any deliverance or warfare prayer, when fear magnifies the enemy, or when the believer's standing in Christ is unclear.</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Read in context, worship Jesus as Lord, confess what His death and resurrection accomplished, and begin from dependence on Him rather than fascination with demons.</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Authority is delegated and Christ-centered; it is not personal spiritual rank or permission to dominate people.</w:t>
      </w:r>
    </w:p>
    <w:p>
      <w:pPr>
        <w:pStyle w:val="ScriptureReference"/>
        <w:keepNext/>
        <w:pBdr>
          <w:bottom w:val="single" w:sz="2" w:space="1" w:color="D5DBE0"/>
        </w:pBdr>
      </w:pPr>
      <w:r>
        <w:t>Luke 10:17-20</w:t>
      </w:r>
    </w:p>
    <w:p>
      <w:pPr>
        <w:pStyle w:val="EvidenceTag"/>
        <w:keepNext/>
      </w:pPr>
      <w:r>
        <w:t>Evidence A | Source IDs: S07 | Gene and Earline Moody / LHBC</w:t>
      </w:r>
    </w:p>
    <w:p>
      <w:pPr>
        <w:pStyle w:val="ScriptureText"/>
        <w:keepNext/>
      </w:pPr>
      <w:r>
        <w:rPr>
          <w:rFonts w:ascii="Liberation Sans" w:hAnsi="Liberation Sans" w:eastAsia="Liberation Sans"/>
          <w:b/>
          <w:color w:val="A67833"/>
          <w:sz w:val="15"/>
          <w:vertAlign w:val="superscript"/>
        </w:rPr>
        <w:t>17</w:t>
      </w:r>
      <w:r>
        <w:rPr>
          <w:rFonts w:ascii="Liberation Serif" w:hAnsi="Liberation Serif" w:eastAsia="Liberation Serif"/>
          <w:color w:val="20262E"/>
          <w:sz w:val="18"/>
        </w:rPr>
        <w:t xml:space="preserve"> And the seventy returned again with joy, saying, Lord, even the devils are subject unto us through thy name.</w:t>
      </w:r>
      <w:r>
        <w:t xml:space="preserve"> </w:t>
      </w:r>
      <w:r>
        <w:rPr>
          <w:rFonts w:ascii="Liberation Sans" w:hAnsi="Liberation Sans" w:eastAsia="Liberation Sans"/>
          <w:b/>
          <w:color w:val="A67833"/>
          <w:sz w:val="15"/>
          <w:vertAlign w:val="superscript"/>
        </w:rPr>
        <w:t>18</w:t>
      </w:r>
      <w:r>
        <w:rPr>
          <w:rFonts w:ascii="Liberation Serif" w:hAnsi="Liberation Serif" w:eastAsia="Liberation Serif"/>
          <w:color w:val="20262E"/>
          <w:sz w:val="18"/>
        </w:rPr>
        <w:t xml:space="preserve"> And he said unto them, I beheld Satan as lightning fall from heaven.</w:t>
      </w:r>
      <w:r>
        <w:t xml:space="preserve"> </w:t>
      </w:r>
      <w:r>
        <w:rPr>
          <w:rFonts w:ascii="Liberation Sans" w:hAnsi="Liberation Sans" w:eastAsia="Liberation Sans"/>
          <w:b/>
          <w:color w:val="A67833"/>
          <w:sz w:val="15"/>
          <w:vertAlign w:val="superscript"/>
        </w:rPr>
        <w:t>19</w:t>
      </w:r>
      <w:r>
        <w:rPr>
          <w:rFonts w:ascii="Liberation Serif" w:hAnsi="Liberation Serif" w:eastAsia="Liberation Serif"/>
          <w:color w:val="20262E"/>
          <w:sz w:val="18"/>
        </w:rPr>
        <w:t xml:space="preserve"> Behold, I give unto you power to tread on serpents and scorpions, and over all the power of the enemy: and nothing shall by any means hurt you.</w:t>
      </w:r>
      <w:r>
        <w:t xml:space="preserve"> </w:t>
      </w:r>
      <w:r>
        <w:rPr>
          <w:rFonts w:ascii="Liberation Sans" w:hAnsi="Liberation Sans" w:eastAsia="Liberation Sans"/>
          <w:b/>
          <w:color w:val="A67833"/>
          <w:sz w:val="15"/>
          <w:vertAlign w:val="superscript"/>
        </w:rPr>
        <w:t>20</w:t>
      </w:r>
      <w:r>
        <w:rPr>
          <w:rFonts w:ascii="Liberation Serif" w:hAnsi="Liberation Serif" w:eastAsia="Liberation Serif"/>
          <w:color w:val="20262E"/>
          <w:sz w:val="18"/>
        </w:rPr>
        <w:t xml:space="preserve"> Notwithstanding in this rejoice not, that the spirits are subject unto you; but rather rejoice, because your names are written in heaven.</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When celebrating deliverance results or correcting fear and spiritual pride.</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Thank Jesus for delegated authority, but rejoice chiefly that your name is written in heaven.</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The disciples' success is real, yet Jesus redirects their joy from power to salvation and relationship with God.</w:t>
      </w:r>
    </w:p>
    <w:p>
      <w:pPr>
        <w:pStyle w:val="ScriptureReference"/>
        <w:keepNext/>
        <w:pBdr>
          <w:bottom w:val="single" w:sz="2" w:space="1" w:color="D5DBE0"/>
        </w:pBdr>
      </w:pPr>
      <w:r>
        <w:t>John 1:4-5</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4</w:t>
      </w:r>
      <w:r>
        <w:rPr>
          <w:rFonts w:ascii="Liberation Serif" w:hAnsi="Liberation Serif" w:eastAsia="Liberation Serif"/>
          <w:color w:val="20262E"/>
          <w:sz w:val="18"/>
        </w:rPr>
        <w:t xml:space="preserve"> In him was life; and the life was the light of men.</w:t>
      </w:r>
      <w:r>
        <w:t xml:space="preserve"> </w:t>
      </w:r>
      <w:r>
        <w:rPr>
          <w:rFonts w:ascii="Liberation Sans" w:hAnsi="Liberation Sans" w:eastAsia="Liberation Sans"/>
          <w:b/>
          <w:color w:val="A67833"/>
          <w:sz w:val="15"/>
          <w:vertAlign w:val="superscript"/>
        </w:rPr>
        <w:t>5</w:t>
      </w:r>
      <w:r>
        <w:rPr>
          <w:rFonts w:ascii="Liberation Serif" w:hAnsi="Liberation Serif" w:eastAsia="Liberation Serif"/>
          <w:color w:val="20262E"/>
          <w:sz w:val="18"/>
        </w:rPr>
        <w:t xml:space="preserve"> And the light shineth in darkness; and the darkness comprehended it not.</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before any deliverance or warfare prayer, when fear magnifies the enemy, or when the believer's standing in Christ is unclear.</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Read in context, worship Jesus as Lord, confess what His death and resurrection accomplished, and begin from dependence on Him rather than fascination with demons.</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Authority is delegated and Christ-centered; it is not personal spiritual rank or permission to dominate people.</w:t>
      </w:r>
    </w:p>
    <w:p>
      <w:pPr>
        <w:pStyle w:val="ScriptureReference"/>
        <w:keepNext/>
        <w:pBdr>
          <w:bottom w:val="single" w:sz="2" w:space="1" w:color="D5DBE0"/>
        </w:pBdr>
      </w:pPr>
      <w:r>
        <w:t>John 12:31-32</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31</w:t>
      </w:r>
      <w:r>
        <w:rPr>
          <w:rFonts w:ascii="Liberation Serif" w:hAnsi="Liberation Serif" w:eastAsia="Liberation Serif"/>
          <w:color w:val="20262E"/>
          <w:sz w:val="18"/>
        </w:rPr>
        <w:t xml:space="preserve"> Now is the judgment of this world: now shall the prince of this world be cast out.</w:t>
      </w:r>
      <w:r>
        <w:t xml:space="preserve"> </w:t>
      </w:r>
      <w:r>
        <w:rPr>
          <w:rFonts w:ascii="Liberation Sans" w:hAnsi="Liberation Sans" w:eastAsia="Liberation Sans"/>
          <w:b/>
          <w:color w:val="A67833"/>
          <w:sz w:val="15"/>
          <w:vertAlign w:val="superscript"/>
        </w:rPr>
        <w:t>32</w:t>
      </w:r>
      <w:r>
        <w:rPr>
          <w:rFonts w:ascii="Liberation Serif" w:hAnsi="Liberation Serif" w:eastAsia="Liberation Serif"/>
          <w:color w:val="20262E"/>
          <w:sz w:val="18"/>
        </w:rPr>
        <w:t xml:space="preserve"> And I, if I be lifted up from the earth, will draw all men unto me.</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before any deliverance or warfare prayer, when fear magnifies the enemy, or when the believer's standing in Christ is unclear.</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Read in context, worship Jesus as Lord, confess what His death and resurrection accomplished, and begin from dependence on Him rather than fascination with demons.</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Authority is delegated and Christ-centered; it is not personal spiritual rank or permission to dominate people.</w:t>
      </w:r>
    </w:p>
    <w:p>
      <w:pPr>
        <w:pStyle w:val="ScriptureReference"/>
        <w:keepNext/>
        <w:pBdr>
          <w:bottom w:val="single" w:sz="2" w:space="1" w:color="D5DBE0"/>
        </w:pBdr>
      </w:pPr>
      <w:r>
        <w:t>John 16:11,33</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11</w:t>
      </w:r>
      <w:r>
        <w:rPr>
          <w:rFonts w:ascii="Liberation Serif" w:hAnsi="Liberation Serif" w:eastAsia="Liberation Serif"/>
          <w:color w:val="20262E"/>
          <w:sz w:val="18"/>
        </w:rPr>
        <w:t xml:space="preserve"> Of judgment, because the prince of this world is judged.</w:t>
      </w:r>
      <w:r>
        <w:t xml:space="preserve"> </w:t>
      </w:r>
      <w:r>
        <w:rPr>
          <w:rFonts w:ascii="Liberation Sans" w:hAnsi="Liberation Sans" w:eastAsia="Liberation Sans"/>
          <w:b/>
          <w:color w:val="A67833"/>
          <w:sz w:val="15"/>
          <w:vertAlign w:val="superscript"/>
        </w:rPr>
        <w:t>33</w:t>
      </w:r>
      <w:r>
        <w:rPr>
          <w:rFonts w:ascii="Liberation Serif" w:hAnsi="Liberation Serif" w:eastAsia="Liberation Serif"/>
          <w:color w:val="20262E"/>
          <w:sz w:val="18"/>
        </w:rPr>
        <w:t xml:space="preserve"> These things I have spoken unto you, that in me ye might have peace. In the world ye shall have tribulation: but be of good cheer; I have overcome the world.</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before any deliverance or warfare prayer, when fear magnifies the enemy, or when the believer's standing in Christ is unclear.</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Read in context, worship Jesus as Lord, confess what His death and resurrection accomplished, and begin from dependence on Him rather than fascination with demons.</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Authority is delegated and Christ-centered; it is not personal spiritual rank or permission to dominate people.</w:t>
      </w:r>
    </w:p>
    <w:p>
      <w:pPr>
        <w:pStyle w:val="ScriptureReference"/>
        <w:keepNext/>
        <w:pBdr>
          <w:bottom w:val="single" w:sz="2" w:space="1" w:color="D5DBE0"/>
        </w:pBdr>
      </w:pPr>
      <w:r>
        <w:t>Romans 8:31-39</w:t>
      </w:r>
    </w:p>
    <w:p>
      <w:pPr>
        <w:pStyle w:val="EvidenceTag"/>
        <w:keepNext/>
      </w:pPr>
      <w:r>
        <w:t>Evidence A | Source IDs: S09 | Derek Prince Ministries</w:t>
      </w:r>
    </w:p>
    <w:p>
      <w:pPr>
        <w:pStyle w:val="ScriptureText"/>
        <w:keepNext/>
      </w:pPr>
      <w:r>
        <w:rPr>
          <w:rFonts w:ascii="Liberation Sans" w:hAnsi="Liberation Sans" w:eastAsia="Liberation Sans"/>
          <w:b/>
          <w:color w:val="A67833"/>
          <w:sz w:val="15"/>
          <w:vertAlign w:val="superscript"/>
        </w:rPr>
        <w:t>31</w:t>
      </w:r>
      <w:r>
        <w:rPr>
          <w:rFonts w:ascii="Liberation Serif" w:hAnsi="Liberation Serif" w:eastAsia="Liberation Serif"/>
          <w:color w:val="20262E"/>
          <w:sz w:val="18"/>
        </w:rPr>
        <w:t xml:space="preserve"> What shall we then say to these things? If God be for us, who can be against us?</w:t>
      </w:r>
      <w:r>
        <w:t xml:space="preserve"> </w:t>
      </w:r>
      <w:r>
        <w:rPr>
          <w:rFonts w:ascii="Liberation Sans" w:hAnsi="Liberation Sans" w:eastAsia="Liberation Sans"/>
          <w:b/>
          <w:color w:val="A67833"/>
          <w:sz w:val="15"/>
          <w:vertAlign w:val="superscript"/>
        </w:rPr>
        <w:t>32</w:t>
      </w:r>
      <w:r>
        <w:rPr>
          <w:rFonts w:ascii="Liberation Serif" w:hAnsi="Liberation Serif" w:eastAsia="Liberation Serif"/>
          <w:color w:val="20262E"/>
          <w:sz w:val="18"/>
        </w:rPr>
        <w:t xml:space="preserve"> He that spared not his own Son, but delivered him up for us all, how shall he not with him also freely give us all things?</w:t>
      </w:r>
      <w:r>
        <w:t xml:space="preserve"> </w:t>
      </w:r>
      <w:r>
        <w:rPr>
          <w:rFonts w:ascii="Liberation Sans" w:hAnsi="Liberation Sans" w:eastAsia="Liberation Sans"/>
          <w:b/>
          <w:color w:val="A67833"/>
          <w:sz w:val="15"/>
          <w:vertAlign w:val="superscript"/>
        </w:rPr>
        <w:t>33</w:t>
      </w:r>
      <w:r>
        <w:rPr>
          <w:rFonts w:ascii="Liberation Serif" w:hAnsi="Liberation Serif" w:eastAsia="Liberation Serif"/>
          <w:color w:val="20262E"/>
          <w:sz w:val="18"/>
        </w:rPr>
        <w:t xml:space="preserve"> Who shall lay any thing to the charge of God's elect? It is God that justifieth.</w:t>
      </w:r>
      <w:r>
        <w:t xml:space="preserve"> </w:t>
      </w:r>
      <w:r>
        <w:rPr>
          <w:rFonts w:ascii="Liberation Sans" w:hAnsi="Liberation Sans" w:eastAsia="Liberation Sans"/>
          <w:b/>
          <w:color w:val="A67833"/>
          <w:sz w:val="15"/>
          <w:vertAlign w:val="superscript"/>
        </w:rPr>
        <w:t>34</w:t>
      </w:r>
      <w:r>
        <w:rPr>
          <w:rFonts w:ascii="Liberation Serif" w:hAnsi="Liberation Serif" w:eastAsia="Liberation Serif"/>
          <w:color w:val="20262E"/>
          <w:sz w:val="18"/>
        </w:rPr>
        <w:t xml:space="preserve"> Who is he that condemneth? It is Christ that died, yea rather, that is risen again, who is even at the right hand of God, who also maketh intercession for us.</w:t>
      </w:r>
      <w:r>
        <w:t xml:space="preserve"> </w:t>
      </w:r>
      <w:r>
        <w:rPr>
          <w:rFonts w:ascii="Liberation Sans" w:hAnsi="Liberation Sans" w:eastAsia="Liberation Sans"/>
          <w:b/>
          <w:color w:val="A67833"/>
          <w:sz w:val="15"/>
          <w:vertAlign w:val="superscript"/>
        </w:rPr>
        <w:t>35</w:t>
      </w:r>
      <w:r>
        <w:rPr>
          <w:rFonts w:ascii="Liberation Serif" w:hAnsi="Liberation Serif" w:eastAsia="Liberation Serif"/>
          <w:color w:val="20262E"/>
          <w:sz w:val="18"/>
        </w:rPr>
        <w:t xml:space="preserve"> Who shall separate us from the love of Christ? shall tribulation, or distress, or persecution, or famine, or nakedness, or peril, or sword?</w:t>
      </w:r>
      <w:r>
        <w:t xml:space="preserve"> </w:t>
      </w:r>
      <w:r>
        <w:rPr>
          <w:rFonts w:ascii="Liberation Sans" w:hAnsi="Liberation Sans" w:eastAsia="Liberation Sans"/>
          <w:b/>
          <w:color w:val="A67833"/>
          <w:sz w:val="15"/>
          <w:vertAlign w:val="superscript"/>
        </w:rPr>
        <w:t>36</w:t>
      </w:r>
      <w:r>
        <w:rPr>
          <w:rFonts w:ascii="Liberation Serif" w:hAnsi="Liberation Serif" w:eastAsia="Liberation Serif"/>
          <w:color w:val="20262E"/>
          <w:sz w:val="18"/>
        </w:rPr>
        <w:t xml:space="preserve"> As it is written, For thy sake we are killed all the day long; we are accounted as sheep for the slaughter.</w:t>
      </w:r>
      <w:r>
        <w:t xml:space="preserve"> </w:t>
      </w:r>
      <w:r>
        <w:rPr>
          <w:rFonts w:ascii="Liberation Sans" w:hAnsi="Liberation Sans" w:eastAsia="Liberation Sans"/>
          <w:b/>
          <w:color w:val="A67833"/>
          <w:sz w:val="15"/>
          <w:vertAlign w:val="superscript"/>
        </w:rPr>
        <w:t>37</w:t>
      </w:r>
      <w:r>
        <w:rPr>
          <w:rFonts w:ascii="Liberation Serif" w:hAnsi="Liberation Serif" w:eastAsia="Liberation Serif"/>
          <w:color w:val="20262E"/>
          <w:sz w:val="18"/>
        </w:rPr>
        <w:t xml:space="preserve"> Nay, in all these things we are more than conquerors through him that loved us.</w:t>
      </w:r>
      <w:r>
        <w:t xml:space="preserve"> </w:t>
      </w:r>
      <w:r>
        <w:rPr>
          <w:rFonts w:ascii="Liberation Sans" w:hAnsi="Liberation Sans" w:eastAsia="Liberation Sans"/>
          <w:b/>
          <w:color w:val="A67833"/>
          <w:sz w:val="15"/>
          <w:vertAlign w:val="superscript"/>
        </w:rPr>
        <w:t>38</w:t>
      </w:r>
      <w:r>
        <w:rPr>
          <w:rFonts w:ascii="Liberation Serif" w:hAnsi="Liberation Serif" w:eastAsia="Liberation Serif"/>
          <w:color w:val="20262E"/>
          <w:sz w:val="18"/>
        </w:rPr>
        <w:t xml:space="preserve"> For I am persuaded, that neither death, nor life, nor angels, nor principalities, nor powers, nor things present, nor things to come,</w:t>
      </w:r>
      <w:r>
        <w:t xml:space="preserve"> </w:t>
      </w:r>
      <w:r>
        <w:rPr>
          <w:rFonts w:ascii="Liberation Sans" w:hAnsi="Liberation Sans" w:eastAsia="Liberation Sans"/>
          <w:b/>
          <w:color w:val="A67833"/>
          <w:sz w:val="15"/>
          <w:vertAlign w:val="superscript"/>
        </w:rPr>
        <w:t>39</w:t>
      </w:r>
      <w:r>
        <w:rPr>
          <w:rFonts w:ascii="Liberation Serif" w:hAnsi="Liberation Serif" w:eastAsia="Liberation Serif"/>
          <w:color w:val="20262E"/>
          <w:sz w:val="18"/>
        </w:rPr>
        <w:t xml:space="preserve"> Nor height, nor depth, nor any other creature, shall be able to separate us from the love of God, which is in Christ Jesus our Lord.</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before any deliverance or warfare prayer, when fear magnifies the enemy, or when the believer's standing in Christ is unclear.</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Read in context, worship Jesus as Lord, confess what His death and resurrection accomplished, and begin from dependence on Him rather than fascination with demons.</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Authority is delegated and Christ-centered; it is not personal spiritual rank or permission to dominate people.</w:t>
      </w:r>
    </w:p>
    <w:p>
      <w:pPr>
        <w:pStyle w:val="ScriptureReference"/>
        <w:keepNext/>
        <w:pBdr>
          <w:bottom w:val="single" w:sz="2" w:space="1" w:color="D5DBE0"/>
        </w:pBdr>
      </w:pPr>
      <w:r>
        <w:t>Romans 16:20</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20</w:t>
      </w:r>
      <w:r>
        <w:rPr>
          <w:rFonts w:ascii="Liberation Serif" w:hAnsi="Liberation Serif" w:eastAsia="Liberation Serif"/>
          <w:color w:val="20262E"/>
          <w:sz w:val="18"/>
        </w:rPr>
        <w:t xml:space="preserve"> And the God of peace shall bruise Satan under your feet shortly. The grace of our Lord Jesus Christ be with you. Amen.</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before any deliverance or warfare prayer, when fear magnifies the enemy, or when the believer's standing in Christ is unclear.</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Read in context, worship Jesus as Lord, confess what His death and resurrection accomplished, and begin from dependence on Him rather than fascination with demons.</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Authority is delegated and Christ-centered; it is not personal spiritual rank or permission to dominate people.</w:t>
      </w:r>
    </w:p>
    <w:p>
      <w:pPr>
        <w:pStyle w:val="ScriptureReference"/>
        <w:keepNext/>
        <w:pBdr>
          <w:bottom w:val="single" w:sz="2" w:space="1" w:color="D5DBE0"/>
        </w:pBdr>
      </w:pPr>
      <w:r>
        <w:t>Ephesians 1:17-23</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17</w:t>
      </w:r>
      <w:r>
        <w:rPr>
          <w:rFonts w:ascii="Liberation Serif" w:hAnsi="Liberation Serif" w:eastAsia="Liberation Serif"/>
          <w:color w:val="20262E"/>
          <w:sz w:val="18"/>
        </w:rPr>
        <w:t xml:space="preserve"> That the God of our Lord Jesus Christ, the Father of glory, may give unto you the spirit of wisdom and revelation in the knowledge of him:</w:t>
      </w:r>
      <w:r>
        <w:t xml:space="preserve"> </w:t>
      </w:r>
      <w:r>
        <w:rPr>
          <w:rFonts w:ascii="Liberation Sans" w:hAnsi="Liberation Sans" w:eastAsia="Liberation Sans"/>
          <w:b/>
          <w:color w:val="A67833"/>
          <w:sz w:val="15"/>
          <w:vertAlign w:val="superscript"/>
        </w:rPr>
        <w:t>18</w:t>
      </w:r>
      <w:r>
        <w:rPr>
          <w:rFonts w:ascii="Liberation Serif" w:hAnsi="Liberation Serif" w:eastAsia="Liberation Serif"/>
          <w:color w:val="20262E"/>
          <w:sz w:val="18"/>
        </w:rPr>
        <w:t xml:space="preserve"> The eyes of your understanding being enlightened; that ye may know what is the hope of his calling, and what the riches of the glory of his inheritance in the saints,</w:t>
      </w:r>
      <w:r>
        <w:t xml:space="preserve"> </w:t>
      </w:r>
      <w:r>
        <w:rPr>
          <w:rFonts w:ascii="Liberation Sans" w:hAnsi="Liberation Sans" w:eastAsia="Liberation Sans"/>
          <w:b/>
          <w:color w:val="A67833"/>
          <w:sz w:val="15"/>
          <w:vertAlign w:val="superscript"/>
        </w:rPr>
        <w:t>19</w:t>
      </w:r>
      <w:r>
        <w:rPr>
          <w:rFonts w:ascii="Liberation Serif" w:hAnsi="Liberation Serif" w:eastAsia="Liberation Serif"/>
          <w:color w:val="20262E"/>
          <w:sz w:val="18"/>
        </w:rPr>
        <w:t xml:space="preserve"> And what is the exceeding greatness of his power to us-ward who believe, according to the working of his mighty power,</w:t>
      </w:r>
      <w:r>
        <w:t xml:space="preserve"> </w:t>
      </w:r>
      <w:r>
        <w:rPr>
          <w:rFonts w:ascii="Liberation Sans" w:hAnsi="Liberation Sans" w:eastAsia="Liberation Sans"/>
          <w:b/>
          <w:color w:val="A67833"/>
          <w:sz w:val="15"/>
          <w:vertAlign w:val="superscript"/>
        </w:rPr>
        <w:t>20</w:t>
      </w:r>
      <w:r>
        <w:rPr>
          <w:rFonts w:ascii="Liberation Serif" w:hAnsi="Liberation Serif" w:eastAsia="Liberation Serif"/>
          <w:color w:val="20262E"/>
          <w:sz w:val="18"/>
        </w:rPr>
        <w:t xml:space="preserve"> Which he wrought in Christ, when he raised him from the dead, and set him at his own right hand in the heavenly places,</w:t>
      </w:r>
      <w:r>
        <w:t xml:space="preserve"> </w:t>
      </w:r>
      <w:r>
        <w:rPr>
          <w:rFonts w:ascii="Liberation Sans" w:hAnsi="Liberation Sans" w:eastAsia="Liberation Sans"/>
          <w:b/>
          <w:color w:val="A67833"/>
          <w:sz w:val="15"/>
          <w:vertAlign w:val="superscript"/>
        </w:rPr>
        <w:t>21</w:t>
      </w:r>
      <w:r>
        <w:rPr>
          <w:rFonts w:ascii="Liberation Serif" w:hAnsi="Liberation Serif" w:eastAsia="Liberation Serif"/>
          <w:color w:val="20262E"/>
          <w:sz w:val="18"/>
        </w:rPr>
        <w:t xml:space="preserve"> Far above all principality, and power, and might, and dominion, and every name that is named, not only in this world, but also in that which is to come:</w:t>
      </w:r>
      <w:r>
        <w:t xml:space="preserve"> </w:t>
      </w:r>
      <w:r>
        <w:rPr>
          <w:rFonts w:ascii="Liberation Sans" w:hAnsi="Liberation Sans" w:eastAsia="Liberation Sans"/>
          <w:b/>
          <w:color w:val="A67833"/>
          <w:sz w:val="15"/>
          <w:vertAlign w:val="superscript"/>
        </w:rPr>
        <w:t>22</w:t>
      </w:r>
      <w:r>
        <w:rPr>
          <w:rFonts w:ascii="Liberation Serif" w:hAnsi="Liberation Serif" w:eastAsia="Liberation Serif"/>
          <w:color w:val="20262E"/>
          <w:sz w:val="18"/>
        </w:rPr>
        <w:t xml:space="preserve"> And hath put all things under his feet, and gave him to be the head over all things to the church,</w:t>
      </w:r>
      <w:r>
        <w:t xml:space="preserve"> </w:t>
      </w:r>
      <w:r>
        <w:rPr>
          <w:rFonts w:ascii="Liberation Sans" w:hAnsi="Liberation Sans" w:eastAsia="Liberation Sans"/>
          <w:b/>
          <w:color w:val="A67833"/>
          <w:sz w:val="15"/>
          <w:vertAlign w:val="superscript"/>
        </w:rPr>
        <w:t>23</w:t>
      </w:r>
      <w:r>
        <w:rPr>
          <w:rFonts w:ascii="Liberation Serif" w:hAnsi="Liberation Serif" w:eastAsia="Liberation Serif"/>
          <w:color w:val="20262E"/>
          <w:sz w:val="18"/>
        </w:rPr>
        <w:t xml:space="preserve"> Which is his body, the fulness of him that filleth all in all.</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before any deliverance or warfare prayer, when fear magnifies the enemy, or when the believer's standing in Christ is unclear.</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Read in context, worship Jesus as Lord, confess what His death and resurrection accomplished, and begin from dependence on Him rather than fascination with demons.</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Authority is delegated and Christ-centered; it is not personal spiritual rank or permission to dominate people.</w:t>
      </w:r>
    </w:p>
    <w:p>
      <w:pPr>
        <w:pStyle w:val="ScriptureReference"/>
        <w:keepNext/>
        <w:pBdr>
          <w:bottom w:val="single" w:sz="2" w:space="1" w:color="D5DBE0"/>
        </w:pBdr>
      </w:pPr>
      <w:r>
        <w:t>Ephesians 2:4-6</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4</w:t>
      </w:r>
      <w:r>
        <w:rPr>
          <w:rFonts w:ascii="Liberation Serif" w:hAnsi="Liberation Serif" w:eastAsia="Liberation Serif"/>
          <w:color w:val="20262E"/>
          <w:sz w:val="18"/>
        </w:rPr>
        <w:t xml:space="preserve"> But God, who is rich in mercy, for his great love wherewith he loved us,</w:t>
      </w:r>
      <w:r>
        <w:t xml:space="preserve"> </w:t>
      </w:r>
      <w:r>
        <w:rPr>
          <w:rFonts w:ascii="Liberation Sans" w:hAnsi="Liberation Sans" w:eastAsia="Liberation Sans"/>
          <w:b/>
          <w:color w:val="A67833"/>
          <w:sz w:val="15"/>
          <w:vertAlign w:val="superscript"/>
        </w:rPr>
        <w:t>5</w:t>
      </w:r>
      <w:r>
        <w:rPr>
          <w:rFonts w:ascii="Liberation Serif" w:hAnsi="Liberation Serif" w:eastAsia="Liberation Serif"/>
          <w:color w:val="20262E"/>
          <w:sz w:val="18"/>
        </w:rPr>
        <w:t xml:space="preserve"> Even when we were dead in sins, hath quickened us together with Christ, (by grace ye are saved;)</w:t>
      </w:r>
      <w:r>
        <w:t xml:space="preserve"> </w:t>
      </w:r>
      <w:r>
        <w:rPr>
          <w:rFonts w:ascii="Liberation Sans" w:hAnsi="Liberation Sans" w:eastAsia="Liberation Sans"/>
          <w:b/>
          <w:color w:val="A67833"/>
          <w:sz w:val="15"/>
          <w:vertAlign w:val="superscript"/>
        </w:rPr>
        <w:t>6</w:t>
      </w:r>
      <w:r>
        <w:rPr>
          <w:rFonts w:ascii="Liberation Serif" w:hAnsi="Liberation Serif" w:eastAsia="Liberation Serif"/>
          <w:color w:val="20262E"/>
          <w:sz w:val="18"/>
        </w:rPr>
        <w:t xml:space="preserve"> And hath raised us up together, and made us sit together in heavenly places in Christ Jesus:</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before any deliverance or warfare prayer, when fear magnifies the enemy, or when the believer's standing in Christ is unclear.</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Read in context, worship Jesus as Lord, confess what His death and resurrection accomplished, and begin from dependence on Him rather than fascination with demons.</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Authority is delegated and Christ-centered; it is not personal spiritual rank or permission to dominate people.</w:t>
      </w:r>
    </w:p>
    <w:p>
      <w:pPr>
        <w:pStyle w:val="ScriptureReference"/>
        <w:keepNext/>
        <w:pBdr>
          <w:bottom w:val="single" w:sz="2" w:space="1" w:color="D5DBE0"/>
        </w:pBdr>
      </w:pPr>
      <w:r>
        <w:t>Philippians 2:5-11</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5</w:t>
      </w:r>
      <w:r>
        <w:rPr>
          <w:rFonts w:ascii="Liberation Serif" w:hAnsi="Liberation Serif" w:eastAsia="Liberation Serif"/>
          <w:color w:val="20262E"/>
          <w:sz w:val="18"/>
        </w:rPr>
        <w:t xml:space="preserve"> Let this mind be in you, which was also in Christ Jesus:</w:t>
      </w:r>
      <w:r>
        <w:t xml:space="preserve"> </w:t>
      </w:r>
      <w:r>
        <w:rPr>
          <w:rFonts w:ascii="Liberation Sans" w:hAnsi="Liberation Sans" w:eastAsia="Liberation Sans"/>
          <w:b/>
          <w:color w:val="A67833"/>
          <w:sz w:val="15"/>
          <w:vertAlign w:val="superscript"/>
        </w:rPr>
        <w:t>6</w:t>
      </w:r>
      <w:r>
        <w:rPr>
          <w:rFonts w:ascii="Liberation Serif" w:hAnsi="Liberation Serif" w:eastAsia="Liberation Serif"/>
          <w:color w:val="20262E"/>
          <w:sz w:val="18"/>
        </w:rPr>
        <w:t xml:space="preserve"> Who, being in the form of God, thought it not robbery to be equal with God:</w:t>
      </w:r>
      <w:r>
        <w:t xml:space="preserve"> </w:t>
      </w:r>
      <w:r>
        <w:rPr>
          <w:rFonts w:ascii="Liberation Sans" w:hAnsi="Liberation Sans" w:eastAsia="Liberation Sans"/>
          <w:b/>
          <w:color w:val="A67833"/>
          <w:sz w:val="15"/>
          <w:vertAlign w:val="superscript"/>
        </w:rPr>
        <w:t>7</w:t>
      </w:r>
      <w:r>
        <w:rPr>
          <w:rFonts w:ascii="Liberation Serif" w:hAnsi="Liberation Serif" w:eastAsia="Liberation Serif"/>
          <w:color w:val="20262E"/>
          <w:sz w:val="18"/>
        </w:rPr>
        <w:t xml:space="preserve"> But made himself of no reputation, and took upon him the form of a servant, and was made in the likeness of men:</w:t>
      </w:r>
      <w:r>
        <w:t xml:space="preserve"> </w:t>
      </w:r>
      <w:r>
        <w:rPr>
          <w:rFonts w:ascii="Liberation Sans" w:hAnsi="Liberation Sans" w:eastAsia="Liberation Sans"/>
          <w:b/>
          <w:color w:val="A67833"/>
          <w:sz w:val="15"/>
          <w:vertAlign w:val="superscript"/>
        </w:rPr>
        <w:t>8</w:t>
      </w:r>
      <w:r>
        <w:rPr>
          <w:rFonts w:ascii="Liberation Serif" w:hAnsi="Liberation Serif" w:eastAsia="Liberation Serif"/>
          <w:color w:val="20262E"/>
          <w:sz w:val="18"/>
        </w:rPr>
        <w:t xml:space="preserve"> And being found in fashion as a man, he humbled himself, and became obedient unto death, even the death of the cross.</w:t>
      </w:r>
      <w:r>
        <w:t xml:space="preserve"> </w:t>
      </w:r>
      <w:r>
        <w:rPr>
          <w:rFonts w:ascii="Liberation Sans" w:hAnsi="Liberation Sans" w:eastAsia="Liberation Sans"/>
          <w:b/>
          <w:color w:val="A67833"/>
          <w:sz w:val="15"/>
          <w:vertAlign w:val="superscript"/>
        </w:rPr>
        <w:t>9</w:t>
      </w:r>
      <w:r>
        <w:rPr>
          <w:rFonts w:ascii="Liberation Serif" w:hAnsi="Liberation Serif" w:eastAsia="Liberation Serif"/>
          <w:color w:val="20262E"/>
          <w:sz w:val="18"/>
        </w:rPr>
        <w:t xml:space="preserve"> Wherefore God also hath highly exalted him, and given him a name which is above every name:</w:t>
      </w:r>
      <w:r>
        <w:t xml:space="preserve"> </w:t>
      </w:r>
      <w:r>
        <w:rPr>
          <w:rFonts w:ascii="Liberation Sans" w:hAnsi="Liberation Sans" w:eastAsia="Liberation Sans"/>
          <w:b/>
          <w:color w:val="A67833"/>
          <w:sz w:val="15"/>
          <w:vertAlign w:val="superscript"/>
        </w:rPr>
        <w:t>10</w:t>
      </w:r>
      <w:r>
        <w:rPr>
          <w:rFonts w:ascii="Liberation Serif" w:hAnsi="Liberation Serif" w:eastAsia="Liberation Serif"/>
          <w:color w:val="20262E"/>
          <w:sz w:val="18"/>
        </w:rPr>
        <w:t xml:space="preserve"> That at the name of Jesus every knee should bow, of things in heaven, and things in earth, and things under the earth;</w:t>
      </w:r>
      <w:r>
        <w:t xml:space="preserve"> </w:t>
      </w:r>
      <w:r>
        <w:rPr>
          <w:rFonts w:ascii="Liberation Sans" w:hAnsi="Liberation Sans" w:eastAsia="Liberation Sans"/>
          <w:b/>
          <w:color w:val="A67833"/>
          <w:sz w:val="15"/>
          <w:vertAlign w:val="superscript"/>
        </w:rPr>
        <w:t>11</w:t>
      </w:r>
      <w:r>
        <w:rPr>
          <w:rFonts w:ascii="Liberation Serif" w:hAnsi="Liberation Serif" w:eastAsia="Liberation Serif"/>
          <w:color w:val="20262E"/>
          <w:sz w:val="18"/>
        </w:rPr>
        <w:t xml:space="preserve"> And that every tongue should confess that Jesus Christ is Lord, to the glory of God the Father.</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before any deliverance or warfare prayer, when fear magnifies the enemy, or when the believer's standing in Christ is unclear.</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Read in context, worship Jesus as Lord, confess what His death and resurrection accomplished, and begin from dependence on Him rather than fascination with demons.</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Authority is delegated and Christ-centered; it is not personal spiritual rank or permission to dominate people.</w:t>
      </w:r>
    </w:p>
    <w:p>
      <w:pPr>
        <w:pStyle w:val="ScriptureReference"/>
        <w:keepNext/>
        <w:pBdr>
          <w:bottom w:val="single" w:sz="2" w:space="1" w:color="D5DBE0"/>
        </w:pBdr>
      </w:pPr>
      <w:r>
        <w:t>Colossians 1:12-14</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12</w:t>
      </w:r>
      <w:r>
        <w:rPr>
          <w:rFonts w:ascii="Liberation Serif" w:hAnsi="Liberation Serif" w:eastAsia="Liberation Serif"/>
          <w:color w:val="20262E"/>
          <w:sz w:val="18"/>
        </w:rPr>
        <w:t xml:space="preserve"> Giving thanks unto the Father, which hath made us meet to be partakers of the inheritance of the saints in light:</w:t>
      </w:r>
      <w:r>
        <w:t xml:space="preserve"> </w:t>
      </w:r>
      <w:r>
        <w:rPr>
          <w:rFonts w:ascii="Liberation Sans" w:hAnsi="Liberation Sans" w:eastAsia="Liberation Sans"/>
          <w:b/>
          <w:color w:val="A67833"/>
          <w:sz w:val="15"/>
          <w:vertAlign w:val="superscript"/>
        </w:rPr>
        <w:t>13</w:t>
      </w:r>
      <w:r>
        <w:rPr>
          <w:rFonts w:ascii="Liberation Serif" w:hAnsi="Liberation Serif" w:eastAsia="Liberation Serif"/>
          <w:color w:val="20262E"/>
          <w:sz w:val="18"/>
        </w:rPr>
        <w:t xml:space="preserve"> Who hath delivered us from the power of darkness, and hath translated us into the kingdom of his dear Son:</w:t>
      </w:r>
      <w:r>
        <w:t xml:space="preserve"> </w:t>
      </w:r>
      <w:r>
        <w:rPr>
          <w:rFonts w:ascii="Liberation Sans" w:hAnsi="Liberation Sans" w:eastAsia="Liberation Sans"/>
          <w:b/>
          <w:color w:val="A67833"/>
          <w:sz w:val="15"/>
          <w:vertAlign w:val="superscript"/>
        </w:rPr>
        <w:t>14</w:t>
      </w:r>
      <w:r>
        <w:rPr>
          <w:rFonts w:ascii="Liberation Serif" w:hAnsi="Liberation Serif" w:eastAsia="Liberation Serif"/>
          <w:color w:val="20262E"/>
          <w:sz w:val="18"/>
        </w:rPr>
        <w:t xml:space="preserve"> In whom we have redemption through his blood, even the forgiveness of sins:</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before any deliverance or warfare prayer, when fear magnifies the enemy, or when the believer's standing in Christ is unclear.</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Read in context, worship Jesus as Lord, confess what His death and resurrection accomplished, and begin from dependence on Him rather than fascination with demons.</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Authority is delegated and Christ-centered; it is not personal spiritual rank or permission to dominate people.</w:t>
      </w:r>
    </w:p>
    <w:p>
      <w:pPr>
        <w:pStyle w:val="ScriptureReference"/>
        <w:keepNext/>
        <w:pBdr>
          <w:bottom w:val="single" w:sz="2" w:space="1" w:color="D5DBE0"/>
        </w:pBdr>
      </w:pPr>
      <w:r>
        <w:t>Colossians 2:13-15</w:t>
      </w:r>
    </w:p>
    <w:p>
      <w:pPr>
        <w:pStyle w:val="EvidenceTag"/>
        <w:keepNext/>
      </w:pPr>
      <w:r>
        <w:t>Evidence A | Source IDs: S02, S08 | Win Worley / LHBC; Derek Prince Ministries</w:t>
      </w:r>
    </w:p>
    <w:p>
      <w:pPr>
        <w:pStyle w:val="ScriptureText"/>
        <w:keepNext/>
      </w:pPr>
      <w:r>
        <w:rPr>
          <w:rFonts w:ascii="Liberation Sans" w:hAnsi="Liberation Sans" w:eastAsia="Liberation Sans"/>
          <w:b/>
          <w:color w:val="A67833"/>
          <w:sz w:val="15"/>
          <w:vertAlign w:val="superscript"/>
        </w:rPr>
        <w:t>13</w:t>
      </w:r>
      <w:r>
        <w:rPr>
          <w:rFonts w:ascii="Liberation Serif" w:hAnsi="Liberation Serif" w:eastAsia="Liberation Serif"/>
          <w:color w:val="20262E"/>
          <w:sz w:val="18"/>
        </w:rPr>
        <w:t xml:space="preserve"> And you, being dead in your sins and the uncircumcision of your flesh, hath he quickened together with him, having forgiven you all trespasses;</w:t>
      </w:r>
      <w:r>
        <w:t xml:space="preserve"> </w:t>
      </w:r>
      <w:r>
        <w:rPr>
          <w:rFonts w:ascii="Liberation Sans" w:hAnsi="Liberation Sans" w:eastAsia="Liberation Sans"/>
          <w:b/>
          <w:color w:val="A67833"/>
          <w:sz w:val="15"/>
          <w:vertAlign w:val="superscript"/>
        </w:rPr>
        <w:t>14</w:t>
      </w:r>
      <w:r>
        <w:rPr>
          <w:rFonts w:ascii="Liberation Serif" w:hAnsi="Liberation Serif" w:eastAsia="Liberation Serif"/>
          <w:color w:val="20262E"/>
          <w:sz w:val="18"/>
        </w:rPr>
        <w:t xml:space="preserve"> Blotting out the handwriting of ordinances that was against us, which was contrary to us, and took it out of the way, nailing it to his cross;</w:t>
      </w:r>
      <w:r>
        <w:t xml:space="preserve"> </w:t>
      </w:r>
      <w:r>
        <w:rPr>
          <w:rFonts w:ascii="Liberation Sans" w:hAnsi="Liberation Sans" w:eastAsia="Liberation Sans"/>
          <w:b/>
          <w:color w:val="A67833"/>
          <w:sz w:val="15"/>
          <w:vertAlign w:val="superscript"/>
        </w:rPr>
        <w:t>15</w:t>
      </w:r>
      <w:r>
        <w:rPr>
          <w:rFonts w:ascii="Liberation Serif" w:hAnsi="Liberation Serif" w:eastAsia="Liberation Serif"/>
          <w:color w:val="20262E"/>
          <w:sz w:val="18"/>
        </w:rPr>
        <w:t xml:space="preserve"> And having spoiled principalities and powers, he made a shew of them openly, triumphing over them in it.</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before any deliverance or warfare prayer, when fear magnifies the enemy, or when the believer's standing in Christ is unclear.</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Read in context, worship Jesus as Lord, confess what His death and resurrection accomplished, and begin from dependence on Him rather than fascination with demons.</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Authority is delegated and Christ-centered; it is not personal spiritual rank or permission to dominate people.</w:t>
      </w:r>
    </w:p>
    <w:p>
      <w:pPr>
        <w:pStyle w:val="ScriptureReference"/>
        <w:keepNext/>
        <w:pBdr>
          <w:bottom w:val="single" w:sz="2" w:space="1" w:color="D5DBE0"/>
        </w:pBdr>
      </w:pPr>
      <w:r>
        <w:t>Hebrews 2:14-15</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14</w:t>
      </w:r>
      <w:r>
        <w:rPr>
          <w:rFonts w:ascii="Liberation Serif" w:hAnsi="Liberation Serif" w:eastAsia="Liberation Serif"/>
          <w:color w:val="20262E"/>
          <w:sz w:val="18"/>
        </w:rPr>
        <w:t xml:space="preserve"> Forasmuch then as the children are partakers of flesh and blood, he also himself likewise took part of the same; that through death he might destroy him that had the power of death, that is, the devil;</w:t>
      </w:r>
      <w:r>
        <w:t xml:space="preserve"> </w:t>
      </w:r>
      <w:r>
        <w:rPr>
          <w:rFonts w:ascii="Liberation Sans" w:hAnsi="Liberation Sans" w:eastAsia="Liberation Sans"/>
          <w:b/>
          <w:color w:val="A67833"/>
          <w:sz w:val="15"/>
          <w:vertAlign w:val="superscript"/>
        </w:rPr>
        <w:t>15</w:t>
      </w:r>
      <w:r>
        <w:rPr>
          <w:rFonts w:ascii="Liberation Serif" w:hAnsi="Liberation Serif" w:eastAsia="Liberation Serif"/>
          <w:color w:val="20262E"/>
          <w:sz w:val="18"/>
        </w:rPr>
        <w:t xml:space="preserve"> And deliver them who through fear of death were all their lifetime subject to bondage.</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before any deliverance or warfare prayer, when fear magnifies the enemy, or when the believer's standing in Christ is unclear.</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Read in context, worship Jesus as Lord, confess what His death and resurrection accomplished, and begin from dependence on Him rather than fascination with demons.</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Authority is delegated and Christ-centered; it is not personal spiritual rank or permission to dominate people.</w:t>
      </w:r>
    </w:p>
    <w:p>
      <w:pPr>
        <w:pStyle w:val="ScriptureReference"/>
        <w:keepNext/>
        <w:pBdr>
          <w:bottom w:val="single" w:sz="2" w:space="1" w:color="D5DBE0"/>
        </w:pBdr>
      </w:pPr>
      <w:r>
        <w:t>1 John 3:8</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8</w:t>
      </w:r>
      <w:r>
        <w:rPr>
          <w:rFonts w:ascii="Liberation Serif" w:hAnsi="Liberation Serif" w:eastAsia="Liberation Serif"/>
          <w:color w:val="20262E"/>
          <w:sz w:val="18"/>
        </w:rPr>
        <w:t xml:space="preserve"> He that committeth sin is of the devil; for the devil sinneth from the beginning. For this purpose the Son of God was manifested, that he might destroy the works of the devil.</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before any deliverance or warfare prayer, when fear magnifies the enemy, or when the believer's standing in Christ is unclear.</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Read in context, worship Jesus as Lord, confess what His death and resurrection accomplished, and begin from dependence on Him rather than fascination with demons.</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Authority is delegated and Christ-centered; it is not personal spiritual rank or permission to dominate people.</w:t>
      </w:r>
    </w:p>
    <w:p>
      <w:pPr>
        <w:pStyle w:val="ScriptureReference"/>
        <w:keepNext/>
        <w:pBdr>
          <w:bottom w:val="single" w:sz="2" w:space="1" w:color="D5DBE0"/>
        </w:pBdr>
      </w:pPr>
      <w:r>
        <w:t>1 John 4:4</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4</w:t>
      </w:r>
      <w:r>
        <w:rPr>
          <w:rFonts w:ascii="Liberation Serif" w:hAnsi="Liberation Serif" w:eastAsia="Liberation Serif"/>
          <w:color w:val="20262E"/>
          <w:sz w:val="18"/>
        </w:rPr>
        <w:t xml:space="preserve"> Ye are of God, little children, and have overcome them: because greater is he that is in you, than he that is in the world.</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before any deliverance or warfare prayer, when fear magnifies the enemy, or when the believer's standing in Christ is unclear.</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Read in context, worship Jesus as Lord, confess what His death and resurrection accomplished, and begin from dependence on Him rather than fascination with demons.</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Authority is delegated and Christ-centered; it is not personal spiritual rank or permission to dominate people.</w:t>
      </w:r>
    </w:p>
    <w:p>
      <w:pPr>
        <w:pStyle w:val="ScriptureReference"/>
        <w:keepNext/>
        <w:pBdr>
          <w:bottom w:val="single" w:sz="2" w:space="1" w:color="D5DBE0"/>
        </w:pBdr>
      </w:pPr>
      <w:r>
        <w:t>Revelation 1:17-18</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17</w:t>
      </w:r>
      <w:r>
        <w:rPr>
          <w:rFonts w:ascii="Liberation Serif" w:hAnsi="Liberation Serif" w:eastAsia="Liberation Serif"/>
          <w:color w:val="20262E"/>
          <w:sz w:val="18"/>
        </w:rPr>
        <w:t xml:space="preserve"> And when I saw him, I fell at his feet as dead. And he laid his right hand upon me, saying unto me, Fear not; I am the first and the last:</w:t>
      </w:r>
      <w:r>
        <w:t xml:space="preserve"> </w:t>
      </w:r>
      <w:r>
        <w:rPr>
          <w:rFonts w:ascii="Liberation Sans" w:hAnsi="Liberation Sans" w:eastAsia="Liberation Sans"/>
          <w:b/>
          <w:color w:val="A67833"/>
          <w:sz w:val="15"/>
          <w:vertAlign w:val="superscript"/>
        </w:rPr>
        <w:t>18</w:t>
      </w:r>
      <w:r>
        <w:rPr>
          <w:rFonts w:ascii="Liberation Serif" w:hAnsi="Liberation Serif" w:eastAsia="Liberation Serif"/>
          <w:color w:val="20262E"/>
          <w:sz w:val="18"/>
        </w:rPr>
        <w:t xml:space="preserve"> I am he that liveth, and was dead; and, behold, I am alive for evermore, Amen; and have the keys of hell and of death.</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before any deliverance or warfare prayer, when fear magnifies the enemy, or when the believer's standing in Christ is unclear.</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Read in context, worship Jesus as Lord, confess what His death and resurrection accomplished, and begin from dependence on Him rather than fascination with demons.</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Authority is delegated and Christ-centered; it is not personal spiritual rank or permission to dominate people.</w:t>
      </w:r>
    </w:p>
    <w:p>
      <w:pPr>
        <w:pStyle w:val="ScriptureReference"/>
        <w:keepNext/>
        <w:pBdr>
          <w:bottom w:val="single" w:sz="2" w:space="1" w:color="D5DBE0"/>
        </w:pBdr>
      </w:pPr>
      <w:r>
        <w:t>Revelation 5:9-10</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9</w:t>
      </w:r>
      <w:r>
        <w:rPr>
          <w:rFonts w:ascii="Liberation Serif" w:hAnsi="Liberation Serif" w:eastAsia="Liberation Serif"/>
          <w:color w:val="20262E"/>
          <w:sz w:val="18"/>
        </w:rPr>
        <w:t xml:space="preserve"> And they sung a new song, saying, Thou art worthy to take the book, and to open the seals thereof: for thou wast slain, and hast redeemed us to God by thy blood out of every kindred, and tongue, and people, and nation;</w:t>
      </w:r>
      <w:r>
        <w:t xml:space="preserve"> </w:t>
      </w:r>
      <w:r>
        <w:rPr>
          <w:rFonts w:ascii="Liberation Sans" w:hAnsi="Liberation Sans" w:eastAsia="Liberation Sans"/>
          <w:b/>
          <w:color w:val="A67833"/>
          <w:sz w:val="15"/>
          <w:vertAlign w:val="superscript"/>
        </w:rPr>
        <w:t>10</w:t>
      </w:r>
      <w:r>
        <w:rPr>
          <w:rFonts w:ascii="Liberation Serif" w:hAnsi="Liberation Serif" w:eastAsia="Liberation Serif"/>
          <w:color w:val="20262E"/>
          <w:sz w:val="18"/>
        </w:rPr>
        <w:t xml:space="preserve"> And hast made us unto our God kings and priests: and we shall reign on the earth.</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before any deliverance or warfare prayer, when fear magnifies the enemy, or when the believer's standing in Christ is unclear.</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Read in context, worship Jesus as Lord, confess what His death and resurrection accomplished, and begin from dependence on Him rather than fascination with demons.</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Authority is delegated and Christ-centered; it is not personal spiritual rank or permission to dominate people.</w:t>
      </w:r>
    </w:p>
    <w:p>
      <w:pPr>
        <w:pStyle w:val="ScriptureReference"/>
        <w:keepNext/>
        <w:pBdr>
          <w:bottom w:val="single" w:sz="2" w:space="1" w:color="D5DBE0"/>
        </w:pBdr>
      </w:pPr>
      <w:r>
        <w:t>Revelation 12:7-11</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7</w:t>
      </w:r>
      <w:r>
        <w:rPr>
          <w:rFonts w:ascii="Liberation Serif" w:hAnsi="Liberation Serif" w:eastAsia="Liberation Serif"/>
          <w:color w:val="20262E"/>
          <w:sz w:val="18"/>
        </w:rPr>
        <w:t xml:space="preserve"> And there was war in heaven: Michael and his angels fought against the dragon; and the dragon fought and his angels,</w:t>
      </w:r>
      <w:r>
        <w:t xml:space="preserve"> </w:t>
      </w:r>
      <w:r>
        <w:rPr>
          <w:rFonts w:ascii="Liberation Sans" w:hAnsi="Liberation Sans" w:eastAsia="Liberation Sans"/>
          <w:b/>
          <w:color w:val="A67833"/>
          <w:sz w:val="15"/>
          <w:vertAlign w:val="superscript"/>
        </w:rPr>
        <w:t>8</w:t>
      </w:r>
      <w:r>
        <w:rPr>
          <w:rFonts w:ascii="Liberation Serif" w:hAnsi="Liberation Serif" w:eastAsia="Liberation Serif"/>
          <w:color w:val="20262E"/>
          <w:sz w:val="18"/>
        </w:rPr>
        <w:t xml:space="preserve"> And prevailed not; neither was their place found any more in heaven.</w:t>
      </w:r>
      <w:r>
        <w:t xml:space="preserve"> </w:t>
      </w:r>
      <w:r>
        <w:rPr>
          <w:rFonts w:ascii="Liberation Sans" w:hAnsi="Liberation Sans" w:eastAsia="Liberation Sans"/>
          <w:b/>
          <w:color w:val="A67833"/>
          <w:sz w:val="15"/>
          <w:vertAlign w:val="superscript"/>
        </w:rPr>
        <w:t>9</w:t>
      </w:r>
      <w:r>
        <w:rPr>
          <w:rFonts w:ascii="Liberation Serif" w:hAnsi="Liberation Serif" w:eastAsia="Liberation Serif"/>
          <w:color w:val="20262E"/>
          <w:sz w:val="18"/>
        </w:rPr>
        <w:t xml:space="preserve"> And the great dragon was cast out, that old serpent, called the Devil, and Satan, which deceiveth the whole world: he was cast out into the earth, and his angels were cast out with him.</w:t>
      </w:r>
      <w:r>
        <w:t xml:space="preserve"> </w:t>
      </w:r>
      <w:r>
        <w:rPr>
          <w:rFonts w:ascii="Liberation Sans" w:hAnsi="Liberation Sans" w:eastAsia="Liberation Sans"/>
          <w:b/>
          <w:color w:val="A67833"/>
          <w:sz w:val="15"/>
          <w:vertAlign w:val="superscript"/>
        </w:rPr>
        <w:t>10</w:t>
      </w:r>
      <w:r>
        <w:rPr>
          <w:rFonts w:ascii="Liberation Serif" w:hAnsi="Liberation Serif" w:eastAsia="Liberation Serif"/>
          <w:color w:val="20262E"/>
          <w:sz w:val="18"/>
        </w:rPr>
        <w:t xml:space="preserve"> And I heard a loud voice saying in heaven, Now is come salvation, and strength, and the kingdom of our God, and the power of his Christ: for the accuser of our brethren is cast down, which accused them before our God day and night.</w:t>
      </w:r>
      <w:r>
        <w:t xml:space="preserve"> </w:t>
      </w:r>
      <w:r>
        <w:rPr>
          <w:rFonts w:ascii="Liberation Sans" w:hAnsi="Liberation Sans" w:eastAsia="Liberation Sans"/>
          <w:b/>
          <w:color w:val="A67833"/>
          <w:sz w:val="15"/>
          <w:vertAlign w:val="superscript"/>
        </w:rPr>
        <w:t>11</w:t>
      </w:r>
      <w:r>
        <w:rPr>
          <w:rFonts w:ascii="Liberation Serif" w:hAnsi="Liberation Serif" w:eastAsia="Liberation Serif"/>
          <w:color w:val="20262E"/>
          <w:sz w:val="18"/>
        </w:rPr>
        <w:t xml:space="preserve"> And they overcame him by the blood of the Lamb, and by the word of their testimony; and they loved not their lives unto the death.</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When facing accusation, persecution, or fear of death.</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Testify to Christ's sacrifice and remain faithful; do not reduce the passage to a repeated slogan.</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The overcomers prevail through the Lamb's blood, truthful testimony, and costly allegiance.</w:t>
      </w:r>
    </w:p>
    <w:p>
      <w:pPr>
        <w:pStyle w:val="Heading1"/>
        <w:keepNext/>
        <w:pageBreakBefore/>
        <w:pBdr>
          <w:bottom w:val="single" w:sz="8" w:space="2" w:color="A67833"/>
        </w:pBdr>
      </w:pPr>
      <w:r>
        <w:t>6.2 The Cross, the Blood of Jesus, Redemption, and Testimony</w:t>
      </w:r>
    </w:p>
    <w:p>
      <w:pPr>
        <w:pStyle w:val="Guidance"/>
      </w:pPr>
      <w:r>
        <w:rPr>
          <w:rFonts w:ascii="Liberation Sans" w:hAnsi="Liberation Sans" w:eastAsia="Liberation Sans"/>
          <w:b/>
          <w:color w:val="18324A"/>
          <w:sz w:val="17"/>
        </w:rPr>
        <w:t xml:space="preserve">Use this section when: </w:t>
      </w:r>
      <w:r>
        <w:rPr>
          <w:rFonts w:ascii="Liberation Sans" w:hAnsi="Liberation Sans" w:eastAsia="Liberation Sans"/>
          <w:color w:val="20262E"/>
          <w:sz w:val="17"/>
        </w:rPr>
        <w:t>Use when accusation, guilt, shame, condemnation, occult fear, or uncertainty about forgiveness is central.</w:t>
      </w:r>
    </w:p>
    <w:p>
      <w:pPr>
        <w:pStyle w:val="Guidance"/>
      </w:pPr>
      <w:r>
        <w:rPr>
          <w:rFonts w:ascii="Liberation Sans" w:hAnsi="Liberation Sans" w:eastAsia="Liberation Sans"/>
          <w:b/>
          <w:color w:val="18324A"/>
          <w:sz w:val="17"/>
        </w:rPr>
        <w:t xml:space="preserve">Ministry method: </w:t>
      </w:r>
      <w:r>
        <w:rPr>
          <w:rFonts w:ascii="Liberation Sans" w:hAnsi="Liberation Sans" w:eastAsia="Liberation Sans"/>
          <w:color w:val="20262E"/>
          <w:sz w:val="17"/>
        </w:rPr>
        <w:t>Confess sin truthfully, receive forgiveness, thank God for Christ's finished work, and testify to what Scripture says the blood accomplishes.</w:t>
      </w:r>
    </w:p>
    <w:p>
      <w:pPr>
        <w:pStyle w:val="Guidance"/>
      </w:pPr>
      <w:r>
        <w:rPr>
          <w:rFonts w:ascii="Liberation Sans" w:hAnsi="Liberation Sans" w:eastAsia="Liberation Sans"/>
          <w:b/>
          <w:color w:val="18324A"/>
          <w:sz w:val="17"/>
        </w:rPr>
        <w:t xml:space="preserve">Section control: </w:t>
      </w:r>
      <w:r>
        <w:rPr>
          <w:rFonts w:ascii="Liberation Sans" w:hAnsi="Liberation Sans" w:eastAsia="Liberation Sans"/>
          <w:color w:val="20262E"/>
          <w:sz w:val="17"/>
        </w:rPr>
        <w:t>The blood is not a verbal charm. Its benefits are rooted in Christ's sacrifice, received by faith, and expressed through truth and obedience.</w:t>
      </w:r>
    </w:p>
    <w:p>
      <w:pPr>
        <w:pStyle w:val="SmallNote"/>
      </w:pPr>
      <w:r>
        <w:t>20 operational passage entries</w:t>
      </w:r>
    </w:p>
    <w:p>
      <w:pPr>
        <w:pStyle w:val="ScriptureReference"/>
        <w:keepNext/>
        <w:pBdr>
          <w:bottom w:val="single" w:sz="2" w:space="1" w:color="D5DBE0"/>
        </w:pBdr>
      </w:pPr>
      <w:r>
        <w:t>Exodus 12:7,13</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7</w:t>
      </w:r>
      <w:r>
        <w:rPr>
          <w:rFonts w:ascii="Liberation Serif" w:hAnsi="Liberation Serif" w:eastAsia="Liberation Serif"/>
          <w:color w:val="20262E"/>
          <w:sz w:val="18"/>
        </w:rPr>
        <w:t xml:space="preserve"> And they shall take of the blood, and strike it on the two side posts and on the upper door post of the houses, wherein they shall eat it.</w:t>
      </w:r>
      <w:r>
        <w:t xml:space="preserve"> </w:t>
      </w:r>
      <w:r>
        <w:rPr>
          <w:rFonts w:ascii="Liberation Sans" w:hAnsi="Liberation Sans" w:eastAsia="Liberation Sans"/>
          <w:b/>
          <w:color w:val="A67833"/>
          <w:sz w:val="15"/>
          <w:vertAlign w:val="superscript"/>
        </w:rPr>
        <w:t>13</w:t>
      </w:r>
      <w:r>
        <w:rPr>
          <w:rFonts w:ascii="Liberation Serif" w:hAnsi="Liberation Serif" w:eastAsia="Liberation Serif"/>
          <w:color w:val="20262E"/>
          <w:sz w:val="18"/>
        </w:rPr>
        <w:t xml:space="preserve"> And the blood shall be to you for a token upon the houses where ye are: and when I see the blood, I will pass over you, and the plague shall not be upon you to destroy you, when I smite the land of Egypt.</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accusation, guilt, shame, condemnation, occult fear, or uncertainty about forgiveness is central.</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Confess sin truthfully, receive forgiveness, thank God for Christ's finished work, and testify to what Scripture says the blood accomplishes.</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The blood is not a verbal charm. Its benefits are rooted in Christ's sacrifice, received by faith, and expressed through truth and obedience.</w:t>
      </w:r>
    </w:p>
    <w:p>
      <w:pPr>
        <w:pStyle w:val="ScriptureReference"/>
        <w:keepNext/>
        <w:pBdr>
          <w:bottom w:val="single" w:sz="2" w:space="1" w:color="D5DBE0"/>
        </w:pBdr>
      </w:pPr>
      <w:r>
        <w:t>Leviticus 17:11</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11</w:t>
      </w:r>
      <w:r>
        <w:rPr>
          <w:rFonts w:ascii="Liberation Serif" w:hAnsi="Liberation Serif" w:eastAsia="Liberation Serif"/>
          <w:color w:val="20262E"/>
          <w:sz w:val="18"/>
        </w:rPr>
        <w:t xml:space="preserve"> For the life of the flesh is in the blood: and I have given it to you upon the altar to make an atonement for your souls: for it is the blood that maketh an atonement for the soul.</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accusation, guilt, shame, condemnation, occult fear, or uncertainty about forgiveness is central.</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Confess sin truthfully, receive forgiveness, thank God for Christ's finished work, and testify to what Scripture says the blood accomplishes.</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The blood is not a verbal charm. Its benefits are rooted in Christ's sacrifice, received by faith, and expressed through truth and obedience.</w:t>
      </w:r>
    </w:p>
    <w:p>
      <w:pPr>
        <w:pStyle w:val="ScriptureReference"/>
        <w:keepNext/>
        <w:pBdr>
          <w:bottom w:val="single" w:sz="2" w:space="1" w:color="D5DBE0"/>
        </w:pBdr>
      </w:pPr>
      <w:r>
        <w:t>Isaiah 53:3-6</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3</w:t>
      </w:r>
      <w:r>
        <w:rPr>
          <w:rFonts w:ascii="Liberation Serif" w:hAnsi="Liberation Serif" w:eastAsia="Liberation Serif"/>
          <w:color w:val="20262E"/>
          <w:sz w:val="18"/>
        </w:rPr>
        <w:t xml:space="preserve"> He is despised and rejected of men; a man of sorrows, and acquainted with grief: and we hid as it were our faces from him; he was despised, and we esteemed him not.</w:t>
      </w:r>
      <w:r>
        <w:t xml:space="preserve"> </w:t>
      </w:r>
      <w:r>
        <w:rPr>
          <w:rFonts w:ascii="Liberation Sans" w:hAnsi="Liberation Sans" w:eastAsia="Liberation Sans"/>
          <w:b/>
          <w:color w:val="A67833"/>
          <w:sz w:val="15"/>
          <w:vertAlign w:val="superscript"/>
        </w:rPr>
        <w:t>4</w:t>
      </w:r>
      <w:r>
        <w:rPr>
          <w:rFonts w:ascii="Liberation Serif" w:hAnsi="Liberation Serif" w:eastAsia="Liberation Serif"/>
          <w:color w:val="20262E"/>
          <w:sz w:val="18"/>
        </w:rPr>
        <w:t xml:space="preserve"> Surely he hath borne our griefs, and carried our sorrows: yet we did esteem him stricken, smitten of God, and afflicted.</w:t>
      </w:r>
      <w:r>
        <w:t xml:space="preserve"> </w:t>
      </w:r>
      <w:r>
        <w:rPr>
          <w:rFonts w:ascii="Liberation Sans" w:hAnsi="Liberation Sans" w:eastAsia="Liberation Sans"/>
          <w:b/>
          <w:color w:val="A67833"/>
          <w:sz w:val="15"/>
          <w:vertAlign w:val="superscript"/>
        </w:rPr>
        <w:t>5</w:t>
      </w:r>
      <w:r>
        <w:rPr>
          <w:rFonts w:ascii="Liberation Serif" w:hAnsi="Liberation Serif" w:eastAsia="Liberation Serif"/>
          <w:color w:val="20262E"/>
          <w:sz w:val="18"/>
        </w:rPr>
        <w:t xml:space="preserve"> But he was wounded for our transgressions, he was bruised for our iniquities: the chastisement of our peace was upon him; and with his stripes we are healed.</w:t>
      </w:r>
      <w:r>
        <w:t xml:space="preserve"> </w:t>
      </w:r>
      <w:r>
        <w:rPr>
          <w:rFonts w:ascii="Liberation Sans" w:hAnsi="Liberation Sans" w:eastAsia="Liberation Sans"/>
          <w:b/>
          <w:color w:val="A67833"/>
          <w:sz w:val="15"/>
          <w:vertAlign w:val="superscript"/>
        </w:rPr>
        <w:t>6</w:t>
      </w:r>
      <w:r>
        <w:rPr>
          <w:rFonts w:ascii="Liberation Serif" w:hAnsi="Liberation Serif" w:eastAsia="Liberation Serif"/>
          <w:color w:val="20262E"/>
          <w:sz w:val="18"/>
        </w:rPr>
        <w:t xml:space="preserve"> All we like sheep have gone astray; we have turned every one to his own way; and the LORD hath laid on him the iniquity of us all.</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accusation, guilt, shame, condemnation, occult fear, or uncertainty about forgiveness is central.</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Confess sin truthfully, receive forgiveness, thank God for Christ's finished work, and testify to what Scripture says the blood accomplishes.</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The blood is not a verbal charm. Its benefits are rooted in Christ's sacrifice, received by faith, and expressed through truth and obedience.</w:t>
      </w:r>
    </w:p>
    <w:p>
      <w:pPr>
        <w:pStyle w:val="ScriptureReference"/>
        <w:keepNext/>
        <w:pBdr>
          <w:bottom w:val="single" w:sz="2" w:space="1" w:color="D5DBE0"/>
        </w:pBdr>
      </w:pPr>
      <w:r>
        <w:t>Matthew 26:27-28</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27</w:t>
      </w:r>
      <w:r>
        <w:rPr>
          <w:rFonts w:ascii="Liberation Serif" w:hAnsi="Liberation Serif" w:eastAsia="Liberation Serif"/>
          <w:color w:val="20262E"/>
          <w:sz w:val="18"/>
        </w:rPr>
        <w:t xml:space="preserve"> And he took the cup, and gave thanks, and gave it to them, saying, Drink ye all of it;</w:t>
      </w:r>
      <w:r>
        <w:t xml:space="preserve"> </w:t>
      </w:r>
      <w:r>
        <w:rPr>
          <w:rFonts w:ascii="Liberation Sans" w:hAnsi="Liberation Sans" w:eastAsia="Liberation Sans"/>
          <w:b/>
          <w:color w:val="A67833"/>
          <w:sz w:val="15"/>
          <w:vertAlign w:val="superscript"/>
        </w:rPr>
        <w:t>28</w:t>
      </w:r>
      <w:r>
        <w:rPr>
          <w:rFonts w:ascii="Liberation Serif" w:hAnsi="Liberation Serif" w:eastAsia="Liberation Serif"/>
          <w:color w:val="20262E"/>
          <w:sz w:val="18"/>
        </w:rPr>
        <w:t xml:space="preserve"> For this is my blood of the new testament, which is shed for many for the remission of sins.</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accusation, guilt, shame, condemnation, occult fear, or uncertainty about forgiveness is central.</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Confess sin truthfully, receive forgiveness, thank God for Christ's finished work, and testify to what Scripture says the blood accomplishes.</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The blood is not a verbal charm. Its benefits are rooted in Christ's sacrifice, received by faith, and expressed through truth and obedience.</w:t>
      </w:r>
    </w:p>
    <w:p>
      <w:pPr>
        <w:pStyle w:val="ScriptureReference"/>
        <w:keepNext/>
        <w:pBdr>
          <w:bottom w:val="single" w:sz="2" w:space="1" w:color="D5DBE0"/>
        </w:pBdr>
      </w:pPr>
      <w:r>
        <w:t>John 19:30</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30</w:t>
      </w:r>
      <w:r>
        <w:rPr>
          <w:rFonts w:ascii="Liberation Serif" w:hAnsi="Liberation Serif" w:eastAsia="Liberation Serif"/>
          <w:color w:val="20262E"/>
          <w:sz w:val="18"/>
        </w:rPr>
        <w:t xml:space="preserve"> When Jesus therefore had received the vinegar, he said, It is finished: and he bowed his head, and gave up the ghost.</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accusation, guilt, shame, condemnation, occult fear, or uncertainty about forgiveness is central.</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Confess sin truthfully, receive forgiveness, thank God for Christ's finished work, and testify to what Scripture says the blood accomplishes.</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The blood is not a verbal charm. Its benefits are rooted in Christ's sacrifice, received by faith, and expressed through truth and obedience.</w:t>
      </w:r>
    </w:p>
    <w:p>
      <w:pPr>
        <w:pStyle w:val="ScriptureReference"/>
        <w:keepNext/>
        <w:pBdr>
          <w:bottom w:val="single" w:sz="2" w:space="1" w:color="D5DBE0"/>
        </w:pBdr>
      </w:pPr>
      <w:r>
        <w:t>Acts 20:28</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28</w:t>
      </w:r>
      <w:r>
        <w:rPr>
          <w:rFonts w:ascii="Liberation Serif" w:hAnsi="Liberation Serif" w:eastAsia="Liberation Serif"/>
          <w:color w:val="20262E"/>
          <w:sz w:val="18"/>
        </w:rPr>
        <w:t xml:space="preserve"> Take heed therefore unto yourselves, and to all the flock, over the which the Holy Ghost hath made you overseers, to feed the church of God, which he hath purchased with his own blood.</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accusation, guilt, shame, condemnation, occult fear, or uncertainty about forgiveness is central.</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Confess sin truthfully, receive forgiveness, thank God for Christ's finished work, and testify to what Scripture says the blood accomplishes.</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The blood is not a verbal charm. Its benefits are rooted in Christ's sacrifice, received by faith, and expressed through truth and obedience.</w:t>
      </w:r>
    </w:p>
    <w:p>
      <w:pPr>
        <w:pStyle w:val="ScriptureReference"/>
        <w:keepNext/>
        <w:pBdr>
          <w:bottom w:val="single" w:sz="2" w:space="1" w:color="D5DBE0"/>
        </w:pBdr>
      </w:pPr>
      <w:r>
        <w:t>Romans 3:23-26</w:t>
      </w:r>
    </w:p>
    <w:p>
      <w:pPr>
        <w:pStyle w:val="EvidenceTag"/>
        <w:keepNext/>
      </w:pPr>
      <w:r>
        <w:t>Evidence A | Source IDs: S09 | Derek Prince Ministries</w:t>
      </w:r>
    </w:p>
    <w:p>
      <w:pPr>
        <w:pStyle w:val="ScriptureText"/>
        <w:keepNext/>
      </w:pPr>
      <w:r>
        <w:rPr>
          <w:rFonts w:ascii="Liberation Sans" w:hAnsi="Liberation Sans" w:eastAsia="Liberation Sans"/>
          <w:b/>
          <w:color w:val="A67833"/>
          <w:sz w:val="15"/>
          <w:vertAlign w:val="superscript"/>
        </w:rPr>
        <w:t>23</w:t>
      </w:r>
      <w:r>
        <w:rPr>
          <w:rFonts w:ascii="Liberation Serif" w:hAnsi="Liberation Serif" w:eastAsia="Liberation Serif"/>
          <w:color w:val="20262E"/>
          <w:sz w:val="18"/>
        </w:rPr>
        <w:t xml:space="preserve"> For all have sinned, and come short of the glory of God;</w:t>
      </w:r>
      <w:r>
        <w:t xml:space="preserve"> </w:t>
      </w:r>
      <w:r>
        <w:rPr>
          <w:rFonts w:ascii="Liberation Sans" w:hAnsi="Liberation Sans" w:eastAsia="Liberation Sans"/>
          <w:b/>
          <w:color w:val="A67833"/>
          <w:sz w:val="15"/>
          <w:vertAlign w:val="superscript"/>
        </w:rPr>
        <w:t>24</w:t>
      </w:r>
      <w:r>
        <w:rPr>
          <w:rFonts w:ascii="Liberation Serif" w:hAnsi="Liberation Serif" w:eastAsia="Liberation Serif"/>
          <w:color w:val="20262E"/>
          <w:sz w:val="18"/>
        </w:rPr>
        <w:t xml:space="preserve"> Being justified freely by his grace through the redemption that is in Christ Jesus:</w:t>
      </w:r>
      <w:r>
        <w:t xml:space="preserve"> </w:t>
      </w:r>
      <w:r>
        <w:rPr>
          <w:rFonts w:ascii="Liberation Sans" w:hAnsi="Liberation Sans" w:eastAsia="Liberation Sans"/>
          <w:b/>
          <w:color w:val="A67833"/>
          <w:sz w:val="15"/>
          <w:vertAlign w:val="superscript"/>
        </w:rPr>
        <w:t>25</w:t>
      </w:r>
      <w:r>
        <w:rPr>
          <w:rFonts w:ascii="Liberation Serif" w:hAnsi="Liberation Serif" w:eastAsia="Liberation Serif"/>
          <w:color w:val="20262E"/>
          <w:sz w:val="18"/>
        </w:rPr>
        <w:t xml:space="preserve"> Whom God hath set forth to be a propitiation through faith in his blood, to declare his righteousness for the remission of sins that are past, through the forbearance of God;</w:t>
      </w:r>
      <w:r>
        <w:t xml:space="preserve"> </w:t>
      </w:r>
      <w:r>
        <w:rPr>
          <w:rFonts w:ascii="Liberation Sans" w:hAnsi="Liberation Sans" w:eastAsia="Liberation Sans"/>
          <w:b/>
          <w:color w:val="A67833"/>
          <w:sz w:val="15"/>
          <w:vertAlign w:val="superscript"/>
        </w:rPr>
        <w:t>26</w:t>
      </w:r>
      <w:r>
        <w:rPr>
          <w:rFonts w:ascii="Liberation Serif" w:hAnsi="Liberation Serif" w:eastAsia="Liberation Serif"/>
          <w:color w:val="20262E"/>
          <w:sz w:val="18"/>
        </w:rPr>
        <w:t xml:space="preserve"> To declare, I say, at this time his righteousness: that he might be just, and the justifier of him which believeth in Jesus.</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accusation, guilt, shame, condemnation, occult fear, or uncertainty about forgiveness is central.</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Confess sin truthfully, receive forgiveness, thank God for Christ's finished work, and testify to what Scripture says the blood accomplishes.</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The blood is not a verbal charm. Its benefits are rooted in Christ's sacrifice, received by faith, and expressed through truth and obedience.</w:t>
      </w:r>
    </w:p>
    <w:p>
      <w:pPr>
        <w:pStyle w:val="ScriptureReference"/>
        <w:keepNext/>
        <w:pBdr>
          <w:bottom w:val="single" w:sz="2" w:space="1" w:color="D5DBE0"/>
        </w:pBdr>
      </w:pPr>
      <w:r>
        <w:t>Romans 5:8-11</w:t>
      </w:r>
    </w:p>
    <w:p>
      <w:pPr>
        <w:pStyle w:val="EvidenceTag"/>
        <w:keepNext/>
      </w:pPr>
      <w:r>
        <w:t>Evidence A | Source IDs: S08 | Derek Prince Ministries</w:t>
      </w:r>
    </w:p>
    <w:p>
      <w:pPr>
        <w:pStyle w:val="ScriptureText"/>
        <w:keepNext/>
      </w:pPr>
      <w:r>
        <w:rPr>
          <w:rFonts w:ascii="Liberation Sans" w:hAnsi="Liberation Sans" w:eastAsia="Liberation Sans"/>
          <w:b/>
          <w:color w:val="A67833"/>
          <w:sz w:val="15"/>
          <w:vertAlign w:val="superscript"/>
        </w:rPr>
        <w:t>8</w:t>
      </w:r>
      <w:r>
        <w:rPr>
          <w:rFonts w:ascii="Liberation Serif" w:hAnsi="Liberation Serif" w:eastAsia="Liberation Serif"/>
          <w:color w:val="20262E"/>
          <w:sz w:val="18"/>
        </w:rPr>
        <w:t xml:space="preserve"> But God commendeth his love toward us, in that, while we were yet sinners, Christ died for us.</w:t>
      </w:r>
      <w:r>
        <w:t xml:space="preserve"> </w:t>
      </w:r>
      <w:r>
        <w:rPr>
          <w:rFonts w:ascii="Liberation Sans" w:hAnsi="Liberation Sans" w:eastAsia="Liberation Sans"/>
          <w:b/>
          <w:color w:val="A67833"/>
          <w:sz w:val="15"/>
          <w:vertAlign w:val="superscript"/>
        </w:rPr>
        <w:t>9</w:t>
      </w:r>
      <w:r>
        <w:rPr>
          <w:rFonts w:ascii="Liberation Serif" w:hAnsi="Liberation Serif" w:eastAsia="Liberation Serif"/>
          <w:color w:val="20262E"/>
          <w:sz w:val="18"/>
        </w:rPr>
        <w:t xml:space="preserve"> Much more then, being now justified by his blood, we shall be saved from wrath through him.</w:t>
      </w:r>
      <w:r>
        <w:t xml:space="preserve"> </w:t>
      </w:r>
      <w:r>
        <w:rPr>
          <w:rFonts w:ascii="Liberation Sans" w:hAnsi="Liberation Sans" w:eastAsia="Liberation Sans"/>
          <w:b/>
          <w:color w:val="A67833"/>
          <w:sz w:val="15"/>
          <w:vertAlign w:val="superscript"/>
        </w:rPr>
        <w:t>10</w:t>
      </w:r>
      <w:r>
        <w:rPr>
          <w:rFonts w:ascii="Liberation Serif" w:hAnsi="Liberation Serif" w:eastAsia="Liberation Serif"/>
          <w:color w:val="20262E"/>
          <w:sz w:val="18"/>
        </w:rPr>
        <w:t xml:space="preserve"> For if, when we were enemies, we were reconciled to God by the death of his Son, much more, being reconciled, we shall be saved by his life.</w:t>
      </w:r>
      <w:r>
        <w:t xml:space="preserve"> </w:t>
      </w:r>
      <w:r>
        <w:rPr>
          <w:rFonts w:ascii="Liberation Sans" w:hAnsi="Liberation Sans" w:eastAsia="Liberation Sans"/>
          <w:b/>
          <w:color w:val="A67833"/>
          <w:sz w:val="15"/>
          <w:vertAlign w:val="superscript"/>
        </w:rPr>
        <w:t>11</w:t>
      </w:r>
      <w:r>
        <w:rPr>
          <w:rFonts w:ascii="Liberation Serif" w:hAnsi="Liberation Serif" w:eastAsia="Liberation Serif"/>
          <w:color w:val="20262E"/>
          <w:sz w:val="18"/>
        </w:rPr>
        <w:t xml:space="preserve"> And not only so, but we also joy in God through our Lord Jesus Christ, by whom we have now received the atonement.</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accusation, guilt, shame, condemnation, occult fear, or uncertainty about forgiveness is central.</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Confess sin truthfully, receive forgiveness, thank God for Christ's finished work, and testify to what Scripture says the blood accomplishes.</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The blood is not a verbal charm. Its benefits are rooted in Christ's sacrifice, received by faith, and expressed through truth and obedience.</w:t>
      </w:r>
    </w:p>
    <w:p>
      <w:pPr>
        <w:pStyle w:val="ScriptureReference"/>
        <w:keepNext/>
        <w:pBdr>
          <w:bottom w:val="single" w:sz="2" w:space="1" w:color="D5DBE0"/>
        </w:pBdr>
      </w:pPr>
      <w:r>
        <w:t>1 Corinthians 6:13,19-20</w:t>
      </w:r>
    </w:p>
    <w:p>
      <w:pPr>
        <w:pStyle w:val="EvidenceTag"/>
        <w:keepNext/>
      </w:pPr>
      <w:r>
        <w:t>Evidence A | Source IDs: S09 | Derek Prince Ministries</w:t>
      </w:r>
    </w:p>
    <w:p>
      <w:pPr>
        <w:pStyle w:val="ScriptureText"/>
        <w:keepNext/>
      </w:pPr>
      <w:r>
        <w:rPr>
          <w:rFonts w:ascii="Liberation Sans" w:hAnsi="Liberation Sans" w:eastAsia="Liberation Sans"/>
          <w:b/>
          <w:color w:val="A67833"/>
          <w:sz w:val="15"/>
          <w:vertAlign w:val="superscript"/>
        </w:rPr>
        <w:t>13</w:t>
      </w:r>
      <w:r>
        <w:rPr>
          <w:rFonts w:ascii="Liberation Serif" w:hAnsi="Liberation Serif" w:eastAsia="Liberation Serif"/>
          <w:color w:val="20262E"/>
          <w:sz w:val="18"/>
        </w:rPr>
        <w:t xml:space="preserve"> Meats for the belly, and the belly for meats: but God shall destroy both it and them. Now the body is not for fornication, but for the Lord; and the Lord for the body.</w:t>
      </w:r>
      <w:r>
        <w:t xml:space="preserve"> </w:t>
      </w:r>
      <w:r>
        <w:rPr>
          <w:rFonts w:ascii="Liberation Sans" w:hAnsi="Liberation Sans" w:eastAsia="Liberation Sans"/>
          <w:b/>
          <w:color w:val="A67833"/>
          <w:sz w:val="15"/>
          <w:vertAlign w:val="superscript"/>
        </w:rPr>
        <w:t>19</w:t>
      </w:r>
      <w:r>
        <w:rPr>
          <w:rFonts w:ascii="Liberation Serif" w:hAnsi="Liberation Serif" w:eastAsia="Liberation Serif"/>
          <w:color w:val="20262E"/>
          <w:sz w:val="18"/>
        </w:rPr>
        <w:t xml:space="preserve"> What? know ye not that your body is the temple of the Holy Ghost which is in you, which ye have of God, and ye are not your own?</w:t>
      </w:r>
      <w:r>
        <w:t xml:space="preserve"> </w:t>
      </w:r>
      <w:r>
        <w:rPr>
          <w:rFonts w:ascii="Liberation Sans" w:hAnsi="Liberation Sans" w:eastAsia="Liberation Sans"/>
          <w:b/>
          <w:color w:val="A67833"/>
          <w:sz w:val="15"/>
          <w:vertAlign w:val="superscript"/>
        </w:rPr>
        <w:t>20</w:t>
      </w:r>
      <w:r>
        <w:rPr>
          <w:rFonts w:ascii="Liberation Serif" w:hAnsi="Liberation Serif" w:eastAsia="Liberation Serif"/>
          <w:color w:val="20262E"/>
          <w:sz w:val="18"/>
        </w:rPr>
        <w:t xml:space="preserve"> For ye are bought with a price: therefore glorify God in your body, and in your spirit, which are God's.</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accusation, guilt, shame, condemnation, occult fear, or uncertainty about forgiveness is central.</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Confess sin truthfully, receive forgiveness, thank God for Christ's finished work, and testify to what Scripture says the blood accomplishes.</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The blood is not a verbal charm. Its benefits are rooted in Christ's sacrifice, received by faith, and expressed through truth and obedience.</w:t>
      </w:r>
    </w:p>
    <w:p>
      <w:pPr>
        <w:pStyle w:val="ScriptureReference"/>
        <w:keepNext/>
        <w:pBdr>
          <w:bottom w:val="single" w:sz="2" w:space="1" w:color="D5DBE0"/>
        </w:pBdr>
      </w:pPr>
      <w:r>
        <w:t>2 Corinthians 5:17-21</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17</w:t>
      </w:r>
      <w:r>
        <w:rPr>
          <w:rFonts w:ascii="Liberation Serif" w:hAnsi="Liberation Serif" w:eastAsia="Liberation Serif"/>
          <w:color w:val="20262E"/>
          <w:sz w:val="18"/>
        </w:rPr>
        <w:t xml:space="preserve"> Therefore if any man be in Christ, he is a new creature: old things are passed away; behold, all things are become new.</w:t>
      </w:r>
      <w:r>
        <w:t xml:space="preserve"> </w:t>
      </w:r>
      <w:r>
        <w:rPr>
          <w:rFonts w:ascii="Liberation Sans" w:hAnsi="Liberation Sans" w:eastAsia="Liberation Sans"/>
          <w:b/>
          <w:color w:val="A67833"/>
          <w:sz w:val="15"/>
          <w:vertAlign w:val="superscript"/>
        </w:rPr>
        <w:t>18</w:t>
      </w:r>
      <w:r>
        <w:rPr>
          <w:rFonts w:ascii="Liberation Serif" w:hAnsi="Liberation Serif" w:eastAsia="Liberation Serif"/>
          <w:color w:val="20262E"/>
          <w:sz w:val="18"/>
        </w:rPr>
        <w:t xml:space="preserve"> And all things are of God, who hath reconciled us to himself by Jesus Christ, and hath given to us the ministry of reconciliation;</w:t>
      </w:r>
      <w:r>
        <w:t xml:space="preserve"> </w:t>
      </w:r>
      <w:r>
        <w:rPr>
          <w:rFonts w:ascii="Liberation Sans" w:hAnsi="Liberation Sans" w:eastAsia="Liberation Sans"/>
          <w:b/>
          <w:color w:val="A67833"/>
          <w:sz w:val="15"/>
          <w:vertAlign w:val="superscript"/>
        </w:rPr>
        <w:t>19</w:t>
      </w:r>
      <w:r>
        <w:rPr>
          <w:rFonts w:ascii="Liberation Serif" w:hAnsi="Liberation Serif" w:eastAsia="Liberation Serif"/>
          <w:color w:val="20262E"/>
          <w:sz w:val="18"/>
        </w:rPr>
        <w:t xml:space="preserve"> To wit, that God was in Christ, reconciling the world unto himself, not imputing their trespasses unto them; and hath committed unto us the word of reconciliation.</w:t>
      </w:r>
      <w:r>
        <w:t xml:space="preserve"> </w:t>
      </w:r>
      <w:r>
        <w:rPr>
          <w:rFonts w:ascii="Liberation Sans" w:hAnsi="Liberation Sans" w:eastAsia="Liberation Sans"/>
          <w:b/>
          <w:color w:val="A67833"/>
          <w:sz w:val="15"/>
          <w:vertAlign w:val="superscript"/>
        </w:rPr>
        <w:t>20</w:t>
      </w:r>
      <w:r>
        <w:rPr>
          <w:rFonts w:ascii="Liberation Serif" w:hAnsi="Liberation Serif" w:eastAsia="Liberation Serif"/>
          <w:color w:val="20262E"/>
          <w:sz w:val="18"/>
        </w:rPr>
        <w:t xml:space="preserve"> Now then we are ambassadors for Christ, as though God did beseech you by us: we pray you in Christ's stead, be ye reconciled to God.</w:t>
      </w:r>
      <w:r>
        <w:t xml:space="preserve"> </w:t>
      </w:r>
      <w:r>
        <w:rPr>
          <w:rFonts w:ascii="Liberation Sans" w:hAnsi="Liberation Sans" w:eastAsia="Liberation Sans"/>
          <w:b/>
          <w:color w:val="A67833"/>
          <w:sz w:val="15"/>
          <w:vertAlign w:val="superscript"/>
        </w:rPr>
        <w:t>21</w:t>
      </w:r>
      <w:r>
        <w:rPr>
          <w:rFonts w:ascii="Liberation Serif" w:hAnsi="Liberation Serif" w:eastAsia="Liberation Serif"/>
          <w:color w:val="20262E"/>
          <w:sz w:val="18"/>
        </w:rPr>
        <w:t xml:space="preserve"> For he hath made him to be sin for us, who knew no sin; that we might be made the righteousness of God in him.</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accusation, guilt, shame, condemnation, occult fear, or uncertainty about forgiveness is central.</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Confess sin truthfully, receive forgiveness, thank God for Christ's finished work, and testify to what Scripture says the blood accomplishes.</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The blood is not a verbal charm. Its benefits are rooted in Christ's sacrifice, received by faith, and expressed through truth and obedience.</w:t>
      </w:r>
    </w:p>
    <w:p>
      <w:pPr>
        <w:pStyle w:val="ScriptureReference"/>
        <w:keepNext/>
        <w:pBdr>
          <w:bottom w:val="single" w:sz="2" w:space="1" w:color="D5DBE0"/>
        </w:pBdr>
      </w:pPr>
      <w:r>
        <w:t>Galatians 2:20</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20</w:t>
      </w:r>
      <w:r>
        <w:rPr>
          <w:rFonts w:ascii="Liberation Serif" w:hAnsi="Liberation Serif" w:eastAsia="Liberation Serif"/>
          <w:color w:val="20262E"/>
          <w:sz w:val="18"/>
        </w:rPr>
        <w:t xml:space="preserve"> I am crucified with Christ: nevertheless I live; yet not I, but Christ liveth in me: and the life which I now live in the flesh I live by the faith of the Son of God, who loved me, and gave himself for me.</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accusation, guilt, shame, condemnation, occult fear, or uncertainty about forgiveness is central.</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Confess sin truthfully, receive forgiveness, thank God for Christ's finished work, and testify to what Scripture says the blood accomplishes.</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The blood is not a verbal charm. Its benefits are rooted in Christ's sacrifice, received by faith, and expressed through truth and obedience.</w:t>
      </w:r>
    </w:p>
    <w:p>
      <w:pPr>
        <w:pStyle w:val="ScriptureReference"/>
        <w:keepNext/>
        <w:pBdr>
          <w:bottom w:val="single" w:sz="2" w:space="1" w:color="D5DBE0"/>
        </w:pBdr>
      </w:pPr>
      <w:r>
        <w:t>Galatians 3:13-14</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13</w:t>
      </w:r>
      <w:r>
        <w:rPr>
          <w:rFonts w:ascii="Liberation Serif" w:hAnsi="Liberation Serif" w:eastAsia="Liberation Serif"/>
          <w:color w:val="20262E"/>
          <w:sz w:val="18"/>
        </w:rPr>
        <w:t xml:space="preserve"> Christ hath redeemed us from the curse of the law, being made a curse for us: for it is written, Cursed is every one that hangeth on a tree:</w:t>
      </w:r>
      <w:r>
        <w:t xml:space="preserve"> </w:t>
      </w:r>
      <w:r>
        <w:rPr>
          <w:rFonts w:ascii="Liberation Sans" w:hAnsi="Liberation Sans" w:eastAsia="Liberation Sans"/>
          <w:b/>
          <w:color w:val="A67833"/>
          <w:sz w:val="15"/>
          <w:vertAlign w:val="superscript"/>
        </w:rPr>
        <w:t>14</w:t>
      </w:r>
      <w:r>
        <w:rPr>
          <w:rFonts w:ascii="Liberation Serif" w:hAnsi="Liberation Serif" w:eastAsia="Liberation Serif"/>
          <w:color w:val="20262E"/>
          <w:sz w:val="18"/>
        </w:rPr>
        <w:t xml:space="preserve"> That the blessing of Abraham might come on the Gentiles through Jesus Christ; that we might receive the promise of the Spirit through faith.</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accusation, guilt, shame, condemnation, occult fear, or uncertainty about forgiveness is central.</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Confess sin truthfully, receive forgiveness, thank God for Christ's finished work, and testify to what Scripture says the blood accomplishes.</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The blood is not a verbal charm. Its benefits are rooted in Christ's sacrifice, received by faith, and expressed through truth and obedience.</w:t>
      </w:r>
    </w:p>
    <w:p>
      <w:pPr>
        <w:pStyle w:val="ScriptureReference"/>
        <w:keepNext/>
        <w:pBdr>
          <w:bottom w:val="single" w:sz="2" w:space="1" w:color="D5DBE0"/>
        </w:pBdr>
      </w:pPr>
      <w:r>
        <w:t>Ephesians 1:7</w:t>
      </w:r>
    </w:p>
    <w:p>
      <w:pPr>
        <w:pStyle w:val="EvidenceTag"/>
        <w:keepNext/>
      </w:pPr>
      <w:r>
        <w:t>Evidence A | Source IDs: S08, S09 | Derek Prince Ministries; Derek Prince Ministries</w:t>
      </w:r>
    </w:p>
    <w:p>
      <w:pPr>
        <w:pStyle w:val="ScriptureText"/>
        <w:keepNext/>
      </w:pPr>
      <w:r>
        <w:rPr>
          <w:rFonts w:ascii="Liberation Sans" w:hAnsi="Liberation Sans" w:eastAsia="Liberation Sans"/>
          <w:b/>
          <w:color w:val="A67833"/>
          <w:sz w:val="15"/>
          <w:vertAlign w:val="superscript"/>
        </w:rPr>
        <w:t>7</w:t>
      </w:r>
      <w:r>
        <w:rPr>
          <w:rFonts w:ascii="Liberation Serif" w:hAnsi="Liberation Serif" w:eastAsia="Liberation Serif"/>
          <w:color w:val="20262E"/>
          <w:sz w:val="18"/>
        </w:rPr>
        <w:t xml:space="preserve"> In whom we have redemption through his blood, the forgiveness of sins, according to the riches of his grace;</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accusation, guilt, shame, condemnation, occult fear, or uncertainty about forgiveness is central.</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Confess sin truthfully, receive forgiveness, thank God for Christ's finished work, and testify to what Scripture says the blood accomplishes.</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The blood is not a verbal charm. Its benefits are rooted in Christ's sacrifice, received by faith, and expressed through truth and obedience.</w:t>
      </w:r>
    </w:p>
    <w:p>
      <w:pPr>
        <w:pStyle w:val="ScriptureReference"/>
        <w:keepNext/>
        <w:pBdr>
          <w:bottom w:val="single" w:sz="2" w:space="1" w:color="D5DBE0"/>
        </w:pBdr>
      </w:pPr>
      <w:r>
        <w:t>Ephesians 2:13-18</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13</w:t>
      </w:r>
      <w:r>
        <w:rPr>
          <w:rFonts w:ascii="Liberation Serif" w:hAnsi="Liberation Serif" w:eastAsia="Liberation Serif"/>
          <w:color w:val="20262E"/>
          <w:sz w:val="18"/>
        </w:rPr>
        <w:t xml:space="preserve"> But now in Christ Jesus ye who sometimes were far off are made nigh by the blood of Christ.</w:t>
      </w:r>
      <w:r>
        <w:t xml:space="preserve"> </w:t>
      </w:r>
      <w:r>
        <w:rPr>
          <w:rFonts w:ascii="Liberation Sans" w:hAnsi="Liberation Sans" w:eastAsia="Liberation Sans"/>
          <w:b/>
          <w:color w:val="A67833"/>
          <w:sz w:val="15"/>
          <w:vertAlign w:val="superscript"/>
        </w:rPr>
        <w:t>14</w:t>
      </w:r>
      <w:r>
        <w:rPr>
          <w:rFonts w:ascii="Liberation Serif" w:hAnsi="Liberation Serif" w:eastAsia="Liberation Serif"/>
          <w:color w:val="20262E"/>
          <w:sz w:val="18"/>
        </w:rPr>
        <w:t xml:space="preserve"> For he is our peace, who hath made both one, and hath broken down the middle wall of partition between us;</w:t>
      </w:r>
      <w:r>
        <w:t xml:space="preserve"> </w:t>
      </w:r>
      <w:r>
        <w:rPr>
          <w:rFonts w:ascii="Liberation Sans" w:hAnsi="Liberation Sans" w:eastAsia="Liberation Sans"/>
          <w:b/>
          <w:color w:val="A67833"/>
          <w:sz w:val="15"/>
          <w:vertAlign w:val="superscript"/>
        </w:rPr>
        <w:t>15</w:t>
      </w:r>
      <w:r>
        <w:rPr>
          <w:rFonts w:ascii="Liberation Serif" w:hAnsi="Liberation Serif" w:eastAsia="Liberation Serif"/>
          <w:color w:val="20262E"/>
          <w:sz w:val="18"/>
        </w:rPr>
        <w:t xml:space="preserve"> Having abolished in his flesh the enmity, even the law of commandments contained in ordinances; for to make in himself of twain one new man, so making peace;</w:t>
      </w:r>
      <w:r>
        <w:t xml:space="preserve"> </w:t>
      </w:r>
      <w:r>
        <w:rPr>
          <w:rFonts w:ascii="Liberation Sans" w:hAnsi="Liberation Sans" w:eastAsia="Liberation Sans"/>
          <w:b/>
          <w:color w:val="A67833"/>
          <w:sz w:val="15"/>
          <w:vertAlign w:val="superscript"/>
        </w:rPr>
        <w:t>16</w:t>
      </w:r>
      <w:r>
        <w:rPr>
          <w:rFonts w:ascii="Liberation Serif" w:hAnsi="Liberation Serif" w:eastAsia="Liberation Serif"/>
          <w:color w:val="20262E"/>
          <w:sz w:val="18"/>
        </w:rPr>
        <w:t xml:space="preserve"> And that he might reconcile both unto God in one body by the cross, having slain the enmity thereby:</w:t>
      </w:r>
      <w:r>
        <w:t xml:space="preserve"> </w:t>
      </w:r>
      <w:r>
        <w:rPr>
          <w:rFonts w:ascii="Liberation Sans" w:hAnsi="Liberation Sans" w:eastAsia="Liberation Sans"/>
          <w:b/>
          <w:color w:val="A67833"/>
          <w:sz w:val="15"/>
          <w:vertAlign w:val="superscript"/>
        </w:rPr>
        <w:t>17</w:t>
      </w:r>
      <w:r>
        <w:rPr>
          <w:rFonts w:ascii="Liberation Serif" w:hAnsi="Liberation Serif" w:eastAsia="Liberation Serif"/>
          <w:color w:val="20262E"/>
          <w:sz w:val="18"/>
        </w:rPr>
        <w:t xml:space="preserve"> And came and preached peace to you which were afar off, and to them that were nigh.</w:t>
      </w:r>
      <w:r>
        <w:t xml:space="preserve"> </w:t>
      </w:r>
      <w:r>
        <w:rPr>
          <w:rFonts w:ascii="Liberation Sans" w:hAnsi="Liberation Sans" w:eastAsia="Liberation Sans"/>
          <w:b/>
          <w:color w:val="A67833"/>
          <w:sz w:val="15"/>
          <w:vertAlign w:val="superscript"/>
        </w:rPr>
        <w:t>18</w:t>
      </w:r>
      <w:r>
        <w:rPr>
          <w:rFonts w:ascii="Liberation Serif" w:hAnsi="Liberation Serif" w:eastAsia="Liberation Serif"/>
          <w:color w:val="20262E"/>
          <w:sz w:val="18"/>
        </w:rPr>
        <w:t xml:space="preserve"> For through him we both have access by one Spirit unto the Father.</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accusation, guilt, shame, condemnation, occult fear, or uncertainty about forgiveness is central.</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Confess sin truthfully, receive forgiveness, thank God for Christ's finished work, and testify to what Scripture says the blood accomplishes.</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The blood is not a verbal charm. Its benefits are rooted in Christ's sacrifice, received by faith, and expressed through truth and obedience.</w:t>
      </w:r>
    </w:p>
    <w:p>
      <w:pPr>
        <w:pStyle w:val="ScriptureReference"/>
        <w:keepNext/>
        <w:pBdr>
          <w:bottom w:val="single" w:sz="2" w:space="1" w:color="D5DBE0"/>
        </w:pBdr>
      </w:pPr>
      <w:r>
        <w:t>Hebrews 9:11-15</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11</w:t>
      </w:r>
      <w:r>
        <w:rPr>
          <w:rFonts w:ascii="Liberation Serif" w:hAnsi="Liberation Serif" w:eastAsia="Liberation Serif"/>
          <w:color w:val="20262E"/>
          <w:sz w:val="18"/>
        </w:rPr>
        <w:t xml:space="preserve"> But Christ being come an high priest of good things to come, by a greater and more perfect tabernacle, not made with hands, that is to say, not of this building;</w:t>
      </w:r>
      <w:r>
        <w:t xml:space="preserve"> </w:t>
      </w:r>
      <w:r>
        <w:rPr>
          <w:rFonts w:ascii="Liberation Sans" w:hAnsi="Liberation Sans" w:eastAsia="Liberation Sans"/>
          <w:b/>
          <w:color w:val="A67833"/>
          <w:sz w:val="15"/>
          <w:vertAlign w:val="superscript"/>
        </w:rPr>
        <w:t>12</w:t>
      </w:r>
      <w:r>
        <w:rPr>
          <w:rFonts w:ascii="Liberation Serif" w:hAnsi="Liberation Serif" w:eastAsia="Liberation Serif"/>
          <w:color w:val="20262E"/>
          <w:sz w:val="18"/>
        </w:rPr>
        <w:t xml:space="preserve"> Neither by the blood of goats and calves, but by his own blood he entered in once into the holy place, having obtained eternal redemption for us.</w:t>
      </w:r>
      <w:r>
        <w:t xml:space="preserve"> </w:t>
      </w:r>
      <w:r>
        <w:rPr>
          <w:rFonts w:ascii="Liberation Sans" w:hAnsi="Liberation Sans" w:eastAsia="Liberation Sans"/>
          <w:b/>
          <w:color w:val="A67833"/>
          <w:sz w:val="15"/>
          <w:vertAlign w:val="superscript"/>
        </w:rPr>
        <w:t>13</w:t>
      </w:r>
      <w:r>
        <w:rPr>
          <w:rFonts w:ascii="Liberation Serif" w:hAnsi="Liberation Serif" w:eastAsia="Liberation Serif"/>
          <w:color w:val="20262E"/>
          <w:sz w:val="18"/>
        </w:rPr>
        <w:t xml:space="preserve"> For if the blood of bulls and of goats, and the ashes of an heifer sprinkling the unclean, sanctifieth to the purifying of the flesh:</w:t>
      </w:r>
      <w:r>
        <w:t xml:space="preserve"> </w:t>
      </w:r>
      <w:r>
        <w:rPr>
          <w:rFonts w:ascii="Liberation Sans" w:hAnsi="Liberation Sans" w:eastAsia="Liberation Sans"/>
          <w:b/>
          <w:color w:val="A67833"/>
          <w:sz w:val="15"/>
          <w:vertAlign w:val="superscript"/>
        </w:rPr>
        <w:t>14</w:t>
      </w:r>
      <w:r>
        <w:rPr>
          <w:rFonts w:ascii="Liberation Serif" w:hAnsi="Liberation Serif" w:eastAsia="Liberation Serif"/>
          <w:color w:val="20262E"/>
          <w:sz w:val="18"/>
        </w:rPr>
        <w:t xml:space="preserve"> How much more shall the blood of Christ, who through the eternal Spirit offered himself without spot to God, purge your conscience from dead works to serve the living God?</w:t>
      </w:r>
      <w:r>
        <w:t xml:space="preserve"> </w:t>
      </w:r>
      <w:r>
        <w:rPr>
          <w:rFonts w:ascii="Liberation Sans" w:hAnsi="Liberation Sans" w:eastAsia="Liberation Sans"/>
          <w:b/>
          <w:color w:val="A67833"/>
          <w:sz w:val="15"/>
          <w:vertAlign w:val="superscript"/>
        </w:rPr>
        <w:t>15</w:t>
      </w:r>
      <w:r>
        <w:rPr>
          <w:rFonts w:ascii="Liberation Serif" w:hAnsi="Liberation Serif" w:eastAsia="Liberation Serif"/>
          <w:color w:val="20262E"/>
          <w:sz w:val="18"/>
        </w:rPr>
        <w:t xml:space="preserve"> And for this cause he is the mediator of the new testament, that by means of death, for the redemption of the transgressions that were under the first testament, they which are called might receive the promise of eternal inheritance.</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accusation, guilt, shame, condemnation, occult fear, or uncertainty about forgiveness is central.</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Confess sin truthfully, receive forgiveness, thank God for Christ's finished work, and testify to what Scripture says the blood accomplishes.</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The blood is not a verbal charm. Its benefits are rooted in Christ's sacrifice, received by faith, and expressed through truth and obedience.</w:t>
      </w:r>
    </w:p>
    <w:p>
      <w:pPr>
        <w:pStyle w:val="ScriptureReference"/>
        <w:keepNext/>
        <w:pBdr>
          <w:bottom w:val="single" w:sz="2" w:space="1" w:color="D5DBE0"/>
        </w:pBdr>
      </w:pPr>
      <w:r>
        <w:t>Hebrews 10:19-23</w:t>
      </w:r>
    </w:p>
    <w:p>
      <w:pPr>
        <w:pStyle w:val="EvidenceTag"/>
        <w:keepNext/>
      </w:pPr>
      <w:r>
        <w:t>Evidence A | Source IDs: S08 | Derek Prince Ministries</w:t>
      </w:r>
    </w:p>
    <w:p>
      <w:pPr>
        <w:pStyle w:val="ScriptureText"/>
        <w:keepNext/>
      </w:pPr>
      <w:r>
        <w:rPr>
          <w:rFonts w:ascii="Liberation Sans" w:hAnsi="Liberation Sans" w:eastAsia="Liberation Sans"/>
          <w:b/>
          <w:color w:val="A67833"/>
          <w:sz w:val="15"/>
          <w:vertAlign w:val="superscript"/>
        </w:rPr>
        <w:t>19</w:t>
      </w:r>
      <w:r>
        <w:rPr>
          <w:rFonts w:ascii="Liberation Serif" w:hAnsi="Liberation Serif" w:eastAsia="Liberation Serif"/>
          <w:color w:val="20262E"/>
          <w:sz w:val="18"/>
        </w:rPr>
        <w:t xml:space="preserve"> Having therefore, brethren, boldness to enter into the holiest by the blood of Jesus,</w:t>
      </w:r>
      <w:r>
        <w:t xml:space="preserve"> </w:t>
      </w:r>
      <w:r>
        <w:rPr>
          <w:rFonts w:ascii="Liberation Sans" w:hAnsi="Liberation Sans" w:eastAsia="Liberation Sans"/>
          <w:b/>
          <w:color w:val="A67833"/>
          <w:sz w:val="15"/>
          <w:vertAlign w:val="superscript"/>
        </w:rPr>
        <w:t>20</w:t>
      </w:r>
      <w:r>
        <w:rPr>
          <w:rFonts w:ascii="Liberation Serif" w:hAnsi="Liberation Serif" w:eastAsia="Liberation Serif"/>
          <w:color w:val="20262E"/>
          <w:sz w:val="18"/>
        </w:rPr>
        <w:t xml:space="preserve"> By a new and living way, which he hath consecrated for us, through the veil, that is to say, his flesh;</w:t>
      </w:r>
      <w:r>
        <w:t xml:space="preserve"> </w:t>
      </w:r>
      <w:r>
        <w:rPr>
          <w:rFonts w:ascii="Liberation Sans" w:hAnsi="Liberation Sans" w:eastAsia="Liberation Sans"/>
          <w:b/>
          <w:color w:val="A67833"/>
          <w:sz w:val="15"/>
          <w:vertAlign w:val="superscript"/>
        </w:rPr>
        <w:t>21</w:t>
      </w:r>
      <w:r>
        <w:rPr>
          <w:rFonts w:ascii="Liberation Serif" w:hAnsi="Liberation Serif" w:eastAsia="Liberation Serif"/>
          <w:color w:val="20262E"/>
          <w:sz w:val="18"/>
        </w:rPr>
        <w:t xml:space="preserve"> And having an high priest over the house of God;</w:t>
      </w:r>
      <w:r>
        <w:t xml:space="preserve"> </w:t>
      </w:r>
      <w:r>
        <w:rPr>
          <w:rFonts w:ascii="Liberation Sans" w:hAnsi="Liberation Sans" w:eastAsia="Liberation Sans"/>
          <w:b/>
          <w:color w:val="A67833"/>
          <w:sz w:val="15"/>
          <w:vertAlign w:val="superscript"/>
        </w:rPr>
        <w:t>22</w:t>
      </w:r>
      <w:r>
        <w:rPr>
          <w:rFonts w:ascii="Liberation Serif" w:hAnsi="Liberation Serif" w:eastAsia="Liberation Serif"/>
          <w:color w:val="20262E"/>
          <w:sz w:val="18"/>
        </w:rPr>
        <w:t xml:space="preserve"> Let us draw near with a true heart in full assurance of faith, having our hearts sprinkled from an evil conscience, and our bodies washed with pure water.</w:t>
      </w:r>
      <w:r>
        <w:t xml:space="preserve"> </w:t>
      </w:r>
      <w:r>
        <w:rPr>
          <w:rFonts w:ascii="Liberation Sans" w:hAnsi="Liberation Sans" w:eastAsia="Liberation Sans"/>
          <w:b/>
          <w:color w:val="A67833"/>
          <w:sz w:val="15"/>
          <w:vertAlign w:val="superscript"/>
        </w:rPr>
        <w:t>23</w:t>
      </w:r>
      <w:r>
        <w:rPr>
          <w:rFonts w:ascii="Liberation Serif" w:hAnsi="Liberation Serif" w:eastAsia="Liberation Serif"/>
          <w:color w:val="20262E"/>
          <w:sz w:val="18"/>
        </w:rPr>
        <w:t xml:space="preserve"> Let us hold fast the profession of our faith without wavering; (for he is faithful that promised;)</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accusation, guilt, shame, condemnation, occult fear, or uncertainty about forgiveness is central.</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Confess sin truthfully, receive forgiveness, thank God for Christ's finished work, and testify to what Scripture says the blood accomplishes.</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The blood is not a verbal charm. Its benefits are rooted in Christ's sacrifice, received by faith, and expressed through truth and obedience.</w:t>
      </w:r>
    </w:p>
    <w:p>
      <w:pPr>
        <w:pStyle w:val="ScriptureReference"/>
        <w:keepNext/>
        <w:pBdr>
          <w:bottom w:val="single" w:sz="2" w:space="1" w:color="D5DBE0"/>
        </w:pBdr>
      </w:pPr>
      <w:r>
        <w:t>Hebrews 12:22-24</w:t>
      </w:r>
    </w:p>
    <w:p>
      <w:pPr>
        <w:pStyle w:val="EvidenceTag"/>
        <w:keepNext/>
      </w:pPr>
      <w:r>
        <w:t>Evidence A | Source IDs: S08 | Derek Prince Ministries</w:t>
      </w:r>
    </w:p>
    <w:p>
      <w:pPr>
        <w:pStyle w:val="ScriptureText"/>
        <w:keepNext/>
      </w:pPr>
      <w:r>
        <w:rPr>
          <w:rFonts w:ascii="Liberation Sans" w:hAnsi="Liberation Sans" w:eastAsia="Liberation Sans"/>
          <w:b/>
          <w:color w:val="A67833"/>
          <w:sz w:val="15"/>
          <w:vertAlign w:val="superscript"/>
        </w:rPr>
        <w:t>22</w:t>
      </w:r>
      <w:r>
        <w:rPr>
          <w:rFonts w:ascii="Liberation Serif" w:hAnsi="Liberation Serif" w:eastAsia="Liberation Serif"/>
          <w:color w:val="20262E"/>
          <w:sz w:val="18"/>
        </w:rPr>
        <w:t xml:space="preserve"> But ye are come unto mount Sion, and unto the city of the living God, the heavenly Jerusalem, and to an innumerable company of angels,</w:t>
      </w:r>
      <w:r>
        <w:t xml:space="preserve"> </w:t>
      </w:r>
      <w:r>
        <w:rPr>
          <w:rFonts w:ascii="Liberation Sans" w:hAnsi="Liberation Sans" w:eastAsia="Liberation Sans"/>
          <w:b/>
          <w:color w:val="A67833"/>
          <w:sz w:val="15"/>
          <w:vertAlign w:val="superscript"/>
        </w:rPr>
        <w:t>23</w:t>
      </w:r>
      <w:r>
        <w:rPr>
          <w:rFonts w:ascii="Liberation Serif" w:hAnsi="Liberation Serif" w:eastAsia="Liberation Serif"/>
          <w:color w:val="20262E"/>
          <w:sz w:val="18"/>
        </w:rPr>
        <w:t xml:space="preserve"> To the general assembly and church of the firstborn, which are written in heaven, and to God the Judge of all, and to the spirits of just men made perfect,</w:t>
      </w:r>
      <w:r>
        <w:t xml:space="preserve"> </w:t>
      </w:r>
      <w:r>
        <w:rPr>
          <w:rFonts w:ascii="Liberation Sans" w:hAnsi="Liberation Sans" w:eastAsia="Liberation Sans"/>
          <w:b/>
          <w:color w:val="A67833"/>
          <w:sz w:val="15"/>
          <w:vertAlign w:val="superscript"/>
        </w:rPr>
        <w:t>24</w:t>
      </w:r>
      <w:r>
        <w:rPr>
          <w:rFonts w:ascii="Liberation Serif" w:hAnsi="Liberation Serif" w:eastAsia="Liberation Serif"/>
          <w:color w:val="20262E"/>
          <w:sz w:val="18"/>
        </w:rPr>
        <w:t xml:space="preserve"> And to Jesus the mediator of the new covenant, and to the blood of sprinkling, that speaketh better things than that of Abel.</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accusation, guilt, shame, condemnation, occult fear, or uncertainty about forgiveness is central.</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Confess sin truthfully, receive forgiveness, thank God for Christ's finished work, and testify to what Scripture says the blood accomplishes.</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The blood is not a verbal charm. Its benefits are rooted in Christ's sacrifice, received by faith, and expressed through truth and obedience.</w:t>
      </w:r>
    </w:p>
    <w:p>
      <w:pPr>
        <w:pStyle w:val="ScriptureReference"/>
        <w:keepNext/>
        <w:pBdr>
          <w:bottom w:val="single" w:sz="2" w:space="1" w:color="D5DBE0"/>
        </w:pBdr>
      </w:pPr>
      <w:r>
        <w:t>Hebrews 13:12</w:t>
      </w:r>
    </w:p>
    <w:p>
      <w:pPr>
        <w:pStyle w:val="EvidenceTag"/>
        <w:keepNext/>
      </w:pPr>
      <w:r>
        <w:t>Evidence A | Source IDs: S08, S09 | Derek Prince Ministries; Derek Prince Ministries</w:t>
      </w:r>
    </w:p>
    <w:p>
      <w:pPr>
        <w:pStyle w:val="ScriptureText"/>
        <w:keepNext/>
      </w:pPr>
      <w:r>
        <w:rPr>
          <w:rFonts w:ascii="Liberation Sans" w:hAnsi="Liberation Sans" w:eastAsia="Liberation Sans"/>
          <w:b/>
          <w:color w:val="A67833"/>
          <w:sz w:val="15"/>
          <w:vertAlign w:val="superscript"/>
        </w:rPr>
        <w:t>12</w:t>
      </w:r>
      <w:r>
        <w:rPr>
          <w:rFonts w:ascii="Liberation Serif" w:hAnsi="Liberation Serif" w:eastAsia="Liberation Serif"/>
          <w:color w:val="20262E"/>
          <w:sz w:val="18"/>
        </w:rPr>
        <w:t xml:space="preserve"> Wherefore Jesus also, that he might sanctify the people with his own blood, suffered without the gate.</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accusation, guilt, shame, condemnation, occult fear, or uncertainty about forgiveness is central.</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Confess sin truthfully, receive forgiveness, thank God for Christ's finished work, and testify to what Scripture says the blood accomplishes.</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The blood is not a verbal charm. Its benefits are rooted in Christ's sacrifice, received by faith, and expressed through truth and obedience.</w:t>
      </w:r>
    </w:p>
    <w:p>
      <w:pPr>
        <w:pStyle w:val="ScriptureReference"/>
        <w:keepNext/>
        <w:pBdr>
          <w:bottom w:val="single" w:sz="2" w:space="1" w:color="D5DBE0"/>
        </w:pBdr>
      </w:pPr>
      <w:r>
        <w:t>1 Peter 1:18-19</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18</w:t>
      </w:r>
      <w:r>
        <w:rPr>
          <w:rFonts w:ascii="Liberation Serif" w:hAnsi="Liberation Serif" w:eastAsia="Liberation Serif"/>
          <w:color w:val="20262E"/>
          <w:sz w:val="18"/>
        </w:rPr>
        <w:t xml:space="preserve"> Forasmuch as ye know that ye were not redeemed with corruptible things, as silver and gold, from your vain conversation received by tradition from your fathers;</w:t>
      </w:r>
      <w:r>
        <w:t xml:space="preserve"> </w:t>
      </w:r>
      <w:r>
        <w:rPr>
          <w:rFonts w:ascii="Liberation Sans" w:hAnsi="Liberation Sans" w:eastAsia="Liberation Sans"/>
          <w:b/>
          <w:color w:val="A67833"/>
          <w:sz w:val="15"/>
          <w:vertAlign w:val="superscript"/>
        </w:rPr>
        <w:t>19</w:t>
      </w:r>
      <w:r>
        <w:rPr>
          <w:rFonts w:ascii="Liberation Serif" w:hAnsi="Liberation Serif" w:eastAsia="Liberation Serif"/>
          <w:color w:val="20262E"/>
          <w:sz w:val="18"/>
        </w:rPr>
        <w:t xml:space="preserve"> But with the precious blood of Christ, as of a lamb without blemish and without spot:</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accusation, guilt, shame, condemnation, occult fear, or uncertainty about forgiveness is central.</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Confess sin truthfully, receive forgiveness, thank God for Christ's finished work, and testify to what Scripture says the blood accomplishes.</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The blood is not a verbal charm. Its benefits are rooted in Christ's sacrifice, received by faith, and expressed through truth and obedience.</w:t>
      </w:r>
    </w:p>
    <w:p>
      <w:pPr>
        <w:pStyle w:val="ScriptureReference"/>
        <w:keepNext/>
        <w:pBdr>
          <w:bottom w:val="single" w:sz="2" w:space="1" w:color="D5DBE0"/>
        </w:pBdr>
      </w:pPr>
      <w:r>
        <w:t>1 John 1:7-9</w:t>
      </w:r>
    </w:p>
    <w:p>
      <w:pPr>
        <w:pStyle w:val="EvidenceTag"/>
        <w:keepNext/>
      </w:pPr>
      <w:r>
        <w:t>Evidence A | Source IDs: S08, S09 | Derek Prince Ministries; Derek Prince Ministries</w:t>
      </w:r>
    </w:p>
    <w:p>
      <w:pPr>
        <w:pStyle w:val="ScriptureText"/>
        <w:keepNext/>
      </w:pPr>
      <w:r>
        <w:rPr>
          <w:rFonts w:ascii="Liberation Sans" w:hAnsi="Liberation Sans" w:eastAsia="Liberation Sans"/>
          <w:b/>
          <w:color w:val="A67833"/>
          <w:sz w:val="15"/>
          <w:vertAlign w:val="superscript"/>
        </w:rPr>
        <w:t>7</w:t>
      </w:r>
      <w:r>
        <w:rPr>
          <w:rFonts w:ascii="Liberation Serif" w:hAnsi="Liberation Serif" w:eastAsia="Liberation Serif"/>
          <w:color w:val="20262E"/>
          <w:sz w:val="18"/>
        </w:rPr>
        <w:t xml:space="preserve"> But if we walk in the light, as he is in the light, we have fellowship one with another, and the blood of Jesus Christ his Son cleanseth us from all sin.</w:t>
      </w:r>
      <w:r>
        <w:t xml:space="preserve"> </w:t>
      </w:r>
      <w:r>
        <w:rPr>
          <w:rFonts w:ascii="Liberation Sans" w:hAnsi="Liberation Sans" w:eastAsia="Liberation Sans"/>
          <w:b/>
          <w:color w:val="A67833"/>
          <w:sz w:val="15"/>
          <w:vertAlign w:val="superscript"/>
        </w:rPr>
        <w:t>8</w:t>
      </w:r>
      <w:r>
        <w:rPr>
          <w:rFonts w:ascii="Liberation Serif" w:hAnsi="Liberation Serif" w:eastAsia="Liberation Serif"/>
          <w:color w:val="20262E"/>
          <w:sz w:val="18"/>
        </w:rPr>
        <w:t xml:space="preserve"> If we say that we have no sin, we deceive ourselves, and the truth is not in us.</w:t>
      </w:r>
      <w:r>
        <w:t xml:space="preserve"> </w:t>
      </w:r>
      <w:r>
        <w:rPr>
          <w:rFonts w:ascii="Liberation Sans" w:hAnsi="Liberation Sans" w:eastAsia="Liberation Sans"/>
          <w:b/>
          <w:color w:val="A67833"/>
          <w:sz w:val="15"/>
          <w:vertAlign w:val="superscript"/>
        </w:rPr>
        <w:t>9</w:t>
      </w:r>
      <w:r>
        <w:rPr>
          <w:rFonts w:ascii="Liberation Serif" w:hAnsi="Liberation Serif" w:eastAsia="Liberation Serif"/>
          <w:color w:val="20262E"/>
          <w:sz w:val="18"/>
        </w:rPr>
        <w:t xml:space="preserve"> If we confess our sins, he is faithful and just to forgive us our sins, and to cleanse us from all unrighteousness.</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accusation, guilt, shame, condemnation, occult fear, or uncertainty about forgiveness is central.</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Confess sin truthfully, receive forgiveness, thank God for Christ's finished work, and testify to what Scripture says the blood accomplishes.</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The blood is not a verbal charm. Its benefits are rooted in Christ's sacrifice, received by faith, and expressed through truth and obedience.</w:t>
      </w:r>
    </w:p>
    <w:p>
      <w:pPr>
        <w:pStyle w:val="Heading1"/>
        <w:keepNext/>
        <w:pageBreakBefore/>
        <w:pBdr>
          <w:bottom w:val="single" w:sz="8" w:space="2" w:color="A67833"/>
        </w:pBdr>
      </w:pPr>
      <w:r>
        <w:t>6.3 Jesus' Deliverance Ministry, Delegated Authority, and the Name of Jesus</w:t>
      </w:r>
    </w:p>
    <w:p>
      <w:pPr>
        <w:pStyle w:val="Guidance"/>
      </w:pPr>
      <w:r>
        <w:rPr>
          <w:rFonts w:ascii="Liberation Sans" w:hAnsi="Liberation Sans" w:eastAsia="Liberation Sans"/>
          <w:b/>
          <w:color w:val="18324A"/>
          <w:sz w:val="17"/>
        </w:rPr>
        <w:t xml:space="preserve">Use this section when: </w:t>
      </w:r>
      <w:r>
        <w:rPr>
          <w:rFonts w:ascii="Liberation Sans" w:hAnsi="Liberation Sans" w:eastAsia="Liberation Sans"/>
          <w:color w:val="20262E"/>
          <w:sz w:val="17"/>
        </w:rPr>
        <w:t>Use when establishing the biblical basis for deliverance, training a ministry team, or praying directly against oppression.</w:t>
      </w:r>
    </w:p>
    <w:p>
      <w:pPr>
        <w:pStyle w:val="Guidance"/>
      </w:pPr>
      <w:r>
        <w:rPr>
          <w:rFonts w:ascii="Liberation Sans" w:hAnsi="Liberation Sans" w:eastAsia="Liberation Sans"/>
          <w:b/>
          <w:color w:val="18324A"/>
          <w:sz w:val="17"/>
        </w:rPr>
        <w:t xml:space="preserve">Ministry method: </w:t>
      </w:r>
      <w:r>
        <w:rPr>
          <w:rFonts w:ascii="Liberation Sans" w:hAnsi="Liberation Sans" w:eastAsia="Liberation Sans"/>
          <w:color w:val="20262E"/>
          <w:sz w:val="17"/>
        </w:rPr>
        <w:t>Follow Jesus' pattern: compassion, clear authority, concise commands, prayerful dependence, and restoration of the person to community and discipleship.</w:t>
      </w:r>
    </w:p>
    <w:p>
      <w:pPr>
        <w:pStyle w:val="Guidance"/>
      </w:pPr>
      <w:r>
        <w:rPr>
          <w:rFonts w:ascii="Liberation Sans" w:hAnsi="Liberation Sans" w:eastAsia="Liberation Sans"/>
          <w:b/>
          <w:color w:val="18324A"/>
          <w:sz w:val="17"/>
        </w:rPr>
        <w:t xml:space="preserve">Section control: </w:t>
      </w:r>
      <w:r>
        <w:rPr>
          <w:rFonts w:ascii="Liberation Sans" w:hAnsi="Liberation Sans" w:eastAsia="Liberation Sans"/>
          <w:color w:val="20262E"/>
          <w:sz w:val="17"/>
        </w:rPr>
        <w:t>Do not imitate the sons of Sceva, provoke manifestations, interrogate for spectacle, or treat the name of Jesus as a technique detached from relationship with Him.</w:t>
      </w:r>
    </w:p>
    <w:p>
      <w:pPr>
        <w:pStyle w:val="SmallNote"/>
      </w:pPr>
      <w:r>
        <w:t>18 operational passage entries</w:t>
      </w:r>
    </w:p>
    <w:p>
      <w:pPr>
        <w:pStyle w:val="ScriptureReference"/>
        <w:keepNext/>
        <w:pBdr>
          <w:bottom w:val="single" w:sz="2" w:space="1" w:color="D5DBE0"/>
        </w:pBdr>
      </w:pPr>
      <w:r>
        <w:t>Matthew 10:1,7-8</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w:t>
      </w:r>
      <w:r>
        <w:rPr>
          <w:rFonts w:ascii="Liberation Serif" w:hAnsi="Liberation Serif" w:eastAsia="Liberation Serif"/>
          <w:color w:val="20262E"/>
          <w:sz w:val="18"/>
        </w:rPr>
        <w:t xml:space="preserve"> And when he had called unto him his twelve disciples, he gave them power against unclean spirits, to cast them out, and to heal all manner of sickness and all manner of disease.</w:t>
      </w:r>
      <w:r>
        <w:t xml:space="preserve"> </w:t>
      </w:r>
      <w:r>
        <w:rPr>
          <w:rFonts w:ascii="Liberation Sans" w:hAnsi="Liberation Sans" w:eastAsia="Liberation Sans"/>
          <w:b/>
          <w:color w:val="A67833"/>
          <w:sz w:val="15"/>
          <w:vertAlign w:val="superscript"/>
        </w:rPr>
        <w:t>7</w:t>
      </w:r>
      <w:r>
        <w:rPr>
          <w:rFonts w:ascii="Liberation Serif" w:hAnsi="Liberation Serif" w:eastAsia="Liberation Serif"/>
          <w:color w:val="20262E"/>
          <w:sz w:val="18"/>
        </w:rPr>
        <w:t xml:space="preserve"> And as ye go, preach, saying, The kingdom of heaven is at hand.</w:t>
      </w:r>
      <w:r>
        <w:t xml:space="preserve"> </w:t>
      </w:r>
      <w:r>
        <w:rPr>
          <w:rFonts w:ascii="Liberation Sans" w:hAnsi="Liberation Sans" w:eastAsia="Liberation Sans"/>
          <w:b/>
          <w:color w:val="A67833"/>
          <w:sz w:val="15"/>
          <w:vertAlign w:val="superscript"/>
        </w:rPr>
        <w:t>8</w:t>
      </w:r>
      <w:r>
        <w:rPr>
          <w:rFonts w:ascii="Liberation Serif" w:hAnsi="Liberation Serif" w:eastAsia="Liberation Serif"/>
          <w:color w:val="20262E"/>
          <w:sz w:val="18"/>
        </w:rPr>
        <w:t xml:space="preserve"> Heal the sick, cleanse the lepers, raise the dead, cast out devils: freely ye have received, freely give.</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establishing the biblical basis for deliverance, training a ministry team, or praying directly against oppression.</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Follow Jesus' pattern: compassion, clear authority, concise commands, prayerful dependence, and restoration of the person to community and discipleship.</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Do not imitate the sons of Sceva, provoke manifestations, interrogate for spectacle, or treat the name of Jesus as a technique detached from relationship with Him.</w:t>
      </w:r>
    </w:p>
    <w:p>
      <w:pPr>
        <w:pStyle w:val="ScriptureReference"/>
        <w:keepNext/>
        <w:pBdr>
          <w:bottom w:val="single" w:sz="2" w:space="1" w:color="D5DBE0"/>
        </w:pBdr>
      </w:pPr>
      <w:r>
        <w:t>Matthew 12:22-30</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22</w:t>
      </w:r>
      <w:r>
        <w:rPr>
          <w:rFonts w:ascii="Liberation Serif" w:hAnsi="Liberation Serif" w:eastAsia="Liberation Serif"/>
          <w:color w:val="20262E"/>
          <w:sz w:val="18"/>
        </w:rPr>
        <w:t xml:space="preserve"> Then was brought unto him one possessed with a devil, blind, and dumb: and he healed him, insomuch that the blind and dumb both spake and saw.</w:t>
      </w:r>
      <w:r>
        <w:t xml:space="preserve"> </w:t>
      </w:r>
      <w:r>
        <w:rPr>
          <w:rFonts w:ascii="Liberation Sans" w:hAnsi="Liberation Sans" w:eastAsia="Liberation Sans"/>
          <w:b/>
          <w:color w:val="A67833"/>
          <w:sz w:val="15"/>
          <w:vertAlign w:val="superscript"/>
        </w:rPr>
        <w:t>23</w:t>
      </w:r>
      <w:r>
        <w:rPr>
          <w:rFonts w:ascii="Liberation Serif" w:hAnsi="Liberation Serif" w:eastAsia="Liberation Serif"/>
          <w:color w:val="20262E"/>
          <w:sz w:val="18"/>
        </w:rPr>
        <w:t xml:space="preserve"> And all the people were amazed, and said, Is not this the son of David?</w:t>
      </w:r>
      <w:r>
        <w:t xml:space="preserve"> </w:t>
      </w:r>
      <w:r>
        <w:rPr>
          <w:rFonts w:ascii="Liberation Sans" w:hAnsi="Liberation Sans" w:eastAsia="Liberation Sans"/>
          <w:b/>
          <w:color w:val="A67833"/>
          <w:sz w:val="15"/>
          <w:vertAlign w:val="superscript"/>
        </w:rPr>
        <w:t>24</w:t>
      </w:r>
      <w:r>
        <w:rPr>
          <w:rFonts w:ascii="Liberation Serif" w:hAnsi="Liberation Serif" w:eastAsia="Liberation Serif"/>
          <w:color w:val="20262E"/>
          <w:sz w:val="18"/>
        </w:rPr>
        <w:t xml:space="preserve"> But when the Pharisees heard it, they said, This fellow doth not cast out devils, but by Beelzebub the prince of the devils.</w:t>
      </w:r>
      <w:r>
        <w:t xml:space="preserve"> </w:t>
      </w:r>
      <w:r>
        <w:rPr>
          <w:rFonts w:ascii="Liberation Sans" w:hAnsi="Liberation Sans" w:eastAsia="Liberation Sans"/>
          <w:b/>
          <w:color w:val="A67833"/>
          <w:sz w:val="15"/>
          <w:vertAlign w:val="superscript"/>
        </w:rPr>
        <w:t>25</w:t>
      </w:r>
      <w:r>
        <w:rPr>
          <w:rFonts w:ascii="Liberation Serif" w:hAnsi="Liberation Serif" w:eastAsia="Liberation Serif"/>
          <w:color w:val="20262E"/>
          <w:sz w:val="18"/>
        </w:rPr>
        <w:t xml:space="preserve"> And Jesus knew their thoughts, and said unto them, Every kingdom divided against itself is brought to desolation; and every city or house divided against itself shall not stand:</w:t>
      </w:r>
      <w:r>
        <w:t xml:space="preserve"> </w:t>
      </w:r>
      <w:r>
        <w:rPr>
          <w:rFonts w:ascii="Liberation Sans" w:hAnsi="Liberation Sans" w:eastAsia="Liberation Sans"/>
          <w:b/>
          <w:color w:val="A67833"/>
          <w:sz w:val="15"/>
          <w:vertAlign w:val="superscript"/>
        </w:rPr>
        <w:t>26</w:t>
      </w:r>
      <w:r>
        <w:rPr>
          <w:rFonts w:ascii="Liberation Serif" w:hAnsi="Liberation Serif" w:eastAsia="Liberation Serif"/>
          <w:color w:val="20262E"/>
          <w:sz w:val="18"/>
        </w:rPr>
        <w:t xml:space="preserve"> And if Satan cast out Satan, he is divided against himself; how shall then his kingdom stand?</w:t>
      </w:r>
      <w:r>
        <w:t xml:space="preserve"> </w:t>
      </w:r>
      <w:r>
        <w:rPr>
          <w:rFonts w:ascii="Liberation Sans" w:hAnsi="Liberation Sans" w:eastAsia="Liberation Sans"/>
          <w:b/>
          <w:color w:val="A67833"/>
          <w:sz w:val="15"/>
          <w:vertAlign w:val="superscript"/>
        </w:rPr>
        <w:t>27</w:t>
      </w:r>
      <w:r>
        <w:rPr>
          <w:rFonts w:ascii="Liberation Serif" w:hAnsi="Liberation Serif" w:eastAsia="Liberation Serif"/>
          <w:color w:val="20262E"/>
          <w:sz w:val="18"/>
        </w:rPr>
        <w:t xml:space="preserve"> And if I by Beelzebub cast out devils, by whom do your children cast them out? therefore they shall be your judges.</w:t>
      </w:r>
      <w:r>
        <w:t xml:space="preserve"> </w:t>
      </w:r>
      <w:r>
        <w:rPr>
          <w:rFonts w:ascii="Liberation Sans" w:hAnsi="Liberation Sans" w:eastAsia="Liberation Sans"/>
          <w:b/>
          <w:color w:val="A67833"/>
          <w:sz w:val="15"/>
          <w:vertAlign w:val="superscript"/>
        </w:rPr>
        <w:t>28</w:t>
      </w:r>
      <w:r>
        <w:rPr>
          <w:rFonts w:ascii="Liberation Serif" w:hAnsi="Liberation Serif" w:eastAsia="Liberation Serif"/>
          <w:color w:val="20262E"/>
          <w:sz w:val="18"/>
        </w:rPr>
        <w:t xml:space="preserve"> But if I cast out devils by the Spirit of God, then the kingdom of God is come unto you.</w:t>
      </w:r>
      <w:r>
        <w:t xml:space="preserve"> </w:t>
      </w:r>
      <w:r>
        <w:rPr>
          <w:rFonts w:ascii="Liberation Sans" w:hAnsi="Liberation Sans" w:eastAsia="Liberation Sans"/>
          <w:b/>
          <w:color w:val="A67833"/>
          <w:sz w:val="15"/>
          <w:vertAlign w:val="superscript"/>
        </w:rPr>
        <w:t>29</w:t>
      </w:r>
      <w:r>
        <w:rPr>
          <w:rFonts w:ascii="Liberation Serif" w:hAnsi="Liberation Serif" w:eastAsia="Liberation Serif"/>
          <w:color w:val="20262E"/>
          <w:sz w:val="18"/>
        </w:rPr>
        <w:t xml:space="preserve"> Or else how can one enter into a strong man's house, and spoil his goods, except he first bind the strong man? and then he will spoil his house.</w:t>
      </w:r>
      <w:r>
        <w:t xml:space="preserve"> </w:t>
      </w:r>
      <w:r>
        <w:rPr>
          <w:rFonts w:ascii="Liberation Sans" w:hAnsi="Liberation Sans" w:eastAsia="Liberation Sans"/>
          <w:b/>
          <w:color w:val="A67833"/>
          <w:sz w:val="15"/>
          <w:vertAlign w:val="superscript"/>
        </w:rPr>
        <w:t>30</w:t>
      </w:r>
      <w:r>
        <w:rPr>
          <w:rFonts w:ascii="Liberation Serif" w:hAnsi="Liberation Serif" w:eastAsia="Liberation Serif"/>
          <w:color w:val="20262E"/>
          <w:sz w:val="18"/>
        </w:rPr>
        <w:t xml:space="preserve"> He that is not with me is against me; and he that gathereth not with me scattereth abroad.</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establishing the biblical basis for deliverance, training a ministry team, or praying directly against oppression.</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Follow Jesus' pattern: compassion, clear authority, concise commands, prayerful dependence, and restoration of the person to community and discipleship.</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Do not imitate the sons of Sceva, provoke manifestations, interrogate for spectacle, or treat the name of Jesus as a technique detached from relationship with Him.</w:t>
      </w:r>
    </w:p>
    <w:p>
      <w:pPr>
        <w:pStyle w:val="ScriptureReference"/>
        <w:keepNext/>
        <w:pBdr>
          <w:bottom w:val="single" w:sz="2" w:space="1" w:color="D5DBE0"/>
        </w:pBdr>
      </w:pPr>
      <w:r>
        <w:t>Mark 1:21-28</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21</w:t>
      </w:r>
      <w:r>
        <w:rPr>
          <w:rFonts w:ascii="Liberation Serif" w:hAnsi="Liberation Serif" w:eastAsia="Liberation Serif"/>
          <w:color w:val="20262E"/>
          <w:sz w:val="18"/>
        </w:rPr>
        <w:t xml:space="preserve"> And they went into Capernaum; and straightway on the sabbath day he entered into the synagogue, and taught.</w:t>
      </w:r>
      <w:r>
        <w:t xml:space="preserve"> </w:t>
      </w:r>
      <w:r>
        <w:rPr>
          <w:rFonts w:ascii="Liberation Sans" w:hAnsi="Liberation Sans" w:eastAsia="Liberation Sans"/>
          <w:b/>
          <w:color w:val="A67833"/>
          <w:sz w:val="15"/>
          <w:vertAlign w:val="superscript"/>
        </w:rPr>
        <w:t>22</w:t>
      </w:r>
      <w:r>
        <w:rPr>
          <w:rFonts w:ascii="Liberation Serif" w:hAnsi="Liberation Serif" w:eastAsia="Liberation Serif"/>
          <w:color w:val="20262E"/>
          <w:sz w:val="18"/>
        </w:rPr>
        <w:t xml:space="preserve"> And they were astonished at his doctrine: for he taught them as one that had authority, and not as the scribes.</w:t>
      </w:r>
      <w:r>
        <w:t xml:space="preserve"> </w:t>
      </w:r>
      <w:r>
        <w:rPr>
          <w:rFonts w:ascii="Liberation Sans" w:hAnsi="Liberation Sans" w:eastAsia="Liberation Sans"/>
          <w:b/>
          <w:color w:val="A67833"/>
          <w:sz w:val="15"/>
          <w:vertAlign w:val="superscript"/>
        </w:rPr>
        <w:t>23</w:t>
      </w:r>
      <w:r>
        <w:rPr>
          <w:rFonts w:ascii="Liberation Serif" w:hAnsi="Liberation Serif" w:eastAsia="Liberation Serif"/>
          <w:color w:val="20262E"/>
          <w:sz w:val="18"/>
        </w:rPr>
        <w:t xml:space="preserve"> And there was in their synagogue a man with an unclean spirit; and he cried out,</w:t>
      </w:r>
      <w:r>
        <w:t xml:space="preserve"> </w:t>
      </w:r>
      <w:r>
        <w:rPr>
          <w:rFonts w:ascii="Liberation Sans" w:hAnsi="Liberation Sans" w:eastAsia="Liberation Sans"/>
          <w:b/>
          <w:color w:val="A67833"/>
          <w:sz w:val="15"/>
          <w:vertAlign w:val="superscript"/>
        </w:rPr>
        <w:t>24</w:t>
      </w:r>
      <w:r>
        <w:rPr>
          <w:rFonts w:ascii="Liberation Serif" w:hAnsi="Liberation Serif" w:eastAsia="Liberation Serif"/>
          <w:color w:val="20262E"/>
          <w:sz w:val="18"/>
        </w:rPr>
        <w:t xml:space="preserve"> Saying, Let us alone; what have we to do with thee, thou Jesus of Nazareth? art thou come to destroy us? I know thee who thou art, the Holy One of God.</w:t>
      </w:r>
      <w:r>
        <w:t xml:space="preserve"> </w:t>
      </w:r>
      <w:r>
        <w:rPr>
          <w:rFonts w:ascii="Liberation Sans" w:hAnsi="Liberation Sans" w:eastAsia="Liberation Sans"/>
          <w:b/>
          <w:color w:val="A67833"/>
          <w:sz w:val="15"/>
          <w:vertAlign w:val="superscript"/>
        </w:rPr>
        <w:t>25</w:t>
      </w:r>
      <w:r>
        <w:rPr>
          <w:rFonts w:ascii="Liberation Serif" w:hAnsi="Liberation Serif" w:eastAsia="Liberation Serif"/>
          <w:color w:val="20262E"/>
          <w:sz w:val="18"/>
        </w:rPr>
        <w:t xml:space="preserve"> And Jesus rebuked him, saying, Hold thy peace, and come out of him.</w:t>
      </w:r>
      <w:r>
        <w:t xml:space="preserve"> </w:t>
      </w:r>
      <w:r>
        <w:rPr>
          <w:rFonts w:ascii="Liberation Sans" w:hAnsi="Liberation Sans" w:eastAsia="Liberation Sans"/>
          <w:b/>
          <w:color w:val="A67833"/>
          <w:sz w:val="15"/>
          <w:vertAlign w:val="superscript"/>
        </w:rPr>
        <w:t>26</w:t>
      </w:r>
      <w:r>
        <w:rPr>
          <w:rFonts w:ascii="Liberation Serif" w:hAnsi="Liberation Serif" w:eastAsia="Liberation Serif"/>
          <w:color w:val="20262E"/>
          <w:sz w:val="18"/>
        </w:rPr>
        <w:t xml:space="preserve"> And when the unclean spirit had torn him, and cried with a loud voice, he came out of him.</w:t>
      </w:r>
      <w:r>
        <w:t xml:space="preserve"> </w:t>
      </w:r>
      <w:r>
        <w:rPr>
          <w:rFonts w:ascii="Liberation Sans" w:hAnsi="Liberation Sans" w:eastAsia="Liberation Sans"/>
          <w:b/>
          <w:color w:val="A67833"/>
          <w:sz w:val="15"/>
          <w:vertAlign w:val="superscript"/>
        </w:rPr>
        <w:t>27</w:t>
      </w:r>
      <w:r>
        <w:rPr>
          <w:rFonts w:ascii="Liberation Serif" w:hAnsi="Liberation Serif" w:eastAsia="Liberation Serif"/>
          <w:color w:val="20262E"/>
          <w:sz w:val="18"/>
        </w:rPr>
        <w:t xml:space="preserve"> And they were all amazed, insomuch that they questioned among themselves, saying, What thing is this? what new doctrine is this? for with authority commandeth he even the unclean spirits, and they do obey him.</w:t>
      </w:r>
      <w:r>
        <w:t xml:space="preserve"> </w:t>
      </w:r>
      <w:r>
        <w:rPr>
          <w:rFonts w:ascii="Liberation Sans" w:hAnsi="Liberation Sans" w:eastAsia="Liberation Sans"/>
          <w:b/>
          <w:color w:val="A67833"/>
          <w:sz w:val="15"/>
          <w:vertAlign w:val="superscript"/>
        </w:rPr>
        <w:t>28</w:t>
      </w:r>
      <w:r>
        <w:rPr>
          <w:rFonts w:ascii="Liberation Serif" w:hAnsi="Liberation Serif" w:eastAsia="Liberation Serif"/>
          <w:color w:val="20262E"/>
          <w:sz w:val="18"/>
        </w:rPr>
        <w:t xml:space="preserve"> And immediately his fame spread abroad throughout all the region round about Galilee.</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establishing the biblical basis for deliverance, training a ministry team, or praying directly against oppression.</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Follow Jesus' pattern: compassion, clear authority, concise commands, prayerful dependence, and restoration of the person to community and discipleship.</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Do not imitate the sons of Sceva, provoke manifestations, interrogate for spectacle, or treat the name of Jesus as a technique detached from relationship with Him.</w:t>
      </w:r>
    </w:p>
    <w:p>
      <w:pPr>
        <w:pStyle w:val="ScriptureReference"/>
        <w:keepNext/>
        <w:pBdr>
          <w:bottom w:val="single" w:sz="2" w:space="1" w:color="D5DBE0"/>
        </w:pBdr>
      </w:pPr>
      <w:r>
        <w:t>Mark 3:13-15,22-27</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13</w:t>
      </w:r>
      <w:r>
        <w:rPr>
          <w:rFonts w:ascii="Liberation Serif" w:hAnsi="Liberation Serif" w:eastAsia="Liberation Serif"/>
          <w:color w:val="20262E"/>
          <w:sz w:val="18"/>
        </w:rPr>
        <w:t xml:space="preserve"> And he goeth up into a mountain, and calleth unto him whom he would: and they came unto him.</w:t>
      </w:r>
      <w:r>
        <w:t xml:space="preserve"> </w:t>
      </w:r>
      <w:r>
        <w:rPr>
          <w:rFonts w:ascii="Liberation Sans" w:hAnsi="Liberation Sans" w:eastAsia="Liberation Sans"/>
          <w:b/>
          <w:color w:val="A67833"/>
          <w:sz w:val="15"/>
          <w:vertAlign w:val="superscript"/>
        </w:rPr>
        <w:t>14</w:t>
      </w:r>
      <w:r>
        <w:rPr>
          <w:rFonts w:ascii="Liberation Serif" w:hAnsi="Liberation Serif" w:eastAsia="Liberation Serif"/>
          <w:color w:val="20262E"/>
          <w:sz w:val="18"/>
        </w:rPr>
        <w:t xml:space="preserve"> And he ordained twelve, that they should be with him, and that he might send them forth to preach,</w:t>
      </w:r>
      <w:r>
        <w:t xml:space="preserve"> </w:t>
      </w:r>
      <w:r>
        <w:rPr>
          <w:rFonts w:ascii="Liberation Sans" w:hAnsi="Liberation Sans" w:eastAsia="Liberation Sans"/>
          <w:b/>
          <w:color w:val="A67833"/>
          <w:sz w:val="15"/>
          <w:vertAlign w:val="superscript"/>
        </w:rPr>
        <w:t>15</w:t>
      </w:r>
      <w:r>
        <w:rPr>
          <w:rFonts w:ascii="Liberation Serif" w:hAnsi="Liberation Serif" w:eastAsia="Liberation Serif"/>
          <w:color w:val="20262E"/>
          <w:sz w:val="18"/>
        </w:rPr>
        <w:t xml:space="preserve"> And to have power to heal sicknesses, and to cast out devils:</w:t>
      </w:r>
      <w:r>
        <w:t xml:space="preserve"> </w:t>
      </w:r>
      <w:r>
        <w:rPr>
          <w:rFonts w:ascii="Liberation Sans" w:hAnsi="Liberation Sans" w:eastAsia="Liberation Sans"/>
          <w:b/>
          <w:color w:val="A67833"/>
          <w:sz w:val="15"/>
          <w:vertAlign w:val="superscript"/>
        </w:rPr>
        <w:t>22</w:t>
      </w:r>
      <w:r>
        <w:rPr>
          <w:rFonts w:ascii="Liberation Serif" w:hAnsi="Liberation Serif" w:eastAsia="Liberation Serif"/>
          <w:color w:val="20262E"/>
          <w:sz w:val="18"/>
        </w:rPr>
        <w:t xml:space="preserve"> And the scribes which came down from Jerusalem said, He hath Beelzebub, and by the prince of the devils casteth he out devils.</w:t>
      </w:r>
      <w:r>
        <w:t xml:space="preserve"> </w:t>
      </w:r>
      <w:r>
        <w:rPr>
          <w:rFonts w:ascii="Liberation Sans" w:hAnsi="Liberation Sans" w:eastAsia="Liberation Sans"/>
          <w:b/>
          <w:color w:val="A67833"/>
          <w:sz w:val="15"/>
          <w:vertAlign w:val="superscript"/>
        </w:rPr>
        <w:t>23</w:t>
      </w:r>
      <w:r>
        <w:rPr>
          <w:rFonts w:ascii="Liberation Serif" w:hAnsi="Liberation Serif" w:eastAsia="Liberation Serif"/>
          <w:color w:val="20262E"/>
          <w:sz w:val="18"/>
        </w:rPr>
        <w:t xml:space="preserve"> And he called them unto him, and said unto them in parables, How can Satan cast out Satan?</w:t>
      </w:r>
      <w:r>
        <w:t xml:space="preserve"> </w:t>
      </w:r>
      <w:r>
        <w:rPr>
          <w:rFonts w:ascii="Liberation Sans" w:hAnsi="Liberation Sans" w:eastAsia="Liberation Sans"/>
          <w:b/>
          <w:color w:val="A67833"/>
          <w:sz w:val="15"/>
          <w:vertAlign w:val="superscript"/>
        </w:rPr>
        <w:t>24</w:t>
      </w:r>
      <w:r>
        <w:rPr>
          <w:rFonts w:ascii="Liberation Serif" w:hAnsi="Liberation Serif" w:eastAsia="Liberation Serif"/>
          <w:color w:val="20262E"/>
          <w:sz w:val="18"/>
        </w:rPr>
        <w:t xml:space="preserve"> And if a kingdom be divided against itself, that kingdom cannot stand.</w:t>
      </w:r>
      <w:r>
        <w:t xml:space="preserve"> </w:t>
      </w:r>
      <w:r>
        <w:rPr>
          <w:rFonts w:ascii="Liberation Sans" w:hAnsi="Liberation Sans" w:eastAsia="Liberation Sans"/>
          <w:b/>
          <w:color w:val="A67833"/>
          <w:sz w:val="15"/>
          <w:vertAlign w:val="superscript"/>
        </w:rPr>
        <w:t>25</w:t>
      </w:r>
      <w:r>
        <w:rPr>
          <w:rFonts w:ascii="Liberation Serif" w:hAnsi="Liberation Serif" w:eastAsia="Liberation Serif"/>
          <w:color w:val="20262E"/>
          <w:sz w:val="18"/>
        </w:rPr>
        <w:t xml:space="preserve"> And if a house be divided against itself, that house cannot stand.</w:t>
      </w:r>
      <w:r>
        <w:t xml:space="preserve"> </w:t>
      </w:r>
      <w:r>
        <w:rPr>
          <w:rFonts w:ascii="Liberation Sans" w:hAnsi="Liberation Sans" w:eastAsia="Liberation Sans"/>
          <w:b/>
          <w:color w:val="A67833"/>
          <w:sz w:val="15"/>
          <w:vertAlign w:val="superscript"/>
        </w:rPr>
        <w:t>26</w:t>
      </w:r>
      <w:r>
        <w:rPr>
          <w:rFonts w:ascii="Liberation Serif" w:hAnsi="Liberation Serif" w:eastAsia="Liberation Serif"/>
          <w:color w:val="20262E"/>
          <w:sz w:val="18"/>
        </w:rPr>
        <w:t xml:space="preserve"> And if Satan rise up against himself, and be divided, he cannot stand, but hath an end.</w:t>
      </w:r>
      <w:r>
        <w:t xml:space="preserve"> </w:t>
      </w:r>
      <w:r>
        <w:rPr>
          <w:rFonts w:ascii="Liberation Sans" w:hAnsi="Liberation Sans" w:eastAsia="Liberation Sans"/>
          <w:b/>
          <w:color w:val="A67833"/>
          <w:sz w:val="15"/>
          <w:vertAlign w:val="superscript"/>
        </w:rPr>
        <w:t>27</w:t>
      </w:r>
      <w:r>
        <w:rPr>
          <w:rFonts w:ascii="Liberation Serif" w:hAnsi="Liberation Serif" w:eastAsia="Liberation Serif"/>
          <w:color w:val="20262E"/>
          <w:sz w:val="18"/>
        </w:rPr>
        <w:t xml:space="preserve"> No man can enter into a strong man's house, and spoil his goods, except he will first bind the strong man; and then he will spoil his house.</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establishing the biblical basis for deliverance, training a ministry team, or praying directly against oppression.</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Follow Jesus' pattern: compassion, clear authority, concise commands, prayerful dependence, and restoration of the person to community and discipleship.</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Do not imitate the sons of Sceva, provoke manifestations, interrogate for spectacle, or treat the name of Jesus as a technique detached from relationship with Him.</w:t>
      </w:r>
    </w:p>
    <w:p>
      <w:pPr>
        <w:pStyle w:val="ScriptureReference"/>
        <w:keepNext/>
        <w:pBdr>
          <w:bottom w:val="single" w:sz="2" w:space="1" w:color="D5DBE0"/>
        </w:pBdr>
      </w:pPr>
      <w:r>
        <w:t>Mark 5:1-20</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w:t>
      </w:r>
      <w:r>
        <w:rPr>
          <w:rFonts w:ascii="Liberation Serif" w:hAnsi="Liberation Serif" w:eastAsia="Liberation Serif"/>
          <w:color w:val="20262E"/>
          <w:sz w:val="18"/>
        </w:rPr>
        <w:t xml:space="preserve"> And they came over unto the other side of the sea, into the country of the Gadarenes.</w:t>
      </w:r>
      <w:r>
        <w:t xml:space="preserve"> </w:t>
      </w:r>
      <w:r>
        <w:rPr>
          <w:rFonts w:ascii="Liberation Sans" w:hAnsi="Liberation Sans" w:eastAsia="Liberation Sans"/>
          <w:b/>
          <w:color w:val="A67833"/>
          <w:sz w:val="15"/>
          <w:vertAlign w:val="superscript"/>
        </w:rPr>
        <w:t>2</w:t>
      </w:r>
      <w:r>
        <w:rPr>
          <w:rFonts w:ascii="Liberation Serif" w:hAnsi="Liberation Serif" w:eastAsia="Liberation Serif"/>
          <w:color w:val="20262E"/>
          <w:sz w:val="18"/>
        </w:rPr>
        <w:t xml:space="preserve"> And when he was come out of the ship, immediately there met him out of the tombs a man with an unclean spirit,</w:t>
      </w:r>
      <w:r>
        <w:t xml:space="preserve"> </w:t>
      </w:r>
      <w:r>
        <w:rPr>
          <w:rFonts w:ascii="Liberation Sans" w:hAnsi="Liberation Sans" w:eastAsia="Liberation Sans"/>
          <w:b/>
          <w:color w:val="A67833"/>
          <w:sz w:val="15"/>
          <w:vertAlign w:val="superscript"/>
        </w:rPr>
        <w:t>3</w:t>
      </w:r>
      <w:r>
        <w:rPr>
          <w:rFonts w:ascii="Liberation Serif" w:hAnsi="Liberation Serif" w:eastAsia="Liberation Serif"/>
          <w:color w:val="20262E"/>
          <w:sz w:val="18"/>
        </w:rPr>
        <w:t xml:space="preserve"> Who had his dwelling among the tombs; and no man could bind him, no, not with chains:</w:t>
      </w:r>
      <w:r>
        <w:t xml:space="preserve"> </w:t>
      </w:r>
      <w:r>
        <w:rPr>
          <w:rFonts w:ascii="Liberation Sans" w:hAnsi="Liberation Sans" w:eastAsia="Liberation Sans"/>
          <w:b/>
          <w:color w:val="A67833"/>
          <w:sz w:val="15"/>
          <w:vertAlign w:val="superscript"/>
        </w:rPr>
        <w:t>4</w:t>
      </w:r>
      <w:r>
        <w:rPr>
          <w:rFonts w:ascii="Liberation Serif" w:hAnsi="Liberation Serif" w:eastAsia="Liberation Serif"/>
          <w:color w:val="20262E"/>
          <w:sz w:val="18"/>
        </w:rPr>
        <w:t xml:space="preserve"> Because that he had been often bound with fetters and chains, and the chains had been plucked asunder by him, and the fetters broken in pieces: neither could any man tame him.</w:t>
      </w:r>
      <w:r>
        <w:t xml:space="preserve"> </w:t>
      </w:r>
      <w:r>
        <w:rPr>
          <w:rFonts w:ascii="Liberation Sans" w:hAnsi="Liberation Sans" w:eastAsia="Liberation Sans"/>
          <w:b/>
          <w:color w:val="A67833"/>
          <w:sz w:val="15"/>
          <w:vertAlign w:val="superscript"/>
        </w:rPr>
        <w:t>5</w:t>
      </w:r>
      <w:r>
        <w:rPr>
          <w:rFonts w:ascii="Liberation Serif" w:hAnsi="Liberation Serif" w:eastAsia="Liberation Serif"/>
          <w:color w:val="20262E"/>
          <w:sz w:val="18"/>
        </w:rPr>
        <w:t xml:space="preserve"> And always, night and day, he was in the mountains, and in the tombs, crying, and cutting himself with stones.</w:t>
      </w:r>
      <w:r>
        <w:t xml:space="preserve"> </w:t>
      </w:r>
      <w:r>
        <w:rPr>
          <w:rFonts w:ascii="Liberation Sans" w:hAnsi="Liberation Sans" w:eastAsia="Liberation Sans"/>
          <w:b/>
          <w:color w:val="A67833"/>
          <w:sz w:val="15"/>
          <w:vertAlign w:val="superscript"/>
        </w:rPr>
        <w:t>6</w:t>
      </w:r>
      <w:r>
        <w:rPr>
          <w:rFonts w:ascii="Liberation Serif" w:hAnsi="Liberation Serif" w:eastAsia="Liberation Serif"/>
          <w:color w:val="20262E"/>
          <w:sz w:val="18"/>
        </w:rPr>
        <w:t xml:space="preserve"> But when he saw Jesus afar off, he ran and worshipped him,</w:t>
      </w:r>
      <w:r>
        <w:t xml:space="preserve"> </w:t>
      </w:r>
      <w:r>
        <w:rPr>
          <w:rFonts w:ascii="Liberation Sans" w:hAnsi="Liberation Sans" w:eastAsia="Liberation Sans"/>
          <w:b/>
          <w:color w:val="A67833"/>
          <w:sz w:val="15"/>
          <w:vertAlign w:val="superscript"/>
        </w:rPr>
        <w:t>7</w:t>
      </w:r>
      <w:r>
        <w:rPr>
          <w:rFonts w:ascii="Liberation Serif" w:hAnsi="Liberation Serif" w:eastAsia="Liberation Serif"/>
          <w:color w:val="20262E"/>
          <w:sz w:val="18"/>
        </w:rPr>
        <w:t xml:space="preserve"> And cried with a loud voice, and said, What have I to do with thee, Jesus, thou Son of the most high God? I adjure thee by God, that thou torment me not.</w:t>
      </w:r>
      <w:r>
        <w:t xml:space="preserve"> </w:t>
      </w:r>
      <w:r>
        <w:rPr>
          <w:rFonts w:ascii="Liberation Sans" w:hAnsi="Liberation Sans" w:eastAsia="Liberation Sans"/>
          <w:b/>
          <w:color w:val="A67833"/>
          <w:sz w:val="15"/>
          <w:vertAlign w:val="superscript"/>
        </w:rPr>
        <w:t>8</w:t>
      </w:r>
      <w:r>
        <w:rPr>
          <w:rFonts w:ascii="Liberation Serif" w:hAnsi="Liberation Serif" w:eastAsia="Liberation Serif"/>
          <w:color w:val="20262E"/>
          <w:sz w:val="18"/>
        </w:rPr>
        <w:t xml:space="preserve"> For he said unto him, Come out of the man, thou unclean spirit.</w:t>
      </w:r>
      <w:r>
        <w:t xml:space="preserve"> </w:t>
      </w:r>
      <w:r>
        <w:rPr>
          <w:rFonts w:ascii="Liberation Sans" w:hAnsi="Liberation Sans" w:eastAsia="Liberation Sans"/>
          <w:b/>
          <w:color w:val="A67833"/>
          <w:sz w:val="15"/>
          <w:vertAlign w:val="superscript"/>
        </w:rPr>
        <w:t>9</w:t>
      </w:r>
      <w:r>
        <w:rPr>
          <w:rFonts w:ascii="Liberation Serif" w:hAnsi="Liberation Serif" w:eastAsia="Liberation Serif"/>
          <w:color w:val="20262E"/>
          <w:sz w:val="18"/>
        </w:rPr>
        <w:t xml:space="preserve"> And he asked him, What is thy name? And he answered, saying, My name is Legion: for we are many.</w:t>
      </w:r>
      <w:r>
        <w:t xml:space="preserve"> </w:t>
      </w:r>
      <w:r>
        <w:rPr>
          <w:rFonts w:ascii="Liberation Sans" w:hAnsi="Liberation Sans" w:eastAsia="Liberation Sans"/>
          <w:b/>
          <w:color w:val="A67833"/>
          <w:sz w:val="15"/>
          <w:vertAlign w:val="superscript"/>
        </w:rPr>
        <w:t>10</w:t>
      </w:r>
      <w:r>
        <w:rPr>
          <w:rFonts w:ascii="Liberation Serif" w:hAnsi="Liberation Serif" w:eastAsia="Liberation Serif"/>
          <w:color w:val="20262E"/>
          <w:sz w:val="18"/>
        </w:rPr>
        <w:t xml:space="preserve"> And he besought him much that he would not send them away out of the country.</w:t>
      </w:r>
      <w:r>
        <w:t xml:space="preserve"> </w:t>
      </w:r>
      <w:r>
        <w:rPr>
          <w:rFonts w:ascii="Liberation Sans" w:hAnsi="Liberation Sans" w:eastAsia="Liberation Sans"/>
          <w:b/>
          <w:color w:val="A67833"/>
          <w:sz w:val="15"/>
          <w:vertAlign w:val="superscript"/>
        </w:rPr>
        <w:t>11</w:t>
      </w:r>
      <w:r>
        <w:rPr>
          <w:rFonts w:ascii="Liberation Serif" w:hAnsi="Liberation Serif" w:eastAsia="Liberation Serif"/>
          <w:color w:val="20262E"/>
          <w:sz w:val="18"/>
        </w:rPr>
        <w:t xml:space="preserve"> Now there was there nigh unto the mountains a great herd of swine feeding.</w:t>
      </w:r>
      <w:r>
        <w:t xml:space="preserve"> </w:t>
      </w:r>
      <w:r>
        <w:rPr>
          <w:rFonts w:ascii="Liberation Sans" w:hAnsi="Liberation Sans" w:eastAsia="Liberation Sans"/>
          <w:b/>
          <w:color w:val="A67833"/>
          <w:sz w:val="15"/>
          <w:vertAlign w:val="superscript"/>
        </w:rPr>
        <w:t>12</w:t>
      </w:r>
      <w:r>
        <w:rPr>
          <w:rFonts w:ascii="Liberation Serif" w:hAnsi="Liberation Serif" w:eastAsia="Liberation Serif"/>
          <w:color w:val="20262E"/>
          <w:sz w:val="18"/>
        </w:rPr>
        <w:t xml:space="preserve"> And all the devils besought him, saying, Send us into the swine, that we may enter into them.</w:t>
      </w:r>
      <w:r>
        <w:t xml:space="preserve"> </w:t>
      </w:r>
      <w:r>
        <w:rPr>
          <w:rFonts w:ascii="Liberation Sans" w:hAnsi="Liberation Sans" w:eastAsia="Liberation Sans"/>
          <w:b/>
          <w:color w:val="A67833"/>
          <w:sz w:val="15"/>
          <w:vertAlign w:val="superscript"/>
        </w:rPr>
        <w:t>13</w:t>
      </w:r>
      <w:r>
        <w:rPr>
          <w:rFonts w:ascii="Liberation Serif" w:hAnsi="Liberation Serif" w:eastAsia="Liberation Serif"/>
          <w:color w:val="20262E"/>
          <w:sz w:val="18"/>
        </w:rPr>
        <w:t xml:space="preserve"> And forthwith Jesus gave them leave. And the unclean spirits went out, and entered into the swine: and the herd ran violently down a steep place into the sea, (they were about two thousand;) and were choked in the sea.</w:t>
      </w:r>
      <w:r>
        <w:t xml:space="preserve"> </w:t>
      </w:r>
      <w:r>
        <w:rPr>
          <w:rFonts w:ascii="Liberation Sans" w:hAnsi="Liberation Sans" w:eastAsia="Liberation Sans"/>
          <w:b/>
          <w:color w:val="A67833"/>
          <w:sz w:val="15"/>
          <w:vertAlign w:val="superscript"/>
        </w:rPr>
        <w:t>14</w:t>
      </w:r>
      <w:r>
        <w:rPr>
          <w:rFonts w:ascii="Liberation Serif" w:hAnsi="Liberation Serif" w:eastAsia="Liberation Serif"/>
          <w:color w:val="20262E"/>
          <w:sz w:val="18"/>
        </w:rPr>
        <w:t xml:space="preserve"> And they that fed the swine fled, and told it in the city, and in the country. And they went out to see what it was that was done.</w:t>
      </w:r>
      <w:r>
        <w:t xml:space="preserve"> </w:t>
      </w:r>
      <w:r>
        <w:rPr>
          <w:rFonts w:ascii="Liberation Sans" w:hAnsi="Liberation Sans" w:eastAsia="Liberation Sans"/>
          <w:b/>
          <w:color w:val="A67833"/>
          <w:sz w:val="15"/>
          <w:vertAlign w:val="superscript"/>
        </w:rPr>
        <w:t>15</w:t>
      </w:r>
      <w:r>
        <w:rPr>
          <w:rFonts w:ascii="Liberation Serif" w:hAnsi="Liberation Serif" w:eastAsia="Liberation Serif"/>
          <w:color w:val="20262E"/>
          <w:sz w:val="18"/>
        </w:rPr>
        <w:t xml:space="preserve"> And they come to Jesus, and see him that was possessed with the devil, and had the legion, sitting, and clothed, and in his right mind: and they were afraid.</w:t>
      </w:r>
      <w:r>
        <w:t xml:space="preserve"> </w:t>
      </w:r>
      <w:r>
        <w:rPr>
          <w:rFonts w:ascii="Liberation Sans" w:hAnsi="Liberation Sans" w:eastAsia="Liberation Sans"/>
          <w:b/>
          <w:color w:val="A67833"/>
          <w:sz w:val="15"/>
          <w:vertAlign w:val="superscript"/>
        </w:rPr>
        <w:t>16</w:t>
      </w:r>
      <w:r>
        <w:rPr>
          <w:rFonts w:ascii="Liberation Serif" w:hAnsi="Liberation Serif" w:eastAsia="Liberation Serif"/>
          <w:color w:val="20262E"/>
          <w:sz w:val="18"/>
        </w:rPr>
        <w:t xml:space="preserve"> And they that saw it told them how it befell to him that was possessed with the devil, and also concerning the swine.</w:t>
      </w:r>
      <w:r>
        <w:t xml:space="preserve"> </w:t>
      </w:r>
      <w:r>
        <w:rPr>
          <w:rFonts w:ascii="Liberation Sans" w:hAnsi="Liberation Sans" w:eastAsia="Liberation Sans"/>
          <w:b/>
          <w:color w:val="A67833"/>
          <w:sz w:val="15"/>
          <w:vertAlign w:val="superscript"/>
        </w:rPr>
        <w:t>17</w:t>
      </w:r>
      <w:r>
        <w:rPr>
          <w:rFonts w:ascii="Liberation Serif" w:hAnsi="Liberation Serif" w:eastAsia="Liberation Serif"/>
          <w:color w:val="20262E"/>
          <w:sz w:val="18"/>
        </w:rPr>
        <w:t xml:space="preserve"> And they began to pray him to depart out of their coasts.</w:t>
      </w:r>
      <w:r>
        <w:t xml:space="preserve"> </w:t>
      </w:r>
      <w:r>
        <w:rPr>
          <w:rFonts w:ascii="Liberation Sans" w:hAnsi="Liberation Sans" w:eastAsia="Liberation Sans"/>
          <w:b/>
          <w:color w:val="A67833"/>
          <w:sz w:val="15"/>
          <w:vertAlign w:val="superscript"/>
        </w:rPr>
        <w:t>18</w:t>
      </w:r>
      <w:r>
        <w:rPr>
          <w:rFonts w:ascii="Liberation Serif" w:hAnsi="Liberation Serif" w:eastAsia="Liberation Serif"/>
          <w:color w:val="20262E"/>
          <w:sz w:val="18"/>
        </w:rPr>
        <w:t xml:space="preserve"> And when he was come into the ship, he that had been possessed with the devil prayed him that he might be with him.</w:t>
      </w:r>
      <w:r>
        <w:t xml:space="preserve"> </w:t>
      </w:r>
      <w:r>
        <w:rPr>
          <w:rFonts w:ascii="Liberation Sans" w:hAnsi="Liberation Sans" w:eastAsia="Liberation Sans"/>
          <w:b/>
          <w:color w:val="A67833"/>
          <w:sz w:val="15"/>
          <w:vertAlign w:val="superscript"/>
        </w:rPr>
        <w:t>19</w:t>
      </w:r>
      <w:r>
        <w:rPr>
          <w:rFonts w:ascii="Liberation Serif" w:hAnsi="Liberation Serif" w:eastAsia="Liberation Serif"/>
          <w:color w:val="20262E"/>
          <w:sz w:val="18"/>
        </w:rPr>
        <w:t xml:space="preserve"> Howbeit Jesus suffered him not, but saith unto him, Go home to thy friends, and tell them how great things the Lord hath done for thee, and hath had compassion on thee.</w:t>
      </w:r>
      <w:r>
        <w:t xml:space="preserve"> </w:t>
      </w:r>
      <w:r>
        <w:rPr>
          <w:rFonts w:ascii="Liberation Sans" w:hAnsi="Liberation Sans" w:eastAsia="Liberation Sans"/>
          <w:b/>
          <w:color w:val="A67833"/>
          <w:sz w:val="15"/>
          <w:vertAlign w:val="superscript"/>
        </w:rPr>
        <w:t>20</w:t>
      </w:r>
      <w:r>
        <w:rPr>
          <w:rFonts w:ascii="Liberation Serif" w:hAnsi="Liberation Serif" w:eastAsia="Liberation Serif"/>
          <w:color w:val="20262E"/>
          <w:sz w:val="18"/>
        </w:rPr>
        <w:t xml:space="preserve"> And he departed, and began to publish in Decapolis how great things Jesus had done for him: and all men did marvel.</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establishing the biblical basis for deliverance, training a ministry team, or praying directly against oppression.</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Follow Jesus' pattern: compassion, clear authority, concise commands, prayerful dependence, and restoration of the person to community and discipleship.</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Do not imitate the sons of Sceva, provoke manifestations, interrogate for spectacle, or treat the name of Jesus as a technique detached from relationship with Him.</w:t>
      </w:r>
    </w:p>
    <w:p>
      <w:pPr>
        <w:pStyle w:val="ScriptureReference"/>
        <w:keepNext/>
        <w:pBdr>
          <w:bottom w:val="single" w:sz="2" w:space="1" w:color="D5DBE0"/>
        </w:pBdr>
      </w:pPr>
      <w:r>
        <w:t>Mark 6:7,12-13</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7</w:t>
      </w:r>
      <w:r>
        <w:rPr>
          <w:rFonts w:ascii="Liberation Serif" w:hAnsi="Liberation Serif" w:eastAsia="Liberation Serif"/>
          <w:color w:val="20262E"/>
          <w:sz w:val="18"/>
        </w:rPr>
        <w:t xml:space="preserve"> And he called unto him the twelve, and began to send them forth by two and two; and gave them power over unclean spirits;</w:t>
      </w:r>
      <w:r>
        <w:t xml:space="preserve"> </w:t>
      </w:r>
      <w:r>
        <w:rPr>
          <w:rFonts w:ascii="Liberation Sans" w:hAnsi="Liberation Sans" w:eastAsia="Liberation Sans"/>
          <w:b/>
          <w:color w:val="A67833"/>
          <w:sz w:val="15"/>
          <w:vertAlign w:val="superscript"/>
        </w:rPr>
        <w:t>12</w:t>
      </w:r>
      <w:r>
        <w:rPr>
          <w:rFonts w:ascii="Liberation Serif" w:hAnsi="Liberation Serif" w:eastAsia="Liberation Serif"/>
          <w:color w:val="20262E"/>
          <w:sz w:val="18"/>
        </w:rPr>
        <w:t xml:space="preserve"> And they went out, and preached that men should repent.</w:t>
      </w:r>
      <w:r>
        <w:t xml:space="preserve"> </w:t>
      </w:r>
      <w:r>
        <w:rPr>
          <w:rFonts w:ascii="Liberation Sans" w:hAnsi="Liberation Sans" w:eastAsia="Liberation Sans"/>
          <w:b/>
          <w:color w:val="A67833"/>
          <w:sz w:val="15"/>
          <w:vertAlign w:val="superscript"/>
        </w:rPr>
        <w:t>13</w:t>
      </w:r>
      <w:r>
        <w:rPr>
          <w:rFonts w:ascii="Liberation Serif" w:hAnsi="Liberation Serif" w:eastAsia="Liberation Serif"/>
          <w:color w:val="20262E"/>
          <w:sz w:val="18"/>
        </w:rPr>
        <w:t xml:space="preserve"> And they cast out many devils, and anointed with oil many that were sick, and healed them.</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establishing the biblical basis for deliverance, training a ministry team, or praying directly against oppression.</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Follow Jesus' pattern: compassion, clear authority, concise commands, prayerful dependence, and restoration of the person to community and discipleship.</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Do not imitate the sons of Sceva, provoke manifestations, interrogate for spectacle, or treat the name of Jesus as a technique detached from relationship with Him.</w:t>
      </w:r>
    </w:p>
    <w:p>
      <w:pPr>
        <w:pStyle w:val="ScriptureReference"/>
        <w:keepNext/>
        <w:pBdr>
          <w:bottom w:val="single" w:sz="2" w:space="1" w:color="D5DBE0"/>
        </w:pBdr>
      </w:pPr>
      <w:r>
        <w:t>Mark 9:14-29</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14</w:t>
      </w:r>
      <w:r>
        <w:rPr>
          <w:rFonts w:ascii="Liberation Serif" w:hAnsi="Liberation Serif" w:eastAsia="Liberation Serif"/>
          <w:color w:val="20262E"/>
          <w:sz w:val="18"/>
        </w:rPr>
        <w:t xml:space="preserve"> And when he came to his disciples, he saw a great multitude about them, and the scribes questioning with them.</w:t>
      </w:r>
      <w:r>
        <w:t xml:space="preserve"> </w:t>
      </w:r>
      <w:r>
        <w:rPr>
          <w:rFonts w:ascii="Liberation Sans" w:hAnsi="Liberation Sans" w:eastAsia="Liberation Sans"/>
          <w:b/>
          <w:color w:val="A67833"/>
          <w:sz w:val="15"/>
          <w:vertAlign w:val="superscript"/>
        </w:rPr>
        <w:t>15</w:t>
      </w:r>
      <w:r>
        <w:rPr>
          <w:rFonts w:ascii="Liberation Serif" w:hAnsi="Liberation Serif" w:eastAsia="Liberation Serif"/>
          <w:color w:val="20262E"/>
          <w:sz w:val="18"/>
        </w:rPr>
        <w:t xml:space="preserve"> And straightway all the people, when they beheld him, were greatly amazed, and running to him saluted him.</w:t>
      </w:r>
      <w:r>
        <w:t xml:space="preserve"> </w:t>
      </w:r>
      <w:r>
        <w:rPr>
          <w:rFonts w:ascii="Liberation Sans" w:hAnsi="Liberation Sans" w:eastAsia="Liberation Sans"/>
          <w:b/>
          <w:color w:val="A67833"/>
          <w:sz w:val="15"/>
          <w:vertAlign w:val="superscript"/>
        </w:rPr>
        <w:t>16</w:t>
      </w:r>
      <w:r>
        <w:rPr>
          <w:rFonts w:ascii="Liberation Serif" w:hAnsi="Liberation Serif" w:eastAsia="Liberation Serif"/>
          <w:color w:val="20262E"/>
          <w:sz w:val="18"/>
        </w:rPr>
        <w:t xml:space="preserve"> And he asked the scribes, What question ye with them?</w:t>
      </w:r>
      <w:r>
        <w:t xml:space="preserve"> </w:t>
      </w:r>
      <w:r>
        <w:rPr>
          <w:rFonts w:ascii="Liberation Sans" w:hAnsi="Liberation Sans" w:eastAsia="Liberation Sans"/>
          <w:b/>
          <w:color w:val="A67833"/>
          <w:sz w:val="15"/>
          <w:vertAlign w:val="superscript"/>
        </w:rPr>
        <w:t>17</w:t>
      </w:r>
      <w:r>
        <w:rPr>
          <w:rFonts w:ascii="Liberation Serif" w:hAnsi="Liberation Serif" w:eastAsia="Liberation Serif"/>
          <w:color w:val="20262E"/>
          <w:sz w:val="18"/>
        </w:rPr>
        <w:t xml:space="preserve"> And one of the multitude answered and said, Master, I have brought unto thee my son, which hath a dumb spirit;</w:t>
      </w:r>
      <w:r>
        <w:t xml:space="preserve"> </w:t>
      </w:r>
      <w:r>
        <w:rPr>
          <w:rFonts w:ascii="Liberation Sans" w:hAnsi="Liberation Sans" w:eastAsia="Liberation Sans"/>
          <w:b/>
          <w:color w:val="A67833"/>
          <w:sz w:val="15"/>
          <w:vertAlign w:val="superscript"/>
        </w:rPr>
        <w:t>18</w:t>
      </w:r>
      <w:r>
        <w:rPr>
          <w:rFonts w:ascii="Liberation Serif" w:hAnsi="Liberation Serif" w:eastAsia="Liberation Serif"/>
          <w:color w:val="20262E"/>
          <w:sz w:val="18"/>
        </w:rPr>
        <w:t xml:space="preserve"> And wheresoever he taketh him, he teareth him: and he foameth, and gnasheth with his teeth, and pineth away: and I spake to thy disciples that they should cast him out; and they could not.</w:t>
      </w:r>
      <w:r>
        <w:t xml:space="preserve"> </w:t>
      </w:r>
      <w:r>
        <w:rPr>
          <w:rFonts w:ascii="Liberation Sans" w:hAnsi="Liberation Sans" w:eastAsia="Liberation Sans"/>
          <w:b/>
          <w:color w:val="A67833"/>
          <w:sz w:val="15"/>
          <w:vertAlign w:val="superscript"/>
        </w:rPr>
        <w:t>19</w:t>
      </w:r>
      <w:r>
        <w:rPr>
          <w:rFonts w:ascii="Liberation Serif" w:hAnsi="Liberation Serif" w:eastAsia="Liberation Serif"/>
          <w:color w:val="20262E"/>
          <w:sz w:val="18"/>
        </w:rPr>
        <w:t xml:space="preserve"> He answereth him, and saith, O faithless generation, how long shall I be with you? how long shall I suffer you? bring him unto me.</w:t>
      </w:r>
      <w:r>
        <w:t xml:space="preserve"> </w:t>
      </w:r>
      <w:r>
        <w:rPr>
          <w:rFonts w:ascii="Liberation Sans" w:hAnsi="Liberation Sans" w:eastAsia="Liberation Sans"/>
          <w:b/>
          <w:color w:val="A67833"/>
          <w:sz w:val="15"/>
          <w:vertAlign w:val="superscript"/>
        </w:rPr>
        <w:t>20</w:t>
      </w:r>
      <w:r>
        <w:rPr>
          <w:rFonts w:ascii="Liberation Serif" w:hAnsi="Liberation Serif" w:eastAsia="Liberation Serif"/>
          <w:color w:val="20262E"/>
          <w:sz w:val="18"/>
        </w:rPr>
        <w:t xml:space="preserve"> And they brought him unto him: and when he saw him, straightway the spirit tare him; and he fell on the ground, and wallowed foaming.</w:t>
      </w:r>
      <w:r>
        <w:t xml:space="preserve"> </w:t>
      </w:r>
      <w:r>
        <w:rPr>
          <w:rFonts w:ascii="Liberation Sans" w:hAnsi="Liberation Sans" w:eastAsia="Liberation Sans"/>
          <w:b/>
          <w:color w:val="A67833"/>
          <w:sz w:val="15"/>
          <w:vertAlign w:val="superscript"/>
        </w:rPr>
        <w:t>21</w:t>
      </w:r>
      <w:r>
        <w:rPr>
          <w:rFonts w:ascii="Liberation Serif" w:hAnsi="Liberation Serif" w:eastAsia="Liberation Serif"/>
          <w:color w:val="20262E"/>
          <w:sz w:val="18"/>
        </w:rPr>
        <w:t xml:space="preserve"> And he asked his father, How long is it ago since this came unto him? And he said, Of a child.</w:t>
      </w:r>
      <w:r>
        <w:t xml:space="preserve"> </w:t>
      </w:r>
      <w:r>
        <w:rPr>
          <w:rFonts w:ascii="Liberation Sans" w:hAnsi="Liberation Sans" w:eastAsia="Liberation Sans"/>
          <w:b/>
          <w:color w:val="A67833"/>
          <w:sz w:val="15"/>
          <w:vertAlign w:val="superscript"/>
        </w:rPr>
        <w:t>22</w:t>
      </w:r>
      <w:r>
        <w:rPr>
          <w:rFonts w:ascii="Liberation Serif" w:hAnsi="Liberation Serif" w:eastAsia="Liberation Serif"/>
          <w:color w:val="20262E"/>
          <w:sz w:val="18"/>
        </w:rPr>
        <w:t xml:space="preserve"> And ofttimes it hath cast him into the fire, and into the waters, to destroy him: but if thou canst do any thing, have compassion on us, and help us.</w:t>
      </w:r>
      <w:r>
        <w:t xml:space="preserve"> </w:t>
      </w:r>
      <w:r>
        <w:rPr>
          <w:rFonts w:ascii="Liberation Sans" w:hAnsi="Liberation Sans" w:eastAsia="Liberation Sans"/>
          <w:b/>
          <w:color w:val="A67833"/>
          <w:sz w:val="15"/>
          <w:vertAlign w:val="superscript"/>
        </w:rPr>
        <w:t>23</w:t>
      </w:r>
      <w:r>
        <w:rPr>
          <w:rFonts w:ascii="Liberation Serif" w:hAnsi="Liberation Serif" w:eastAsia="Liberation Serif"/>
          <w:color w:val="20262E"/>
          <w:sz w:val="18"/>
        </w:rPr>
        <w:t xml:space="preserve"> Jesus said unto him, If thou canst believe, all things are possible to him that believeth.</w:t>
      </w:r>
      <w:r>
        <w:t xml:space="preserve"> </w:t>
      </w:r>
      <w:r>
        <w:rPr>
          <w:rFonts w:ascii="Liberation Sans" w:hAnsi="Liberation Sans" w:eastAsia="Liberation Sans"/>
          <w:b/>
          <w:color w:val="A67833"/>
          <w:sz w:val="15"/>
          <w:vertAlign w:val="superscript"/>
        </w:rPr>
        <w:t>24</w:t>
      </w:r>
      <w:r>
        <w:rPr>
          <w:rFonts w:ascii="Liberation Serif" w:hAnsi="Liberation Serif" w:eastAsia="Liberation Serif"/>
          <w:color w:val="20262E"/>
          <w:sz w:val="18"/>
        </w:rPr>
        <w:t xml:space="preserve"> And straightway the father of the child cried out, and said with tears, Lord, I believe; help thou mine unbelief.</w:t>
      </w:r>
      <w:r>
        <w:t xml:space="preserve"> </w:t>
      </w:r>
      <w:r>
        <w:rPr>
          <w:rFonts w:ascii="Liberation Sans" w:hAnsi="Liberation Sans" w:eastAsia="Liberation Sans"/>
          <w:b/>
          <w:color w:val="A67833"/>
          <w:sz w:val="15"/>
          <w:vertAlign w:val="superscript"/>
        </w:rPr>
        <w:t>25</w:t>
      </w:r>
      <w:r>
        <w:rPr>
          <w:rFonts w:ascii="Liberation Serif" w:hAnsi="Liberation Serif" w:eastAsia="Liberation Serif"/>
          <w:color w:val="20262E"/>
          <w:sz w:val="18"/>
        </w:rPr>
        <w:t xml:space="preserve"> When Jesus saw that the people came running together, he rebuked the foul spirit, saying unto him, Thou dumb and deaf spirit, I charge thee, come out of him, and enter no more into him.</w:t>
      </w:r>
      <w:r>
        <w:t xml:space="preserve"> </w:t>
      </w:r>
      <w:r>
        <w:rPr>
          <w:rFonts w:ascii="Liberation Sans" w:hAnsi="Liberation Sans" w:eastAsia="Liberation Sans"/>
          <w:b/>
          <w:color w:val="A67833"/>
          <w:sz w:val="15"/>
          <w:vertAlign w:val="superscript"/>
        </w:rPr>
        <w:t>26</w:t>
      </w:r>
      <w:r>
        <w:rPr>
          <w:rFonts w:ascii="Liberation Serif" w:hAnsi="Liberation Serif" w:eastAsia="Liberation Serif"/>
          <w:color w:val="20262E"/>
          <w:sz w:val="18"/>
        </w:rPr>
        <w:t xml:space="preserve"> And the spirit cried, and rent him sore, and came out of him: and he was as one dead; insomuch that many said, He is dead.</w:t>
      </w:r>
      <w:r>
        <w:t xml:space="preserve"> </w:t>
      </w:r>
      <w:r>
        <w:rPr>
          <w:rFonts w:ascii="Liberation Sans" w:hAnsi="Liberation Sans" w:eastAsia="Liberation Sans"/>
          <w:b/>
          <w:color w:val="A67833"/>
          <w:sz w:val="15"/>
          <w:vertAlign w:val="superscript"/>
        </w:rPr>
        <w:t>27</w:t>
      </w:r>
      <w:r>
        <w:rPr>
          <w:rFonts w:ascii="Liberation Serif" w:hAnsi="Liberation Serif" w:eastAsia="Liberation Serif"/>
          <w:color w:val="20262E"/>
          <w:sz w:val="18"/>
        </w:rPr>
        <w:t xml:space="preserve"> But Jesus took him by the hand, and lifted him up; and he arose.</w:t>
      </w:r>
      <w:r>
        <w:t xml:space="preserve"> </w:t>
      </w:r>
      <w:r>
        <w:rPr>
          <w:rFonts w:ascii="Liberation Sans" w:hAnsi="Liberation Sans" w:eastAsia="Liberation Sans"/>
          <w:b/>
          <w:color w:val="A67833"/>
          <w:sz w:val="15"/>
          <w:vertAlign w:val="superscript"/>
        </w:rPr>
        <w:t>28</w:t>
      </w:r>
      <w:r>
        <w:rPr>
          <w:rFonts w:ascii="Liberation Serif" w:hAnsi="Liberation Serif" w:eastAsia="Liberation Serif"/>
          <w:color w:val="20262E"/>
          <w:sz w:val="18"/>
        </w:rPr>
        <w:t xml:space="preserve"> And when he was come into the house, his disciples asked him privately, Why could not we cast him out?</w:t>
      </w:r>
      <w:r>
        <w:t xml:space="preserve"> </w:t>
      </w:r>
      <w:r>
        <w:rPr>
          <w:rFonts w:ascii="Liberation Sans" w:hAnsi="Liberation Sans" w:eastAsia="Liberation Sans"/>
          <w:b/>
          <w:color w:val="A67833"/>
          <w:sz w:val="15"/>
          <w:vertAlign w:val="superscript"/>
        </w:rPr>
        <w:t>29</w:t>
      </w:r>
      <w:r>
        <w:rPr>
          <w:rFonts w:ascii="Liberation Serif" w:hAnsi="Liberation Serif" w:eastAsia="Liberation Serif"/>
          <w:color w:val="20262E"/>
          <w:sz w:val="18"/>
        </w:rPr>
        <w:t xml:space="preserve"> And he said unto them, This kind can come forth by nothing, but by prayer and fasting.</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establishing the biblical basis for deliverance, training a ministry team, or praying directly against oppression.</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Follow Jesus' pattern: compassion, clear authority, concise commands, prayerful dependence, and restoration of the person to community and discipleship.</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Do not imitate the sons of Sceva, provoke manifestations, interrogate for spectacle, or treat the name of Jesus as a technique detached from relationship with Him.</w:t>
      </w:r>
    </w:p>
    <w:p>
      <w:pPr>
        <w:pStyle w:val="ScriptureReference"/>
        <w:keepNext/>
        <w:pBdr>
          <w:bottom w:val="single" w:sz="2" w:space="1" w:color="D5DBE0"/>
        </w:pBdr>
      </w:pPr>
      <w:r>
        <w:t>Mark 16:15-18</w:t>
      </w:r>
    </w:p>
    <w:p>
      <w:pPr>
        <w:pStyle w:val="EvidenceTag"/>
        <w:keepNext/>
      </w:pPr>
      <w:r>
        <w:t>Evidence A | Source IDs: S07, S13 | Gene and Earline Moody / LHBC; Impact Christian Books / Frank Hammond</w:t>
      </w:r>
    </w:p>
    <w:p>
      <w:pPr>
        <w:pStyle w:val="ScriptureText"/>
        <w:keepNext/>
      </w:pPr>
      <w:r>
        <w:rPr>
          <w:rFonts w:ascii="Liberation Sans" w:hAnsi="Liberation Sans" w:eastAsia="Liberation Sans"/>
          <w:b/>
          <w:color w:val="A67833"/>
          <w:sz w:val="15"/>
          <w:vertAlign w:val="superscript"/>
        </w:rPr>
        <w:t>15</w:t>
      </w:r>
      <w:r>
        <w:rPr>
          <w:rFonts w:ascii="Liberation Serif" w:hAnsi="Liberation Serif" w:eastAsia="Liberation Serif"/>
          <w:color w:val="20262E"/>
          <w:sz w:val="18"/>
        </w:rPr>
        <w:t xml:space="preserve"> And he said unto them, Go ye into all the world, and preach the gospel to every creature.</w:t>
      </w:r>
      <w:r>
        <w:t xml:space="preserve"> </w:t>
      </w:r>
      <w:r>
        <w:rPr>
          <w:rFonts w:ascii="Liberation Sans" w:hAnsi="Liberation Sans" w:eastAsia="Liberation Sans"/>
          <w:b/>
          <w:color w:val="A67833"/>
          <w:sz w:val="15"/>
          <w:vertAlign w:val="superscript"/>
        </w:rPr>
        <w:t>16</w:t>
      </w:r>
      <w:r>
        <w:rPr>
          <w:rFonts w:ascii="Liberation Serif" w:hAnsi="Liberation Serif" w:eastAsia="Liberation Serif"/>
          <w:color w:val="20262E"/>
          <w:sz w:val="18"/>
        </w:rPr>
        <w:t xml:space="preserve"> He that believeth and is baptized shall be saved; but he that believeth not shall be damned.</w:t>
      </w:r>
      <w:r>
        <w:t xml:space="preserve"> </w:t>
      </w:r>
      <w:r>
        <w:rPr>
          <w:rFonts w:ascii="Liberation Sans" w:hAnsi="Liberation Sans" w:eastAsia="Liberation Sans"/>
          <w:b/>
          <w:color w:val="A67833"/>
          <w:sz w:val="15"/>
          <w:vertAlign w:val="superscript"/>
        </w:rPr>
        <w:t>17</w:t>
      </w:r>
      <w:r>
        <w:rPr>
          <w:rFonts w:ascii="Liberation Serif" w:hAnsi="Liberation Serif" w:eastAsia="Liberation Serif"/>
          <w:color w:val="20262E"/>
          <w:sz w:val="18"/>
        </w:rPr>
        <w:t xml:space="preserve"> And these signs shall follow them that believe; In my name shall they cast out devils; they shall speak with new tongues;</w:t>
      </w:r>
      <w:r>
        <w:t xml:space="preserve"> </w:t>
      </w:r>
      <w:r>
        <w:rPr>
          <w:rFonts w:ascii="Liberation Sans" w:hAnsi="Liberation Sans" w:eastAsia="Liberation Sans"/>
          <w:b/>
          <w:color w:val="A67833"/>
          <w:sz w:val="15"/>
          <w:vertAlign w:val="superscript"/>
        </w:rPr>
        <w:t>18</w:t>
      </w:r>
      <w:r>
        <w:rPr>
          <w:rFonts w:ascii="Liberation Serif" w:hAnsi="Liberation Serif" w:eastAsia="Liberation Serif"/>
          <w:color w:val="20262E"/>
          <w:sz w:val="18"/>
        </w:rPr>
        <w:t xml:space="preserve"> They shall take up serpents; and if they drink any deadly thing, it shall not hurt them; they shall lay hands on the sick, and they shall recover.</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When studying the historic Christian commission and deliverance tradition.</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Read with the textual-history note and compare with the undisputed commissions in Matthew 10, Matthew 28, Luke 9-10, and Acts.</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Mark 16:9-20 is absent from some of the earliest Greek manuscripts. No one should handle snakes, ingest poison, or create danger to prove faith.</w:t>
      </w:r>
    </w:p>
    <w:p>
      <w:pPr>
        <w:pStyle w:val="ScriptureReference"/>
        <w:keepNext/>
        <w:pBdr>
          <w:bottom w:val="single" w:sz="2" w:space="1" w:color="D5DBE0"/>
        </w:pBdr>
      </w:pPr>
      <w:r>
        <w:t>Luke 4:1-13</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w:t>
      </w:r>
      <w:r>
        <w:rPr>
          <w:rFonts w:ascii="Liberation Serif" w:hAnsi="Liberation Serif" w:eastAsia="Liberation Serif"/>
          <w:color w:val="20262E"/>
          <w:sz w:val="18"/>
        </w:rPr>
        <w:t xml:space="preserve"> And Jesus being full of the Holy Ghost returned from Jordan, and was led by the Spirit into the wilderness,</w:t>
      </w:r>
      <w:r>
        <w:t xml:space="preserve"> </w:t>
      </w:r>
      <w:r>
        <w:rPr>
          <w:rFonts w:ascii="Liberation Sans" w:hAnsi="Liberation Sans" w:eastAsia="Liberation Sans"/>
          <w:b/>
          <w:color w:val="A67833"/>
          <w:sz w:val="15"/>
          <w:vertAlign w:val="superscript"/>
        </w:rPr>
        <w:t>2</w:t>
      </w:r>
      <w:r>
        <w:rPr>
          <w:rFonts w:ascii="Liberation Serif" w:hAnsi="Liberation Serif" w:eastAsia="Liberation Serif"/>
          <w:color w:val="20262E"/>
          <w:sz w:val="18"/>
        </w:rPr>
        <w:t xml:space="preserve"> Being forty days tempted of the devil. And in those days he did eat nothing: and when they were ended, he afterward hungered.</w:t>
      </w:r>
      <w:r>
        <w:t xml:space="preserve"> </w:t>
      </w:r>
      <w:r>
        <w:rPr>
          <w:rFonts w:ascii="Liberation Sans" w:hAnsi="Liberation Sans" w:eastAsia="Liberation Sans"/>
          <w:b/>
          <w:color w:val="A67833"/>
          <w:sz w:val="15"/>
          <w:vertAlign w:val="superscript"/>
        </w:rPr>
        <w:t>3</w:t>
      </w:r>
      <w:r>
        <w:rPr>
          <w:rFonts w:ascii="Liberation Serif" w:hAnsi="Liberation Serif" w:eastAsia="Liberation Serif"/>
          <w:color w:val="20262E"/>
          <w:sz w:val="18"/>
        </w:rPr>
        <w:t xml:space="preserve"> And the devil said unto him, If thou be the Son of God, command this stone that it be made bread.</w:t>
      </w:r>
      <w:r>
        <w:t xml:space="preserve"> </w:t>
      </w:r>
      <w:r>
        <w:rPr>
          <w:rFonts w:ascii="Liberation Sans" w:hAnsi="Liberation Sans" w:eastAsia="Liberation Sans"/>
          <w:b/>
          <w:color w:val="A67833"/>
          <w:sz w:val="15"/>
          <w:vertAlign w:val="superscript"/>
        </w:rPr>
        <w:t>4</w:t>
      </w:r>
      <w:r>
        <w:rPr>
          <w:rFonts w:ascii="Liberation Serif" w:hAnsi="Liberation Serif" w:eastAsia="Liberation Serif"/>
          <w:color w:val="20262E"/>
          <w:sz w:val="18"/>
        </w:rPr>
        <w:t xml:space="preserve"> And Jesus answered him, saying, It is written, That man shall not live by bread alone, but by every word of God.</w:t>
      </w:r>
      <w:r>
        <w:t xml:space="preserve"> </w:t>
      </w:r>
      <w:r>
        <w:rPr>
          <w:rFonts w:ascii="Liberation Sans" w:hAnsi="Liberation Sans" w:eastAsia="Liberation Sans"/>
          <w:b/>
          <w:color w:val="A67833"/>
          <w:sz w:val="15"/>
          <w:vertAlign w:val="superscript"/>
        </w:rPr>
        <w:t>5</w:t>
      </w:r>
      <w:r>
        <w:rPr>
          <w:rFonts w:ascii="Liberation Serif" w:hAnsi="Liberation Serif" w:eastAsia="Liberation Serif"/>
          <w:color w:val="20262E"/>
          <w:sz w:val="18"/>
        </w:rPr>
        <w:t xml:space="preserve"> And the devil, taking him up into an high mountain, shewed unto him all the kingdoms of the world in a moment of time.</w:t>
      </w:r>
      <w:r>
        <w:t xml:space="preserve"> </w:t>
      </w:r>
      <w:r>
        <w:rPr>
          <w:rFonts w:ascii="Liberation Sans" w:hAnsi="Liberation Sans" w:eastAsia="Liberation Sans"/>
          <w:b/>
          <w:color w:val="A67833"/>
          <w:sz w:val="15"/>
          <w:vertAlign w:val="superscript"/>
        </w:rPr>
        <w:t>6</w:t>
      </w:r>
      <w:r>
        <w:rPr>
          <w:rFonts w:ascii="Liberation Serif" w:hAnsi="Liberation Serif" w:eastAsia="Liberation Serif"/>
          <w:color w:val="20262E"/>
          <w:sz w:val="18"/>
        </w:rPr>
        <w:t xml:space="preserve"> And the devil said unto him, All this power will I give thee, and the glory of them: for that is delivered unto me; and to whomsoever I will I give it.</w:t>
      </w:r>
      <w:r>
        <w:t xml:space="preserve"> </w:t>
      </w:r>
      <w:r>
        <w:rPr>
          <w:rFonts w:ascii="Liberation Sans" w:hAnsi="Liberation Sans" w:eastAsia="Liberation Sans"/>
          <w:b/>
          <w:color w:val="A67833"/>
          <w:sz w:val="15"/>
          <w:vertAlign w:val="superscript"/>
        </w:rPr>
        <w:t>7</w:t>
      </w:r>
      <w:r>
        <w:rPr>
          <w:rFonts w:ascii="Liberation Serif" w:hAnsi="Liberation Serif" w:eastAsia="Liberation Serif"/>
          <w:color w:val="20262E"/>
          <w:sz w:val="18"/>
        </w:rPr>
        <w:t xml:space="preserve"> If thou therefore wilt worship me, all shall be thine.</w:t>
      </w:r>
      <w:r>
        <w:t xml:space="preserve"> </w:t>
      </w:r>
      <w:r>
        <w:rPr>
          <w:rFonts w:ascii="Liberation Sans" w:hAnsi="Liberation Sans" w:eastAsia="Liberation Sans"/>
          <w:b/>
          <w:color w:val="A67833"/>
          <w:sz w:val="15"/>
          <w:vertAlign w:val="superscript"/>
        </w:rPr>
        <w:t>8</w:t>
      </w:r>
      <w:r>
        <w:rPr>
          <w:rFonts w:ascii="Liberation Serif" w:hAnsi="Liberation Serif" w:eastAsia="Liberation Serif"/>
          <w:color w:val="20262E"/>
          <w:sz w:val="18"/>
        </w:rPr>
        <w:t xml:space="preserve"> And Jesus answered and said unto him, Get thee behind me, Satan: for it is written, Thou shalt worship the Lord thy God, and him only shalt thou serve.</w:t>
      </w:r>
      <w:r>
        <w:t xml:space="preserve"> </w:t>
      </w:r>
      <w:r>
        <w:rPr>
          <w:rFonts w:ascii="Liberation Sans" w:hAnsi="Liberation Sans" w:eastAsia="Liberation Sans"/>
          <w:b/>
          <w:color w:val="A67833"/>
          <w:sz w:val="15"/>
          <w:vertAlign w:val="superscript"/>
        </w:rPr>
        <w:t>9</w:t>
      </w:r>
      <w:r>
        <w:rPr>
          <w:rFonts w:ascii="Liberation Serif" w:hAnsi="Liberation Serif" w:eastAsia="Liberation Serif"/>
          <w:color w:val="20262E"/>
          <w:sz w:val="18"/>
        </w:rPr>
        <w:t xml:space="preserve"> And he brought him to Jerusalem, and set him on a pinnacle of the temple, and said unto him, If thou be the Son of God, cast thyself down from hence:</w:t>
      </w:r>
      <w:r>
        <w:t xml:space="preserve"> </w:t>
      </w:r>
      <w:r>
        <w:rPr>
          <w:rFonts w:ascii="Liberation Sans" w:hAnsi="Liberation Sans" w:eastAsia="Liberation Sans"/>
          <w:b/>
          <w:color w:val="A67833"/>
          <w:sz w:val="15"/>
          <w:vertAlign w:val="superscript"/>
        </w:rPr>
        <w:t>10</w:t>
      </w:r>
      <w:r>
        <w:rPr>
          <w:rFonts w:ascii="Liberation Serif" w:hAnsi="Liberation Serif" w:eastAsia="Liberation Serif"/>
          <w:color w:val="20262E"/>
          <w:sz w:val="18"/>
        </w:rPr>
        <w:t xml:space="preserve"> For it is written, He shall give his angels charge over thee, to keep thee:</w:t>
      </w:r>
      <w:r>
        <w:t xml:space="preserve"> </w:t>
      </w:r>
      <w:r>
        <w:rPr>
          <w:rFonts w:ascii="Liberation Sans" w:hAnsi="Liberation Sans" w:eastAsia="Liberation Sans"/>
          <w:b/>
          <w:color w:val="A67833"/>
          <w:sz w:val="15"/>
          <w:vertAlign w:val="superscript"/>
        </w:rPr>
        <w:t>11</w:t>
      </w:r>
      <w:r>
        <w:rPr>
          <w:rFonts w:ascii="Liberation Serif" w:hAnsi="Liberation Serif" w:eastAsia="Liberation Serif"/>
          <w:color w:val="20262E"/>
          <w:sz w:val="18"/>
        </w:rPr>
        <w:t xml:space="preserve"> And in their hands they shall bear thee up, lest at any time thou dash thy foot against a stone.</w:t>
      </w:r>
      <w:r>
        <w:t xml:space="preserve"> </w:t>
      </w:r>
      <w:r>
        <w:rPr>
          <w:rFonts w:ascii="Liberation Sans" w:hAnsi="Liberation Sans" w:eastAsia="Liberation Sans"/>
          <w:b/>
          <w:color w:val="A67833"/>
          <w:sz w:val="15"/>
          <w:vertAlign w:val="superscript"/>
        </w:rPr>
        <w:t>12</w:t>
      </w:r>
      <w:r>
        <w:rPr>
          <w:rFonts w:ascii="Liberation Serif" w:hAnsi="Liberation Serif" w:eastAsia="Liberation Serif"/>
          <w:color w:val="20262E"/>
          <w:sz w:val="18"/>
        </w:rPr>
        <w:t xml:space="preserve"> And Jesus answering said unto him, It is said, Thou shalt not tempt the Lord thy God.</w:t>
      </w:r>
      <w:r>
        <w:t xml:space="preserve"> </w:t>
      </w:r>
      <w:r>
        <w:rPr>
          <w:rFonts w:ascii="Liberation Sans" w:hAnsi="Liberation Sans" w:eastAsia="Liberation Sans"/>
          <w:b/>
          <w:color w:val="A67833"/>
          <w:sz w:val="15"/>
          <w:vertAlign w:val="superscript"/>
        </w:rPr>
        <w:t>13</w:t>
      </w:r>
      <w:r>
        <w:rPr>
          <w:rFonts w:ascii="Liberation Serif" w:hAnsi="Liberation Serif" w:eastAsia="Liberation Serif"/>
          <w:color w:val="20262E"/>
          <w:sz w:val="18"/>
        </w:rPr>
        <w:t xml:space="preserve"> And when the devil had ended all the temptation, he departed from him for a season.</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establishing the biblical basis for deliverance, training a ministry team, or praying directly against oppression.</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Follow Jesus' pattern: compassion, clear authority, concise commands, prayerful dependence, and restoration of the person to community and discipleship.</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Do not imitate the sons of Sceva, provoke manifestations, interrogate for spectacle, or treat the name of Jesus as a technique detached from relationship with Him.</w:t>
      </w:r>
    </w:p>
    <w:p>
      <w:pPr>
        <w:pStyle w:val="ScriptureReference"/>
        <w:keepNext/>
        <w:pBdr>
          <w:bottom w:val="single" w:sz="2" w:space="1" w:color="D5DBE0"/>
        </w:pBdr>
      </w:pPr>
      <w:r>
        <w:t>Luke 4:31-36</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31</w:t>
      </w:r>
      <w:r>
        <w:rPr>
          <w:rFonts w:ascii="Liberation Serif" w:hAnsi="Liberation Serif" w:eastAsia="Liberation Serif"/>
          <w:color w:val="20262E"/>
          <w:sz w:val="18"/>
        </w:rPr>
        <w:t xml:space="preserve"> And came down to Capernaum, a city of Galilee, and taught them on the sabbath days.</w:t>
      </w:r>
      <w:r>
        <w:t xml:space="preserve"> </w:t>
      </w:r>
      <w:r>
        <w:rPr>
          <w:rFonts w:ascii="Liberation Sans" w:hAnsi="Liberation Sans" w:eastAsia="Liberation Sans"/>
          <w:b/>
          <w:color w:val="A67833"/>
          <w:sz w:val="15"/>
          <w:vertAlign w:val="superscript"/>
        </w:rPr>
        <w:t>32</w:t>
      </w:r>
      <w:r>
        <w:rPr>
          <w:rFonts w:ascii="Liberation Serif" w:hAnsi="Liberation Serif" w:eastAsia="Liberation Serif"/>
          <w:color w:val="20262E"/>
          <w:sz w:val="18"/>
        </w:rPr>
        <w:t xml:space="preserve"> And they were astonished at his doctrine: for his word was with power.</w:t>
      </w:r>
      <w:r>
        <w:t xml:space="preserve"> </w:t>
      </w:r>
      <w:r>
        <w:rPr>
          <w:rFonts w:ascii="Liberation Sans" w:hAnsi="Liberation Sans" w:eastAsia="Liberation Sans"/>
          <w:b/>
          <w:color w:val="A67833"/>
          <w:sz w:val="15"/>
          <w:vertAlign w:val="superscript"/>
        </w:rPr>
        <w:t>33</w:t>
      </w:r>
      <w:r>
        <w:rPr>
          <w:rFonts w:ascii="Liberation Serif" w:hAnsi="Liberation Serif" w:eastAsia="Liberation Serif"/>
          <w:color w:val="20262E"/>
          <w:sz w:val="18"/>
        </w:rPr>
        <w:t xml:space="preserve"> And in the synagogue there was a man, which had a spirit of an unclean devil, and cried out with a loud voice,</w:t>
      </w:r>
      <w:r>
        <w:t xml:space="preserve"> </w:t>
      </w:r>
      <w:r>
        <w:rPr>
          <w:rFonts w:ascii="Liberation Sans" w:hAnsi="Liberation Sans" w:eastAsia="Liberation Sans"/>
          <w:b/>
          <w:color w:val="A67833"/>
          <w:sz w:val="15"/>
          <w:vertAlign w:val="superscript"/>
        </w:rPr>
        <w:t>34</w:t>
      </w:r>
      <w:r>
        <w:rPr>
          <w:rFonts w:ascii="Liberation Serif" w:hAnsi="Liberation Serif" w:eastAsia="Liberation Serif"/>
          <w:color w:val="20262E"/>
          <w:sz w:val="18"/>
        </w:rPr>
        <w:t xml:space="preserve"> Saying, Let us alone; what have we to do with thee, thou Jesus of Nazareth? art thou come to destroy us? I know thee who thou art; the Holy One of God.</w:t>
      </w:r>
      <w:r>
        <w:t xml:space="preserve"> </w:t>
      </w:r>
      <w:r>
        <w:rPr>
          <w:rFonts w:ascii="Liberation Sans" w:hAnsi="Liberation Sans" w:eastAsia="Liberation Sans"/>
          <w:b/>
          <w:color w:val="A67833"/>
          <w:sz w:val="15"/>
          <w:vertAlign w:val="superscript"/>
        </w:rPr>
        <w:t>35</w:t>
      </w:r>
      <w:r>
        <w:rPr>
          <w:rFonts w:ascii="Liberation Serif" w:hAnsi="Liberation Serif" w:eastAsia="Liberation Serif"/>
          <w:color w:val="20262E"/>
          <w:sz w:val="18"/>
        </w:rPr>
        <w:t xml:space="preserve"> And Jesus rebuked him, saying, Hold thy peace, and come out of him. And when the devil had thrown him in the midst, he came out of him, and hurt him not.</w:t>
      </w:r>
      <w:r>
        <w:t xml:space="preserve"> </w:t>
      </w:r>
      <w:r>
        <w:rPr>
          <w:rFonts w:ascii="Liberation Sans" w:hAnsi="Liberation Sans" w:eastAsia="Liberation Sans"/>
          <w:b/>
          <w:color w:val="A67833"/>
          <w:sz w:val="15"/>
          <w:vertAlign w:val="superscript"/>
        </w:rPr>
        <w:t>36</w:t>
      </w:r>
      <w:r>
        <w:rPr>
          <w:rFonts w:ascii="Liberation Serif" w:hAnsi="Liberation Serif" w:eastAsia="Liberation Serif"/>
          <w:color w:val="20262E"/>
          <w:sz w:val="18"/>
        </w:rPr>
        <w:t xml:space="preserve"> And they were all amazed, and spake among themselves, saying, What a word is this! for with authority and power he commandeth the unclean spirits, and they come out.</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establishing the biblical basis for deliverance, training a ministry team, or praying directly against oppression.</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Follow Jesus' pattern: compassion, clear authority, concise commands, prayerful dependence, and restoration of the person to community and discipleship.</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Do not imitate the sons of Sceva, provoke manifestations, interrogate for spectacle, or treat the name of Jesus as a technique detached from relationship with Him.</w:t>
      </w:r>
    </w:p>
    <w:p>
      <w:pPr>
        <w:pStyle w:val="ScriptureReference"/>
        <w:keepNext/>
        <w:pBdr>
          <w:bottom w:val="single" w:sz="2" w:space="1" w:color="D5DBE0"/>
        </w:pBdr>
      </w:pPr>
      <w:r>
        <w:t>Luke 8:26-39</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26</w:t>
      </w:r>
      <w:r>
        <w:rPr>
          <w:rFonts w:ascii="Liberation Serif" w:hAnsi="Liberation Serif" w:eastAsia="Liberation Serif"/>
          <w:color w:val="20262E"/>
          <w:sz w:val="18"/>
        </w:rPr>
        <w:t xml:space="preserve"> And they arrived at the country of the Gadarenes, which is over against Galilee.</w:t>
      </w:r>
      <w:r>
        <w:t xml:space="preserve"> </w:t>
      </w:r>
      <w:r>
        <w:rPr>
          <w:rFonts w:ascii="Liberation Sans" w:hAnsi="Liberation Sans" w:eastAsia="Liberation Sans"/>
          <w:b/>
          <w:color w:val="A67833"/>
          <w:sz w:val="15"/>
          <w:vertAlign w:val="superscript"/>
        </w:rPr>
        <w:t>27</w:t>
      </w:r>
      <w:r>
        <w:rPr>
          <w:rFonts w:ascii="Liberation Serif" w:hAnsi="Liberation Serif" w:eastAsia="Liberation Serif"/>
          <w:color w:val="20262E"/>
          <w:sz w:val="18"/>
        </w:rPr>
        <w:t xml:space="preserve"> And when he went forth to land, there met him out of the city a certain man, which had devils long time, and ware no clothes, neither abode in any house, but in the tombs.</w:t>
      </w:r>
      <w:r>
        <w:t xml:space="preserve"> </w:t>
      </w:r>
      <w:r>
        <w:rPr>
          <w:rFonts w:ascii="Liberation Sans" w:hAnsi="Liberation Sans" w:eastAsia="Liberation Sans"/>
          <w:b/>
          <w:color w:val="A67833"/>
          <w:sz w:val="15"/>
          <w:vertAlign w:val="superscript"/>
        </w:rPr>
        <w:t>28</w:t>
      </w:r>
      <w:r>
        <w:rPr>
          <w:rFonts w:ascii="Liberation Serif" w:hAnsi="Liberation Serif" w:eastAsia="Liberation Serif"/>
          <w:color w:val="20262E"/>
          <w:sz w:val="18"/>
        </w:rPr>
        <w:t xml:space="preserve"> When he saw Jesus, he cried out, and fell down before him, and with a loud voice said, What have I to do with thee, Jesus, thou Son of God most high? I beseech thee, torment me not.</w:t>
      </w:r>
      <w:r>
        <w:t xml:space="preserve"> </w:t>
      </w:r>
      <w:r>
        <w:rPr>
          <w:rFonts w:ascii="Liberation Sans" w:hAnsi="Liberation Sans" w:eastAsia="Liberation Sans"/>
          <w:b/>
          <w:color w:val="A67833"/>
          <w:sz w:val="15"/>
          <w:vertAlign w:val="superscript"/>
        </w:rPr>
        <w:t>29</w:t>
      </w:r>
      <w:r>
        <w:rPr>
          <w:rFonts w:ascii="Liberation Serif" w:hAnsi="Liberation Serif" w:eastAsia="Liberation Serif"/>
          <w:color w:val="20262E"/>
          <w:sz w:val="18"/>
        </w:rPr>
        <w:t xml:space="preserve"> (For he had commanded the unclean spirit to come out of the man. For oftentimes it had caught him: and he was kept bound with chains and in fetters; and he brake the bands, and was driven of the devil into the wilderness.)</w:t>
      </w:r>
      <w:r>
        <w:t xml:space="preserve"> </w:t>
      </w:r>
      <w:r>
        <w:rPr>
          <w:rFonts w:ascii="Liberation Sans" w:hAnsi="Liberation Sans" w:eastAsia="Liberation Sans"/>
          <w:b/>
          <w:color w:val="A67833"/>
          <w:sz w:val="15"/>
          <w:vertAlign w:val="superscript"/>
        </w:rPr>
        <w:t>30</w:t>
      </w:r>
      <w:r>
        <w:rPr>
          <w:rFonts w:ascii="Liberation Serif" w:hAnsi="Liberation Serif" w:eastAsia="Liberation Serif"/>
          <w:color w:val="20262E"/>
          <w:sz w:val="18"/>
        </w:rPr>
        <w:t xml:space="preserve"> And Jesus asked him, saying, What is thy name? And he said, Legion: because many devils were entered into him.</w:t>
      </w:r>
      <w:r>
        <w:t xml:space="preserve"> </w:t>
      </w:r>
      <w:r>
        <w:rPr>
          <w:rFonts w:ascii="Liberation Sans" w:hAnsi="Liberation Sans" w:eastAsia="Liberation Sans"/>
          <w:b/>
          <w:color w:val="A67833"/>
          <w:sz w:val="15"/>
          <w:vertAlign w:val="superscript"/>
        </w:rPr>
        <w:t>31</w:t>
      </w:r>
      <w:r>
        <w:rPr>
          <w:rFonts w:ascii="Liberation Serif" w:hAnsi="Liberation Serif" w:eastAsia="Liberation Serif"/>
          <w:color w:val="20262E"/>
          <w:sz w:val="18"/>
        </w:rPr>
        <w:t xml:space="preserve"> And they besought him that he would not command them to go out into the deep.</w:t>
      </w:r>
      <w:r>
        <w:t xml:space="preserve"> </w:t>
      </w:r>
      <w:r>
        <w:rPr>
          <w:rFonts w:ascii="Liberation Sans" w:hAnsi="Liberation Sans" w:eastAsia="Liberation Sans"/>
          <w:b/>
          <w:color w:val="A67833"/>
          <w:sz w:val="15"/>
          <w:vertAlign w:val="superscript"/>
        </w:rPr>
        <w:t>32</w:t>
      </w:r>
      <w:r>
        <w:rPr>
          <w:rFonts w:ascii="Liberation Serif" w:hAnsi="Liberation Serif" w:eastAsia="Liberation Serif"/>
          <w:color w:val="20262E"/>
          <w:sz w:val="18"/>
        </w:rPr>
        <w:t xml:space="preserve"> And there was there an herd of many swine feeding on the mountain: and they besought him that he would suffer them to enter into them. And he suffered them.</w:t>
      </w:r>
      <w:r>
        <w:t xml:space="preserve"> </w:t>
      </w:r>
      <w:r>
        <w:rPr>
          <w:rFonts w:ascii="Liberation Sans" w:hAnsi="Liberation Sans" w:eastAsia="Liberation Sans"/>
          <w:b/>
          <w:color w:val="A67833"/>
          <w:sz w:val="15"/>
          <w:vertAlign w:val="superscript"/>
        </w:rPr>
        <w:t>33</w:t>
      </w:r>
      <w:r>
        <w:rPr>
          <w:rFonts w:ascii="Liberation Serif" w:hAnsi="Liberation Serif" w:eastAsia="Liberation Serif"/>
          <w:color w:val="20262E"/>
          <w:sz w:val="18"/>
        </w:rPr>
        <w:t xml:space="preserve"> Then went the devils out of the man, and entered into the swine: and the herd ran violently down a steep place into the lake, and were choked.</w:t>
      </w:r>
      <w:r>
        <w:t xml:space="preserve"> </w:t>
      </w:r>
      <w:r>
        <w:rPr>
          <w:rFonts w:ascii="Liberation Sans" w:hAnsi="Liberation Sans" w:eastAsia="Liberation Sans"/>
          <w:b/>
          <w:color w:val="A67833"/>
          <w:sz w:val="15"/>
          <w:vertAlign w:val="superscript"/>
        </w:rPr>
        <w:t>34</w:t>
      </w:r>
      <w:r>
        <w:rPr>
          <w:rFonts w:ascii="Liberation Serif" w:hAnsi="Liberation Serif" w:eastAsia="Liberation Serif"/>
          <w:color w:val="20262E"/>
          <w:sz w:val="18"/>
        </w:rPr>
        <w:t xml:space="preserve"> When they that fed them saw what was done, they fled, and went and told it in the city and in the country.</w:t>
      </w:r>
      <w:r>
        <w:t xml:space="preserve"> </w:t>
      </w:r>
      <w:r>
        <w:rPr>
          <w:rFonts w:ascii="Liberation Sans" w:hAnsi="Liberation Sans" w:eastAsia="Liberation Sans"/>
          <w:b/>
          <w:color w:val="A67833"/>
          <w:sz w:val="15"/>
          <w:vertAlign w:val="superscript"/>
        </w:rPr>
        <w:t>35</w:t>
      </w:r>
      <w:r>
        <w:rPr>
          <w:rFonts w:ascii="Liberation Serif" w:hAnsi="Liberation Serif" w:eastAsia="Liberation Serif"/>
          <w:color w:val="20262E"/>
          <w:sz w:val="18"/>
        </w:rPr>
        <w:t xml:space="preserve"> Then they went out to see what was done; and came to Jesus, and found the man, out of whom the devils were departed, sitting at the feet of Jesus, clothed, and in his right mind: and they were afraid.</w:t>
      </w:r>
      <w:r>
        <w:t xml:space="preserve"> </w:t>
      </w:r>
      <w:r>
        <w:rPr>
          <w:rFonts w:ascii="Liberation Sans" w:hAnsi="Liberation Sans" w:eastAsia="Liberation Sans"/>
          <w:b/>
          <w:color w:val="A67833"/>
          <w:sz w:val="15"/>
          <w:vertAlign w:val="superscript"/>
        </w:rPr>
        <w:t>36</w:t>
      </w:r>
      <w:r>
        <w:rPr>
          <w:rFonts w:ascii="Liberation Serif" w:hAnsi="Liberation Serif" w:eastAsia="Liberation Serif"/>
          <w:color w:val="20262E"/>
          <w:sz w:val="18"/>
        </w:rPr>
        <w:t xml:space="preserve"> They also which saw it told them by what means he that was possessed of the devils was healed.</w:t>
      </w:r>
      <w:r>
        <w:t xml:space="preserve"> </w:t>
      </w:r>
      <w:r>
        <w:rPr>
          <w:rFonts w:ascii="Liberation Sans" w:hAnsi="Liberation Sans" w:eastAsia="Liberation Sans"/>
          <w:b/>
          <w:color w:val="A67833"/>
          <w:sz w:val="15"/>
          <w:vertAlign w:val="superscript"/>
        </w:rPr>
        <w:t>37</w:t>
      </w:r>
      <w:r>
        <w:rPr>
          <w:rFonts w:ascii="Liberation Serif" w:hAnsi="Liberation Serif" w:eastAsia="Liberation Serif"/>
          <w:color w:val="20262E"/>
          <w:sz w:val="18"/>
        </w:rPr>
        <w:t xml:space="preserve"> Then the whole multitude of the country of the Gadarenes round about besought him to depart from them; for they were taken with great fear: and he went up into the ship, and returned back again.</w:t>
      </w:r>
      <w:r>
        <w:t xml:space="preserve"> </w:t>
      </w:r>
      <w:r>
        <w:rPr>
          <w:rFonts w:ascii="Liberation Sans" w:hAnsi="Liberation Sans" w:eastAsia="Liberation Sans"/>
          <w:b/>
          <w:color w:val="A67833"/>
          <w:sz w:val="15"/>
          <w:vertAlign w:val="superscript"/>
        </w:rPr>
        <w:t>38</w:t>
      </w:r>
      <w:r>
        <w:rPr>
          <w:rFonts w:ascii="Liberation Serif" w:hAnsi="Liberation Serif" w:eastAsia="Liberation Serif"/>
          <w:color w:val="20262E"/>
          <w:sz w:val="18"/>
        </w:rPr>
        <w:t xml:space="preserve"> Now the man out of whom the devils were departed besought him that he might be with him: but Jesus sent him away, saying,</w:t>
      </w:r>
      <w:r>
        <w:t xml:space="preserve"> </w:t>
      </w:r>
      <w:r>
        <w:rPr>
          <w:rFonts w:ascii="Liberation Sans" w:hAnsi="Liberation Sans" w:eastAsia="Liberation Sans"/>
          <w:b/>
          <w:color w:val="A67833"/>
          <w:sz w:val="15"/>
          <w:vertAlign w:val="superscript"/>
        </w:rPr>
        <w:t>39</w:t>
      </w:r>
      <w:r>
        <w:rPr>
          <w:rFonts w:ascii="Liberation Serif" w:hAnsi="Liberation Serif" w:eastAsia="Liberation Serif"/>
          <w:color w:val="20262E"/>
          <w:sz w:val="18"/>
        </w:rPr>
        <w:t xml:space="preserve"> Return to thine own house, and shew how great things God hath done unto thee. And he went his way, and published throughout the whole city how great things Jesus had done unto him.</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establishing the biblical basis for deliverance, training a ministry team, or praying directly against oppression.</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Follow Jesus' pattern: compassion, clear authority, concise commands, prayerful dependence, and restoration of the person to community and discipleship.</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Do not imitate the sons of Sceva, provoke manifestations, interrogate for spectacle, or treat the name of Jesus as a technique detached from relationship with Him.</w:t>
      </w:r>
    </w:p>
    <w:p>
      <w:pPr>
        <w:pStyle w:val="ScriptureReference"/>
        <w:keepNext/>
        <w:pBdr>
          <w:bottom w:val="single" w:sz="2" w:space="1" w:color="D5DBE0"/>
        </w:pBdr>
      </w:pPr>
      <w:r>
        <w:t>Luke 9:1-2</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w:t>
      </w:r>
      <w:r>
        <w:rPr>
          <w:rFonts w:ascii="Liberation Serif" w:hAnsi="Liberation Serif" w:eastAsia="Liberation Serif"/>
          <w:color w:val="20262E"/>
          <w:sz w:val="18"/>
        </w:rPr>
        <w:t xml:space="preserve"> Then he called his twelve disciples together, and gave them power and authority over all devils, and to cure diseases.</w:t>
      </w:r>
      <w:r>
        <w:t xml:space="preserve"> </w:t>
      </w:r>
      <w:r>
        <w:rPr>
          <w:rFonts w:ascii="Liberation Sans" w:hAnsi="Liberation Sans" w:eastAsia="Liberation Sans"/>
          <w:b/>
          <w:color w:val="A67833"/>
          <w:sz w:val="15"/>
          <w:vertAlign w:val="superscript"/>
        </w:rPr>
        <w:t>2</w:t>
      </w:r>
      <w:r>
        <w:rPr>
          <w:rFonts w:ascii="Liberation Serif" w:hAnsi="Liberation Serif" w:eastAsia="Liberation Serif"/>
          <w:color w:val="20262E"/>
          <w:sz w:val="18"/>
        </w:rPr>
        <w:t xml:space="preserve"> And he sent them to preach the kingdom of God, and to heal the sick.</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establishing the biblical basis for deliverance, training a ministry team, or praying directly against oppression.</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Follow Jesus' pattern: compassion, clear authority, concise commands, prayerful dependence, and restoration of the person to community and discipleship.</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Do not imitate the sons of Sceva, provoke manifestations, interrogate for spectacle, or treat the name of Jesus as a technique detached from relationship with Him.</w:t>
      </w:r>
    </w:p>
    <w:p>
      <w:pPr>
        <w:pStyle w:val="ScriptureReference"/>
        <w:keepNext/>
        <w:pBdr>
          <w:bottom w:val="single" w:sz="2" w:space="1" w:color="D5DBE0"/>
        </w:pBdr>
      </w:pPr>
      <w:r>
        <w:t>Luke 11:14-26</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14</w:t>
      </w:r>
      <w:r>
        <w:rPr>
          <w:rFonts w:ascii="Liberation Serif" w:hAnsi="Liberation Serif" w:eastAsia="Liberation Serif"/>
          <w:color w:val="20262E"/>
          <w:sz w:val="18"/>
        </w:rPr>
        <w:t xml:space="preserve"> And he was casting out a devil, and it was dumb. And it came to pass, when the devil was gone out, the dumb spake; and the people wondered.</w:t>
      </w:r>
      <w:r>
        <w:t xml:space="preserve"> </w:t>
      </w:r>
      <w:r>
        <w:rPr>
          <w:rFonts w:ascii="Liberation Sans" w:hAnsi="Liberation Sans" w:eastAsia="Liberation Sans"/>
          <w:b/>
          <w:color w:val="A67833"/>
          <w:sz w:val="15"/>
          <w:vertAlign w:val="superscript"/>
        </w:rPr>
        <w:t>15</w:t>
      </w:r>
      <w:r>
        <w:rPr>
          <w:rFonts w:ascii="Liberation Serif" w:hAnsi="Liberation Serif" w:eastAsia="Liberation Serif"/>
          <w:color w:val="20262E"/>
          <w:sz w:val="18"/>
        </w:rPr>
        <w:t xml:space="preserve"> But some of them said, He casteth out devils through Beelzebub the chief of the devils.</w:t>
      </w:r>
      <w:r>
        <w:t xml:space="preserve"> </w:t>
      </w:r>
      <w:r>
        <w:rPr>
          <w:rFonts w:ascii="Liberation Sans" w:hAnsi="Liberation Sans" w:eastAsia="Liberation Sans"/>
          <w:b/>
          <w:color w:val="A67833"/>
          <w:sz w:val="15"/>
          <w:vertAlign w:val="superscript"/>
        </w:rPr>
        <w:t>16</w:t>
      </w:r>
      <w:r>
        <w:rPr>
          <w:rFonts w:ascii="Liberation Serif" w:hAnsi="Liberation Serif" w:eastAsia="Liberation Serif"/>
          <w:color w:val="20262E"/>
          <w:sz w:val="18"/>
        </w:rPr>
        <w:t xml:space="preserve"> And others, tempting him, sought of him a sign from heaven.</w:t>
      </w:r>
      <w:r>
        <w:t xml:space="preserve"> </w:t>
      </w:r>
      <w:r>
        <w:rPr>
          <w:rFonts w:ascii="Liberation Sans" w:hAnsi="Liberation Sans" w:eastAsia="Liberation Sans"/>
          <w:b/>
          <w:color w:val="A67833"/>
          <w:sz w:val="15"/>
          <w:vertAlign w:val="superscript"/>
        </w:rPr>
        <w:t>17</w:t>
      </w:r>
      <w:r>
        <w:rPr>
          <w:rFonts w:ascii="Liberation Serif" w:hAnsi="Liberation Serif" w:eastAsia="Liberation Serif"/>
          <w:color w:val="20262E"/>
          <w:sz w:val="18"/>
        </w:rPr>
        <w:t xml:space="preserve"> But he, knowing their thoughts, said unto them, Every kingdom divided against itself is brought to desolation; and a house divided against a house falleth.</w:t>
      </w:r>
      <w:r>
        <w:t xml:space="preserve"> </w:t>
      </w:r>
      <w:r>
        <w:rPr>
          <w:rFonts w:ascii="Liberation Sans" w:hAnsi="Liberation Sans" w:eastAsia="Liberation Sans"/>
          <w:b/>
          <w:color w:val="A67833"/>
          <w:sz w:val="15"/>
          <w:vertAlign w:val="superscript"/>
        </w:rPr>
        <w:t>18</w:t>
      </w:r>
      <w:r>
        <w:rPr>
          <w:rFonts w:ascii="Liberation Serif" w:hAnsi="Liberation Serif" w:eastAsia="Liberation Serif"/>
          <w:color w:val="20262E"/>
          <w:sz w:val="18"/>
        </w:rPr>
        <w:t xml:space="preserve"> If Satan also be divided against himself, how shall his kingdom stand? because ye say that I cast out devils through Beelzebub.</w:t>
      </w:r>
      <w:r>
        <w:t xml:space="preserve"> </w:t>
      </w:r>
      <w:r>
        <w:rPr>
          <w:rFonts w:ascii="Liberation Sans" w:hAnsi="Liberation Sans" w:eastAsia="Liberation Sans"/>
          <w:b/>
          <w:color w:val="A67833"/>
          <w:sz w:val="15"/>
          <w:vertAlign w:val="superscript"/>
        </w:rPr>
        <w:t>19</w:t>
      </w:r>
      <w:r>
        <w:rPr>
          <w:rFonts w:ascii="Liberation Serif" w:hAnsi="Liberation Serif" w:eastAsia="Liberation Serif"/>
          <w:color w:val="20262E"/>
          <w:sz w:val="18"/>
        </w:rPr>
        <w:t xml:space="preserve"> And if I by Beelzebub cast out devils, by whom do your sons cast them out? therefore shall they be your judges.</w:t>
      </w:r>
      <w:r>
        <w:t xml:space="preserve"> </w:t>
      </w:r>
      <w:r>
        <w:rPr>
          <w:rFonts w:ascii="Liberation Sans" w:hAnsi="Liberation Sans" w:eastAsia="Liberation Sans"/>
          <w:b/>
          <w:color w:val="A67833"/>
          <w:sz w:val="15"/>
          <w:vertAlign w:val="superscript"/>
        </w:rPr>
        <w:t>20</w:t>
      </w:r>
      <w:r>
        <w:rPr>
          <w:rFonts w:ascii="Liberation Serif" w:hAnsi="Liberation Serif" w:eastAsia="Liberation Serif"/>
          <w:color w:val="20262E"/>
          <w:sz w:val="18"/>
        </w:rPr>
        <w:t xml:space="preserve"> But if I with the finger of God cast out devils, no doubt the kingdom of God is come upon you.</w:t>
      </w:r>
      <w:r>
        <w:t xml:space="preserve"> </w:t>
      </w:r>
      <w:r>
        <w:rPr>
          <w:rFonts w:ascii="Liberation Sans" w:hAnsi="Liberation Sans" w:eastAsia="Liberation Sans"/>
          <w:b/>
          <w:color w:val="A67833"/>
          <w:sz w:val="15"/>
          <w:vertAlign w:val="superscript"/>
        </w:rPr>
        <w:t>21</w:t>
      </w:r>
      <w:r>
        <w:rPr>
          <w:rFonts w:ascii="Liberation Serif" w:hAnsi="Liberation Serif" w:eastAsia="Liberation Serif"/>
          <w:color w:val="20262E"/>
          <w:sz w:val="18"/>
        </w:rPr>
        <w:t xml:space="preserve"> When a strong man armed keepeth his palace, his goods are in peace:</w:t>
      </w:r>
      <w:r>
        <w:t xml:space="preserve"> </w:t>
      </w:r>
      <w:r>
        <w:rPr>
          <w:rFonts w:ascii="Liberation Sans" w:hAnsi="Liberation Sans" w:eastAsia="Liberation Sans"/>
          <w:b/>
          <w:color w:val="A67833"/>
          <w:sz w:val="15"/>
          <w:vertAlign w:val="superscript"/>
        </w:rPr>
        <w:t>22</w:t>
      </w:r>
      <w:r>
        <w:rPr>
          <w:rFonts w:ascii="Liberation Serif" w:hAnsi="Liberation Serif" w:eastAsia="Liberation Serif"/>
          <w:color w:val="20262E"/>
          <w:sz w:val="18"/>
        </w:rPr>
        <w:t xml:space="preserve"> But when a stronger than he shall come upon him, and overcome him, he taketh from him all his armour wherein he trusted, and divideth his spoils.</w:t>
      </w:r>
      <w:r>
        <w:t xml:space="preserve"> </w:t>
      </w:r>
      <w:r>
        <w:rPr>
          <w:rFonts w:ascii="Liberation Sans" w:hAnsi="Liberation Sans" w:eastAsia="Liberation Sans"/>
          <w:b/>
          <w:color w:val="A67833"/>
          <w:sz w:val="15"/>
          <w:vertAlign w:val="superscript"/>
        </w:rPr>
        <w:t>23</w:t>
      </w:r>
      <w:r>
        <w:rPr>
          <w:rFonts w:ascii="Liberation Serif" w:hAnsi="Liberation Serif" w:eastAsia="Liberation Serif"/>
          <w:color w:val="20262E"/>
          <w:sz w:val="18"/>
        </w:rPr>
        <w:t xml:space="preserve"> He that is not with me is against me: and he that gathereth not with me scattereth.</w:t>
      </w:r>
      <w:r>
        <w:t xml:space="preserve"> </w:t>
      </w:r>
      <w:r>
        <w:rPr>
          <w:rFonts w:ascii="Liberation Sans" w:hAnsi="Liberation Sans" w:eastAsia="Liberation Sans"/>
          <w:b/>
          <w:color w:val="A67833"/>
          <w:sz w:val="15"/>
          <w:vertAlign w:val="superscript"/>
        </w:rPr>
        <w:t>24</w:t>
      </w:r>
      <w:r>
        <w:rPr>
          <w:rFonts w:ascii="Liberation Serif" w:hAnsi="Liberation Serif" w:eastAsia="Liberation Serif"/>
          <w:color w:val="20262E"/>
          <w:sz w:val="18"/>
        </w:rPr>
        <w:t xml:space="preserve"> When the unclean spirit is gone out of a man, he walketh through dry places, seeking rest; and finding none, he saith, I will return unto my house whence I came out.</w:t>
      </w:r>
      <w:r>
        <w:t xml:space="preserve"> </w:t>
      </w:r>
      <w:r>
        <w:rPr>
          <w:rFonts w:ascii="Liberation Sans" w:hAnsi="Liberation Sans" w:eastAsia="Liberation Sans"/>
          <w:b/>
          <w:color w:val="A67833"/>
          <w:sz w:val="15"/>
          <w:vertAlign w:val="superscript"/>
        </w:rPr>
        <w:t>25</w:t>
      </w:r>
      <w:r>
        <w:rPr>
          <w:rFonts w:ascii="Liberation Serif" w:hAnsi="Liberation Serif" w:eastAsia="Liberation Serif"/>
          <w:color w:val="20262E"/>
          <w:sz w:val="18"/>
        </w:rPr>
        <w:t xml:space="preserve"> And when he cometh, he findeth it swept and garnished.</w:t>
      </w:r>
      <w:r>
        <w:t xml:space="preserve"> </w:t>
      </w:r>
      <w:r>
        <w:rPr>
          <w:rFonts w:ascii="Liberation Sans" w:hAnsi="Liberation Sans" w:eastAsia="Liberation Sans"/>
          <w:b/>
          <w:color w:val="A67833"/>
          <w:sz w:val="15"/>
          <w:vertAlign w:val="superscript"/>
        </w:rPr>
        <w:t>26</w:t>
      </w:r>
      <w:r>
        <w:rPr>
          <w:rFonts w:ascii="Liberation Serif" w:hAnsi="Liberation Serif" w:eastAsia="Liberation Serif"/>
          <w:color w:val="20262E"/>
          <w:sz w:val="18"/>
        </w:rPr>
        <w:t xml:space="preserve"> Then goeth he, and taketh to him seven other spirits more wicked than himself; and they enter in, and dwell there: and the last state of that man is worse than the first.</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establishing the biblical basis for deliverance, training a ministry team, or praying directly against oppression.</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Follow Jesus' pattern: compassion, clear authority, concise commands, prayerful dependence, and restoration of the person to community and discipleship.</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Do not imitate the sons of Sceva, provoke manifestations, interrogate for spectacle, or treat the name of Jesus as a technique detached from relationship with Him.</w:t>
      </w:r>
    </w:p>
    <w:p>
      <w:pPr>
        <w:pStyle w:val="ScriptureReference"/>
        <w:keepNext/>
        <w:pBdr>
          <w:bottom w:val="single" w:sz="2" w:space="1" w:color="D5DBE0"/>
        </w:pBdr>
      </w:pPr>
      <w:r>
        <w:t>Luke 13:10-17</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10</w:t>
      </w:r>
      <w:r>
        <w:rPr>
          <w:rFonts w:ascii="Liberation Serif" w:hAnsi="Liberation Serif" w:eastAsia="Liberation Serif"/>
          <w:color w:val="20262E"/>
          <w:sz w:val="18"/>
        </w:rPr>
        <w:t xml:space="preserve"> And he was teaching in one of the synagogues on the sabbath.</w:t>
      </w:r>
      <w:r>
        <w:t xml:space="preserve"> </w:t>
      </w:r>
      <w:r>
        <w:rPr>
          <w:rFonts w:ascii="Liberation Sans" w:hAnsi="Liberation Sans" w:eastAsia="Liberation Sans"/>
          <w:b/>
          <w:color w:val="A67833"/>
          <w:sz w:val="15"/>
          <w:vertAlign w:val="superscript"/>
        </w:rPr>
        <w:t>11</w:t>
      </w:r>
      <w:r>
        <w:rPr>
          <w:rFonts w:ascii="Liberation Serif" w:hAnsi="Liberation Serif" w:eastAsia="Liberation Serif"/>
          <w:color w:val="20262E"/>
          <w:sz w:val="18"/>
        </w:rPr>
        <w:t xml:space="preserve"> And, behold, there was a woman which had a spirit of infirmity eighteen years, and was bowed together, and could in no wise lift up herself.</w:t>
      </w:r>
      <w:r>
        <w:t xml:space="preserve"> </w:t>
      </w:r>
      <w:r>
        <w:rPr>
          <w:rFonts w:ascii="Liberation Sans" w:hAnsi="Liberation Sans" w:eastAsia="Liberation Sans"/>
          <w:b/>
          <w:color w:val="A67833"/>
          <w:sz w:val="15"/>
          <w:vertAlign w:val="superscript"/>
        </w:rPr>
        <w:t>12</w:t>
      </w:r>
      <w:r>
        <w:rPr>
          <w:rFonts w:ascii="Liberation Serif" w:hAnsi="Liberation Serif" w:eastAsia="Liberation Serif"/>
          <w:color w:val="20262E"/>
          <w:sz w:val="18"/>
        </w:rPr>
        <w:t xml:space="preserve"> And when Jesus saw her, he called her to him, and said unto her, Woman, thou art loosed from thine infirmity.</w:t>
      </w:r>
      <w:r>
        <w:t xml:space="preserve"> </w:t>
      </w:r>
      <w:r>
        <w:rPr>
          <w:rFonts w:ascii="Liberation Sans" w:hAnsi="Liberation Sans" w:eastAsia="Liberation Sans"/>
          <w:b/>
          <w:color w:val="A67833"/>
          <w:sz w:val="15"/>
          <w:vertAlign w:val="superscript"/>
        </w:rPr>
        <w:t>13</w:t>
      </w:r>
      <w:r>
        <w:rPr>
          <w:rFonts w:ascii="Liberation Serif" w:hAnsi="Liberation Serif" w:eastAsia="Liberation Serif"/>
          <w:color w:val="20262E"/>
          <w:sz w:val="18"/>
        </w:rPr>
        <w:t xml:space="preserve"> And he laid his hands on her: and immediately she was made straight, and glorified God.</w:t>
      </w:r>
      <w:r>
        <w:t xml:space="preserve"> </w:t>
      </w:r>
      <w:r>
        <w:rPr>
          <w:rFonts w:ascii="Liberation Sans" w:hAnsi="Liberation Sans" w:eastAsia="Liberation Sans"/>
          <w:b/>
          <w:color w:val="A67833"/>
          <w:sz w:val="15"/>
          <w:vertAlign w:val="superscript"/>
        </w:rPr>
        <w:t>14</w:t>
      </w:r>
      <w:r>
        <w:rPr>
          <w:rFonts w:ascii="Liberation Serif" w:hAnsi="Liberation Serif" w:eastAsia="Liberation Serif"/>
          <w:color w:val="20262E"/>
          <w:sz w:val="18"/>
        </w:rPr>
        <w:t xml:space="preserve"> And the ruler of the synagogue answered with indignation, because that Jesus had healed on the sabbath day, and said unto the people, There are six days in which men ought to work: in them therefore come and be healed, and not on the sabbath day.</w:t>
      </w:r>
      <w:r>
        <w:t xml:space="preserve"> </w:t>
      </w:r>
      <w:r>
        <w:rPr>
          <w:rFonts w:ascii="Liberation Sans" w:hAnsi="Liberation Sans" w:eastAsia="Liberation Sans"/>
          <w:b/>
          <w:color w:val="A67833"/>
          <w:sz w:val="15"/>
          <w:vertAlign w:val="superscript"/>
        </w:rPr>
        <w:t>15</w:t>
      </w:r>
      <w:r>
        <w:rPr>
          <w:rFonts w:ascii="Liberation Serif" w:hAnsi="Liberation Serif" w:eastAsia="Liberation Serif"/>
          <w:color w:val="20262E"/>
          <w:sz w:val="18"/>
        </w:rPr>
        <w:t xml:space="preserve"> The Lord then answered him, and said, Thou hypocrite, doth not each one of you on the sabbath loose his ox or his ass from the stall, and lead him away to watering?</w:t>
      </w:r>
      <w:r>
        <w:t xml:space="preserve"> </w:t>
      </w:r>
      <w:r>
        <w:rPr>
          <w:rFonts w:ascii="Liberation Sans" w:hAnsi="Liberation Sans" w:eastAsia="Liberation Sans"/>
          <w:b/>
          <w:color w:val="A67833"/>
          <w:sz w:val="15"/>
          <w:vertAlign w:val="superscript"/>
        </w:rPr>
        <w:t>16</w:t>
      </w:r>
      <w:r>
        <w:rPr>
          <w:rFonts w:ascii="Liberation Serif" w:hAnsi="Liberation Serif" w:eastAsia="Liberation Serif"/>
          <w:color w:val="20262E"/>
          <w:sz w:val="18"/>
        </w:rPr>
        <w:t xml:space="preserve"> And ought not this woman, being a daughter of Abraham, whom Satan hath bound, lo, these eighteen years, be loosed from this bond on the sabbath day?</w:t>
      </w:r>
      <w:r>
        <w:t xml:space="preserve"> </w:t>
      </w:r>
      <w:r>
        <w:rPr>
          <w:rFonts w:ascii="Liberation Sans" w:hAnsi="Liberation Sans" w:eastAsia="Liberation Sans"/>
          <w:b/>
          <w:color w:val="A67833"/>
          <w:sz w:val="15"/>
          <w:vertAlign w:val="superscript"/>
        </w:rPr>
        <w:t>17</w:t>
      </w:r>
      <w:r>
        <w:rPr>
          <w:rFonts w:ascii="Liberation Serif" w:hAnsi="Liberation Serif" w:eastAsia="Liberation Serif"/>
          <w:color w:val="20262E"/>
          <w:sz w:val="18"/>
        </w:rPr>
        <w:t xml:space="preserve"> And when he had said these things, all his adversaries were ashamed: and all the people rejoiced for all the glorious things that were done by him.</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establishing the biblical basis for deliverance, training a ministry team, or praying directly against oppression.</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Follow Jesus' pattern: compassion, clear authority, concise commands, prayerful dependence, and restoration of the person to community and discipleship.</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Do not imitate the sons of Sceva, provoke manifestations, interrogate for spectacle, or treat the name of Jesus as a technique detached from relationship with Him.</w:t>
      </w:r>
    </w:p>
    <w:p>
      <w:pPr>
        <w:pStyle w:val="ScriptureReference"/>
        <w:keepNext/>
        <w:pBdr>
          <w:bottom w:val="single" w:sz="2" w:space="1" w:color="D5DBE0"/>
        </w:pBdr>
      </w:pPr>
      <w:r>
        <w:t>Acts 8:5-8</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5</w:t>
      </w:r>
      <w:r>
        <w:rPr>
          <w:rFonts w:ascii="Liberation Serif" w:hAnsi="Liberation Serif" w:eastAsia="Liberation Serif"/>
          <w:color w:val="20262E"/>
          <w:sz w:val="18"/>
        </w:rPr>
        <w:t xml:space="preserve"> Then Philip went down to the city of Samaria, and preached Christ unto them.</w:t>
      </w:r>
      <w:r>
        <w:t xml:space="preserve"> </w:t>
      </w:r>
      <w:r>
        <w:rPr>
          <w:rFonts w:ascii="Liberation Sans" w:hAnsi="Liberation Sans" w:eastAsia="Liberation Sans"/>
          <w:b/>
          <w:color w:val="A67833"/>
          <w:sz w:val="15"/>
          <w:vertAlign w:val="superscript"/>
        </w:rPr>
        <w:t>6</w:t>
      </w:r>
      <w:r>
        <w:rPr>
          <w:rFonts w:ascii="Liberation Serif" w:hAnsi="Liberation Serif" w:eastAsia="Liberation Serif"/>
          <w:color w:val="20262E"/>
          <w:sz w:val="18"/>
        </w:rPr>
        <w:t xml:space="preserve"> And the people with one accord gave heed unto those things which Philip spake, hearing and seeing the miracles which he did.</w:t>
      </w:r>
      <w:r>
        <w:t xml:space="preserve"> </w:t>
      </w:r>
      <w:r>
        <w:rPr>
          <w:rFonts w:ascii="Liberation Sans" w:hAnsi="Liberation Sans" w:eastAsia="Liberation Sans"/>
          <w:b/>
          <w:color w:val="A67833"/>
          <w:sz w:val="15"/>
          <w:vertAlign w:val="superscript"/>
        </w:rPr>
        <w:t>7</w:t>
      </w:r>
      <w:r>
        <w:rPr>
          <w:rFonts w:ascii="Liberation Serif" w:hAnsi="Liberation Serif" w:eastAsia="Liberation Serif"/>
          <w:color w:val="20262E"/>
          <w:sz w:val="18"/>
        </w:rPr>
        <w:t xml:space="preserve"> For unclean spirits, crying with loud voice, came out of many that were possessed with them: and many taken with palsies, and that were lame, were healed.</w:t>
      </w:r>
      <w:r>
        <w:t xml:space="preserve"> </w:t>
      </w:r>
      <w:r>
        <w:rPr>
          <w:rFonts w:ascii="Liberation Sans" w:hAnsi="Liberation Sans" w:eastAsia="Liberation Sans"/>
          <w:b/>
          <w:color w:val="A67833"/>
          <w:sz w:val="15"/>
          <w:vertAlign w:val="superscript"/>
        </w:rPr>
        <w:t>8</w:t>
      </w:r>
      <w:r>
        <w:rPr>
          <w:rFonts w:ascii="Liberation Serif" w:hAnsi="Liberation Serif" w:eastAsia="Liberation Serif"/>
          <w:color w:val="20262E"/>
          <w:sz w:val="18"/>
        </w:rPr>
        <w:t xml:space="preserve"> And there was great joy in that city.</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establishing the biblical basis for deliverance, training a ministry team, or praying directly against oppression.</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Follow Jesus' pattern: compassion, clear authority, concise commands, prayerful dependence, and restoration of the person to community and discipleship.</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Do not imitate the sons of Sceva, provoke manifestations, interrogate for spectacle, or treat the name of Jesus as a technique detached from relationship with Him.</w:t>
      </w:r>
    </w:p>
    <w:p>
      <w:pPr>
        <w:pStyle w:val="ScriptureReference"/>
        <w:keepNext/>
        <w:pBdr>
          <w:bottom w:val="single" w:sz="2" w:space="1" w:color="D5DBE0"/>
        </w:pBdr>
      </w:pPr>
      <w:r>
        <w:t>Acts 16:16-18</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16</w:t>
      </w:r>
      <w:r>
        <w:rPr>
          <w:rFonts w:ascii="Liberation Serif" w:hAnsi="Liberation Serif" w:eastAsia="Liberation Serif"/>
          <w:color w:val="20262E"/>
          <w:sz w:val="18"/>
        </w:rPr>
        <w:t xml:space="preserve"> And it came to pass, as we went to prayer, a certain damsel possessed with a spirit of divination met us, which brought her masters much gain by soothsaying:</w:t>
      </w:r>
      <w:r>
        <w:t xml:space="preserve"> </w:t>
      </w:r>
      <w:r>
        <w:rPr>
          <w:rFonts w:ascii="Liberation Sans" w:hAnsi="Liberation Sans" w:eastAsia="Liberation Sans"/>
          <w:b/>
          <w:color w:val="A67833"/>
          <w:sz w:val="15"/>
          <w:vertAlign w:val="superscript"/>
        </w:rPr>
        <w:t>17</w:t>
      </w:r>
      <w:r>
        <w:rPr>
          <w:rFonts w:ascii="Liberation Serif" w:hAnsi="Liberation Serif" w:eastAsia="Liberation Serif"/>
          <w:color w:val="20262E"/>
          <w:sz w:val="18"/>
        </w:rPr>
        <w:t xml:space="preserve"> The same followed Paul and us, and cried, saying, These men are the servants of the most high God, which shew unto us the way of salvation.</w:t>
      </w:r>
      <w:r>
        <w:t xml:space="preserve"> </w:t>
      </w:r>
      <w:r>
        <w:rPr>
          <w:rFonts w:ascii="Liberation Sans" w:hAnsi="Liberation Sans" w:eastAsia="Liberation Sans"/>
          <w:b/>
          <w:color w:val="A67833"/>
          <w:sz w:val="15"/>
          <w:vertAlign w:val="superscript"/>
        </w:rPr>
        <w:t>18</w:t>
      </w:r>
      <w:r>
        <w:rPr>
          <w:rFonts w:ascii="Liberation Serif" w:hAnsi="Liberation Serif" w:eastAsia="Liberation Serif"/>
          <w:color w:val="20262E"/>
          <w:sz w:val="18"/>
        </w:rPr>
        <w:t xml:space="preserve"> And this did she many days. But Paul, being grieved, turned and said to the spirit, I command thee in the name of Jesus Christ to come out of her. And he came out the same hour.</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establishing the biblical basis for deliverance, training a ministry team, or praying directly against oppression.</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Follow Jesus' pattern: compassion, clear authority, concise commands, prayerful dependence, and restoration of the person to community and discipleship.</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Do not imitate the sons of Sceva, provoke manifestations, interrogate for spectacle, or treat the name of Jesus as a technique detached from relationship with Him.</w:t>
      </w:r>
    </w:p>
    <w:p>
      <w:pPr>
        <w:pStyle w:val="ScriptureReference"/>
        <w:keepNext/>
        <w:pBdr>
          <w:bottom w:val="single" w:sz="2" w:space="1" w:color="D5DBE0"/>
        </w:pBdr>
      </w:pPr>
      <w:r>
        <w:t>Acts 19:11-20</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11</w:t>
      </w:r>
      <w:r>
        <w:rPr>
          <w:rFonts w:ascii="Liberation Serif" w:hAnsi="Liberation Serif" w:eastAsia="Liberation Serif"/>
          <w:color w:val="20262E"/>
          <w:sz w:val="18"/>
        </w:rPr>
        <w:t xml:space="preserve"> And God wrought special miracles by the hands of Paul:</w:t>
      </w:r>
      <w:r>
        <w:t xml:space="preserve"> </w:t>
      </w:r>
      <w:r>
        <w:rPr>
          <w:rFonts w:ascii="Liberation Sans" w:hAnsi="Liberation Sans" w:eastAsia="Liberation Sans"/>
          <w:b/>
          <w:color w:val="A67833"/>
          <w:sz w:val="15"/>
          <w:vertAlign w:val="superscript"/>
        </w:rPr>
        <w:t>12</w:t>
      </w:r>
      <w:r>
        <w:rPr>
          <w:rFonts w:ascii="Liberation Serif" w:hAnsi="Liberation Serif" w:eastAsia="Liberation Serif"/>
          <w:color w:val="20262E"/>
          <w:sz w:val="18"/>
        </w:rPr>
        <w:t xml:space="preserve"> So that from his body were brought unto the sick handkerchiefs or aprons, and the diseases departed from them, and the evil spirits went out of them.</w:t>
      </w:r>
      <w:r>
        <w:t xml:space="preserve"> </w:t>
      </w:r>
      <w:r>
        <w:rPr>
          <w:rFonts w:ascii="Liberation Sans" w:hAnsi="Liberation Sans" w:eastAsia="Liberation Sans"/>
          <w:b/>
          <w:color w:val="A67833"/>
          <w:sz w:val="15"/>
          <w:vertAlign w:val="superscript"/>
        </w:rPr>
        <w:t>13</w:t>
      </w:r>
      <w:r>
        <w:rPr>
          <w:rFonts w:ascii="Liberation Serif" w:hAnsi="Liberation Serif" w:eastAsia="Liberation Serif"/>
          <w:color w:val="20262E"/>
          <w:sz w:val="18"/>
        </w:rPr>
        <w:t xml:space="preserve"> Then certain of the vagabond Jews, exorcists, took upon them to call over them which had evil spirits the name of the Lord Jesus, saying, We adjure you by Jesus whom Paul preacheth.</w:t>
      </w:r>
      <w:r>
        <w:t xml:space="preserve"> </w:t>
      </w:r>
      <w:r>
        <w:rPr>
          <w:rFonts w:ascii="Liberation Sans" w:hAnsi="Liberation Sans" w:eastAsia="Liberation Sans"/>
          <w:b/>
          <w:color w:val="A67833"/>
          <w:sz w:val="15"/>
          <w:vertAlign w:val="superscript"/>
        </w:rPr>
        <w:t>14</w:t>
      </w:r>
      <w:r>
        <w:rPr>
          <w:rFonts w:ascii="Liberation Serif" w:hAnsi="Liberation Serif" w:eastAsia="Liberation Serif"/>
          <w:color w:val="20262E"/>
          <w:sz w:val="18"/>
        </w:rPr>
        <w:t xml:space="preserve"> And there were seven sons of one Sceva, a Jew, and chief of the priests, which did so.</w:t>
      </w:r>
      <w:r>
        <w:t xml:space="preserve"> </w:t>
      </w:r>
      <w:r>
        <w:rPr>
          <w:rFonts w:ascii="Liberation Sans" w:hAnsi="Liberation Sans" w:eastAsia="Liberation Sans"/>
          <w:b/>
          <w:color w:val="A67833"/>
          <w:sz w:val="15"/>
          <w:vertAlign w:val="superscript"/>
        </w:rPr>
        <w:t>15</w:t>
      </w:r>
      <w:r>
        <w:rPr>
          <w:rFonts w:ascii="Liberation Serif" w:hAnsi="Liberation Serif" w:eastAsia="Liberation Serif"/>
          <w:color w:val="20262E"/>
          <w:sz w:val="18"/>
        </w:rPr>
        <w:t xml:space="preserve"> And the evil spirit answered and said, Jesus I know, and Paul I know; but who are ye?</w:t>
      </w:r>
      <w:r>
        <w:t xml:space="preserve"> </w:t>
      </w:r>
      <w:r>
        <w:rPr>
          <w:rFonts w:ascii="Liberation Sans" w:hAnsi="Liberation Sans" w:eastAsia="Liberation Sans"/>
          <w:b/>
          <w:color w:val="A67833"/>
          <w:sz w:val="15"/>
          <w:vertAlign w:val="superscript"/>
        </w:rPr>
        <w:t>16</w:t>
      </w:r>
      <w:r>
        <w:rPr>
          <w:rFonts w:ascii="Liberation Serif" w:hAnsi="Liberation Serif" w:eastAsia="Liberation Serif"/>
          <w:color w:val="20262E"/>
          <w:sz w:val="18"/>
        </w:rPr>
        <w:t xml:space="preserve"> And the man in whom the evil spirit was leaped on them, and overcame them, and prevailed against them, so that they fled out of that house naked and wounded.</w:t>
      </w:r>
      <w:r>
        <w:t xml:space="preserve"> </w:t>
      </w:r>
      <w:r>
        <w:rPr>
          <w:rFonts w:ascii="Liberation Sans" w:hAnsi="Liberation Sans" w:eastAsia="Liberation Sans"/>
          <w:b/>
          <w:color w:val="A67833"/>
          <w:sz w:val="15"/>
          <w:vertAlign w:val="superscript"/>
        </w:rPr>
        <w:t>17</w:t>
      </w:r>
      <w:r>
        <w:rPr>
          <w:rFonts w:ascii="Liberation Serif" w:hAnsi="Liberation Serif" w:eastAsia="Liberation Serif"/>
          <w:color w:val="20262E"/>
          <w:sz w:val="18"/>
        </w:rPr>
        <w:t xml:space="preserve"> And this was known to all the Jews and Greeks also dwelling at Ephesus; and fear fell on them all, and the name of the Lord Jesus was magnified.</w:t>
      </w:r>
      <w:r>
        <w:t xml:space="preserve"> </w:t>
      </w:r>
      <w:r>
        <w:rPr>
          <w:rFonts w:ascii="Liberation Sans" w:hAnsi="Liberation Sans" w:eastAsia="Liberation Sans"/>
          <w:b/>
          <w:color w:val="A67833"/>
          <w:sz w:val="15"/>
          <w:vertAlign w:val="superscript"/>
        </w:rPr>
        <w:t>18</w:t>
      </w:r>
      <w:r>
        <w:rPr>
          <w:rFonts w:ascii="Liberation Serif" w:hAnsi="Liberation Serif" w:eastAsia="Liberation Serif"/>
          <w:color w:val="20262E"/>
          <w:sz w:val="18"/>
        </w:rPr>
        <w:t xml:space="preserve"> And many that believed came, and confessed, and shewed their deeds.</w:t>
      </w:r>
      <w:r>
        <w:t xml:space="preserve"> </w:t>
      </w:r>
      <w:r>
        <w:rPr>
          <w:rFonts w:ascii="Liberation Sans" w:hAnsi="Liberation Sans" w:eastAsia="Liberation Sans"/>
          <w:b/>
          <w:color w:val="A67833"/>
          <w:sz w:val="15"/>
          <w:vertAlign w:val="superscript"/>
        </w:rPr>
        <w:t>19</w:t>
      </w:r>
      <w:r>
        <w:rPr>
          <w:rFonts w:ascii="Liberation Serif" w:hAnsi="Liberation Serif" w:eastAsia="Liberation Serif"/>
          <w:color w:val="20262E"/>
          <w:sz w:val="18"/>
        </w:rPr>
        <w:t xml:space="preserve"> Many of them also which used curious arts brought their books together, and burned them before all men: and they counted the price of them, and found it fifty thousand pieces of silver.</w:t>
      </w:r>
      <w:r>
        <w:t xml:space="preserve"> </w:t>
      </w:r>
      <w:r>
        <w:rPr>
          <w:rFonts w:ascii="Liberation Sans" w:hAnsi="Liberation Sans" w:eastAsia="Liberation Sans"/>
          <w:b/>
          <w:color w:val="A67833"/>
          <w:sz w:val="15"/>
          <w:vertAlign w:val="superscript"/>
        </w:rPr>
        <w:t>20</w:t>
      </w:r>
      <w:r>
        <w:rPr>
          <w:rFonts w:ascii="Liberation Serif" w:hAnsi="Liberation Serif" w:eastAsia="Liberation Serif"/>
          <w:color w:val="20262E"/>
          <w:sz w:val="18"/>
        </w:rPr>
        <w:t xml:space="preserve"> So mightily grew the word of God and prevailed.</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When teaching authority, counterfeit use of Jesus' name, occult renunciation, and public change of allegiance.</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Know Christ personally, confess and abandon occult practices, and refuse formulaic use of His name.</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The sons of Sceva show that Jesus' name is not a technique. The book burning concerns owners renouncing their own materials, not coercive destruction of others' property.</w:t>
      </w:r>
    </w:p>
    <w:p>
      <w:pPr>
        <w:pStyle w:val="ScriptureReference"/>
        <w:keepNext/>
        <w:pBdr>
          <w:bottom w:val="single" w:sz="2" w:space="1" w:color="D5DBE0"/>
        </w:pBdr>
      </w:pPr>
      <w:r>
        <w:t>Philippians 2:9-11</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9</w:t>
      </w:r>
      <w:r>
        <w:rPr>
          <w:rFonts w:ascii="Liberation Serif" w:hAnsi="Liberation Serif" w:eastAsia="Liberation Serif"/>
          <w:color w:val="20262E"/>
          <w:sz w:val="18"/>
        </w:rPr>
        <w:t xml:space="preserve"> Wherefore God also hath highly exalted him, and given him a name which is above every name:</w:t>
      </w:r>
      <w:r>
        <w:t xml:space="preserve"> </w:t>
      </w:r>
      <w:r>
        <w:rPr>
          <w:rFonts w:ascii="Liberation Sans" w:hAnsi="Liberation Sans" w:eastAsia="Liberation Sans"/>
          <w:b/>
          <w:color w:val="A67833"/>
          <w:sz w:val="15"/>
          <w:vertAlign w:val="superscript"/>
        </w:rPr>
        <w:t>10</w:t>
      </w:r>
      <w:r>
        <w:rPr>
          <w:rFonts w:ascii="Liberation Serif" w:hAnsi="Liberation Serif" w:eastAsia="Liberation Serif"/>
          <w:color w:val="20262E"/>
          <w:sz w:val="18"/>
        </w:rPr>
        <w:t xml:space="preserve"> That at the name of Jesus every knee should bow, of things in heaven, and things in earth, and things under the earth;</w:t>
      </w:r>
      <w:r>
        <w:t xml:space="preserve"> </w:t>
      </w:r>
      <w:r>
        <w:rPr>
          <w:rFonts w:ascii="Liberation Sans" w:hAnsi="Liberation Sans" w:eastAsia="Liberation Sans"/>
          <w:b/>
          <w:color w:val="A67833"/>
          <w:sz w:val="15"/>
          <w:vertAlign w:val="superscript"/>
        </w:rPr>
        <w:t>11</w:t>
      </w:r>
      <w:r>
        <w:rPr>
          <w:rFonts w:ascii="Liberation Serif" w:hAnsi="Liberation Serif" w:eastAsia="Liberation Serif"/>
          <w:color w:val="20262E"/>
          <w:sz w:val="18"/>
        </w:rPr>
        <w:t xml:space="preserve"> And that every tongue should confess that Jesus Christ is Lord, to the glory of God the Father.</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establishing the biblical basis for deliverance, training a ministry team, or praying directly against oppression.</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Follow Jesus' pattern: compassion, clear authority, concise commands, prayerful dependence, and restoration of the person to community and discipleship.</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Do not imitate the sons of Sceva, provoke manifestations, interrogate for spectacle, or treat the name of Jesus as a technique detached from relationship with Him.</w:t>
      </w:r>
    </w:p>
    <w:p>
      <w:pPr>
        <w:pStyle w:val="Heading1"/>
        <w:keepNext/>
        <w:pageBreakBefore/>
        <w:pBdr>
          <w:bottom w:val="single" w:sz="8" w:space="2" w:color="A67833"/>
        </w:pBdr>
      </w:pPr>
      <w:r>
        <w:t>6.4 Armor, Standing, Watchfulness, and Spiritual Weapons</w:t>
      </w:r>
    </w:p>
    <w:p>
      <w:pPr>
        <w:pStyle w:val="Guidance"/>
      </w:pPr>
      <w:r>
        <w:rPr>
          <w:rFonts w:ascii="Liberation Sans" w:hAnsi="Liberation Sans" w:eastAsia="Liberation Sans"/>
          <w:b/>
          <w:color w:val="18324A"/>
          <w:sz w:val="17"/>
        </w:rPr>
        <w:t xml:space="preserve">Use this section when: </w:t>
      </w:r>
      <w:r>
        <w:rPr>
          <w:rFonts w:ascii="Liberation Sans" w:hAnsi="Liberation Sans" w:eastAsia="Liberation Sans"/>
          <w:color w:val="20262E"/>
          <w:sz w:val="17"/>
        </w:rPr>
        <w:t>Use for daily preparation, sustained pressure, harassment, temptation, ministry fatigue, or repeated accusation.</w:t>
      </w:r>
    </w:p>
    <w:p>
      <w:pPr>
        <w:pStyle w:val="Guidance"/>
      </w:pPr>
      <w:r>
        <w:rPr>
          <w:rFonts w:ascii="Liberation Sans" w:hAnsi="Liberation Sans" w:eastAsia="Liberation Sans"/>
          <w:b/>
          <w:color w:val="18324A"/>
          <w:sz w:val="17"/>
        </w:rPr>
        <w:t xml:space="preserve">Ministry method: </w:t>
      </w:r>
      <w:r>
        <w:rPr>
          <w:rFonts w:ascii="Liberation Sans" w:hAnsi="Liberation Sans" w:eastAsia="Liberation Sans"/>
          <w:color w:val="20262E"/>
          <w:sz w:val="17"/>
        </w:rPr>
        <w:t>Put on truth, righteousness, gospel peace, faith, salvation, the Word, and persevering prayer as a lived pattern, not a rushed formula.</w:t>
      </w:r>
    </w:p>
    <w:p>
      <w:pPr>
        <w:pStyle w:val="Guidance"/>
      </w:pPr>
      <w:r>
        <w:rPr>
          <w:rFonts w:ascii="Liberation Sans" w:hAnsi="Liberation Sans" w:eastAsia="Liberation Sans"/>
          <w:b/>
          <w:color w:val="18324A"/>
          <w:sz w:val="17"/>
        </w:rPr>
        <w:t xml:space="preserve">Section control: </w:t>
      </w:r>
      <w:r>
        <w:rPr>
          <w:rFonts w:ascii="Liberation Sans" w:hAnsi="Liberation Sans" w:eastAsia="Liberation Sans"/>
          <w:color w:val="20262E"/>
          <w:sz w:val="17"/>
        </w:rPr>
        <w:t>The warfare is not against people. Spiritual weapons never justify harassment, threats, retaliation, or physical violence.</w:t>
      </w:r>
    </w:p>
    <w:p>
      <w:pPr>
        <w:pStyle w:val="SmallNote"/>
      </w:pPr>
      <w:r>
        <w:t>11 operational passage entries</w:t>
      </w:r>
    </w:p>
    <w:p>
      <w:pPr>
        <w:pStyle w:val="ScriptureReference"/>
        <w:keepNext/>
        <w:pBdr>
          <w:bottom w:val="single" w:sz="2" w:space="1" w:color="D5DBE0"/>
        </w:pBdr>
      </w:pPr>
      <w:r>
        <w:t>Isaiah 59:15-19</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15</w:t>
      </w:r>
      <w:r>
        <w:rPr>
          <w:rFonts w:ascii="Liberation Serif" w:hAnsi="Liberation Serif" w:eastAsia="Liberation Serif"/>
          <w:color w:val="20262E"/>
          <w:sz w:val="18"/>
        </w:rPr>
        <w:t xml:space="preserve"> Yea, truth faileth; and he that departeth from evil maketh himself a prey: and the LORD saw it, and it displeased him that there was no judgment.</w:t>
      </w:r>
      <w:r>
        <w:t xml:space="preserve"> </w:t>
      </w:r>
      <w:r>
        <w:rPr>
          <w:rFonts w:ascii="Liberation Sans" w:hAnsi="Liberation Sans" w:eastAsia="Liberation Sans"/>
          <w:b/>
          <w:color w:val="A67833"/>
          <w:sz w:val="15"/>
          <w:vertAlign w:val="superscript"/>
        </w:rPr>
        <w:t>16</w:t>
      </w:r>
      <w:r>
        <w:rPr>
          <w:rFonts w:ascii="Liberation Serif" w:hAnsi="Liberation Serif" w:eastAsia="Liberation Serif"/>
          <w:color w:val="20262E"/>
          <w:sz w:val="18"/>
        </w:rPr>
        <w:t xml:space="preserve"> And he saw that there was no man, and wondered that there was no intercessor: therefore his arm brought salvation unto him; and his righteousness, it sustained him.</w:t>
      </w:r>
      <w:r>
        <w:t xml:space="preserve"> </w:t>
      </w:r>
      <w:r>
        <w:rPr>
          <w:rFonts w:ascii="Liberation Sans" w:hAnsi="Liberation Sans" w:eastAsia="Liberation Sans"/>
          <w:b/>
          <w:color w:val="A67833"/>
          <w:sz w:val="15"/>
          <w:vertAlign w:val="superscript"/>
        </w:rPr>
        <w:t>17</w:t>
      </w:r>
      <w:r>
        <w:rPr>
          <w:rFonts w:ascii="Liberation Serif" w:hAnsi="Liberation Serif" w:eastAsia="Liberation Serif"/>
          <w:color w:val="20262E"/>
          <w:sz w:val="18"/>
        </w:rPr>
        <w:t xml:space="preserve"> For he put on righteousness as a breastplate, and an helmet of salvation upon his head; and he put on the garments of vengeance for clothing, and was clad with zeal as a cloke.</w:t>
      </w:r>
      <w:r>
        <w:t xml:space="preserve"> </w:t>
      </w:r>
      <w:r>
        <w:rPr>
          <w:rFonts w:ascii="Liberation Sans" w:hAnsi="Liberation Sans" w:eastAsia="Liberation Sans"/>
          <w:b/>
          <w:color w:val="A67833"/>
          <w:sz w:val="15"/>
          <w:vertAlign w:val="superscript"/>
        </w:rPr>
        <w:t>18</w:t>
      </w:r>
      <w:r>
        <w:rPr>
          <w:rFonts w:ascii="Liberation Serif" w:hAnsi="Liberation Serif" w:eastAsia="Liberation Serif"/>
          <w:color w:val="20262E"/>
          <w:sz w:val="18"/>
        </w:rPr>
        <w:t xml:space="preserve"> According to their deeds, accordingly he will repay, fury to his adversaries, recompence to his enemies; to the islands he will repay recompence.</w:t>
      </w:r>
      <w:r>
        <w:t xml:space="preserve"> </w:t>
      </w:r>
      <w:r>
        <w:rPr>
          <w:rFonts w:ascii="Liberation Sans" w:hAnsi="Liberation Sans" w:eastAsia="Liberation Sans"/>
          <w:b/>
          <w:color w:val="A67833"/>
          <w:sz w:val="15"/>
          <w:vertAlign w:val="superscript"/>
        </w:rPr>
        <w:t>19</w:t>
      </w:r>
      <w:r>
        <w:rPr>
          <w:rFonts w:ascii="Liberation Serif" w:hAnsi="Liberation Serif" w:eastAsia="Liberation Serif"/>
          <w:color w:val="20262E"/>
          <w:sz w:val="18"/>
        </w:rPr>
        <w:t xml:space="preserve"> So shall they fear the name of the LORD from the west, and his glory from the rising of the sun. When the enemy shall come in like a flood, the Spirit of the LORD shall lift up a standard against him.</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for daily preparation, sustained pressure, harassment, temptation, ministry fatigue, or repeated accusation.</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Put on truth, righteousness, gospel peace, faith, salvation, the Word, and persevering prayer as a lived pattern, not a rushed formula.</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The warfare is not against people. Spiritual weapons never justify harassment, threats, retaliation, or physical violence.</w:t>
      </w:r>
    </w:p>
    <w:p>
      <w:pPr>
        <w:pStyle w:val="ScriptureReference"/>
        <w:keepNext/>
        <w:pBdr>
          <w:bottom w:val="single" w:sz="2" w:space="1" w:color="D5DBE0"/>
        </w:pBdr>
      </w:pPr>
      <w:r>
        <w:t>Romans 13:11-14</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11</w:t>
      </w:r>
      <w:r>
        <w:rPr>
          <w:rFonts w:ascii="Liberation Serif" w:hAnsi="Liberation Serif" w:eastAsia="Liberation Serif"/>
          <w:color w:val="20262E"/>
          <w:sz w:val="18"/>
        </w:rPr>
        <w:t xml:space="preserve"> And that, knowing the time, that now it is high time to awake out of sleep: for now is our salvation nearer than when we believed.</w:t>
      </w:r>
      <w:r>
        <w:t xml:space="preserve"> </w:t>
      </w:r>
      <w:r>
        <w:rPr>
          <w:rFonts w:ascii="Liberation Sans" w:hAnsi="Liberation Sans" w:eastAsia="Liberation Sans"/>
          <w:b/>
          <w:color w:val="A67833"/>
          <w:sz w:val="15"/>
          <w:vertAlign w:val="superscript"/>
        </w:rPr>
        <w:t>12</w:t>
      </w:r>
      <w:r>
        <w:rPr>
          <w:rFonts w:ascii="Liberation Serif" w:hAnsi="Liberation Serif" w:eastAsia="Liberation Serif"/>
          <w:color w:val="20262E"/>
          <w:sz w:val="18"/>
        </w:rPr>
        <w:t xml:space="preserve"> The night is far spent, the day is at hand: let us therefore cast off the works of darkness, and let us put on the armour of light.</w:t>
      </w:r>
      <w:r>
        <w:t xml:space="preserve"> </w:t>
      </w:r>
      <w:r>
        <w:rPr>
          <w:rFonts w:ascii="Liberation Sans" w:hAnsi="Liberation Sans" w:eastAsia="Liberation Sans"/>
          <w:b/>
          <w:color w:val="A67833"/>
          <w:sz w:val="15"/>
          <w:vertAlign w:val="superscript"/>
        </w:rPr>
        <w:t>13</w:t>
      </w:r>
      <w:r>
        <w:rPr>
          <w:rFonts w:ascii="Liberation Serif" w:hAnsi="Liberation Serif" w:eastAsia="Liberation Serif"/>
          <w:color w:val="20262E"/>
          <w:sz w:val="18"/>
        </w:rPr>
        <w:t xml:space="preserve"> Let us walk honestly, as in the day; not in rioting and drunkenness, not in chambering and wantonness, not in strife and envying.</w:t>
      </w:r>
      <w:r>
        <w:t xml:space="preserve"> </w:t>
      </w:r>
      <w:r>
        <w:rPr>
          <w:rFonts w:ascii="Liberation Sans" w:hAnsi="Liberation Sans" w:eastAsia="Liberation Sans"/>
          <w:b/>
          <w:color w:val="A67833"/>
          <w:sz w:val="15"/>
          <w:vertAlign w:val="superscript"/>
        </w:rPr>
        <w:t>14</w:t>
      </w:r>
      <w:r>
        <w:rPr>
          <w:rFonts w:ascii="Liberation Serif" w:hAnsi="Liberation Serif" w:eastAsia="Liberation Serif"/>
          <w:color w:val="20262E"/>
          <w:sz w:val="18"/>
        </w:rPr>
        <w:t xml:space="preserve"> But put ye on the Lord Jesus Christ, and make not provision for the flesh, to fulfil the lusts thereof.</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for daily preparation, sustained pressure, harassment, temptation, ministry fatigue, or repeated accusation.</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Put on truth, righteousness, gospel peace, faith, salvation, the Word, and persevering prayer as a lived pattern, not a rushed formula.</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The warfare is not against people. Spiritual weapons never justify harassment, threats, retaliation, or physical violence.</w:t>
      </w:r>
    </w:p>
    <w:p>
      <w:pPr>
        <w:pStyle w:val="ScriptureReference"/>
        <w:keepNext/>
        <w:pBdr>
          <w:bottom w:val="single" w:sz="2" w:space="1" w:color="D5DBE0"/>
        </w:pBdr>
      </w:pPr>
      <w:r>
        <w:t>1 Corinthians 16:13-14</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13</w:t>
      </w:r>
      <w:r>
        <w:rPr>
          <w:rFonts w:ascii="Liberation Serif" w:hAnsi="Liberation Serif" w:eastAsia="Liberation Serif"/>
          <w:color w:val="20262E"/>
          <w:sz w:val="18"/>
        </w:rPr>
        <w:t xml:space="preserve"> Watch ye, stand fast in the faith, quit you like men, be strong.</w:t>
      </w:r>
      <w:r>
        <w:t xml:space="preserve"> </w:t>
      </w:r>
      <w:r>
        <w:rPr>
          <w:rFonts w:ascii="Liberation Sans" w:hAnsi="Liberation Sans" w:eastAsia="Liberation Sans"/>
          <w:b/>
          <w:color w:val="A67833"/>
          <w:sz w:val="15"/>
          <w:vertAlign w:val="superscript"/>
        </w:rPr>
        <w:t>14</w:t>
      </w:r>
      <w:r>
        <w:rPr>
          <w:rFonts w:ascii="Liberation Serif" w:hAnsi="Liberation Serif" w:eastAsia="Liberation Serif"/>
          <w:color w:val="20262E"/>
          <w:sz w:val="18"/>
        </w:rPr>
        <w:t xml:space="preserve"> Let all your things be done with charity.</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for daily preparation, sustained pressure, harassment, temptation, ministry fatigue, or repeated accusation.</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Put on truth, righteousness, gospel peace, faith, salvation, the Word, and persevering prayer as a lived pattern, not a rushed formula.</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The warfare is not against people. Spiritual weapons never justify harassment, threats, retaliation, or physical violence.</w:t>
      </w:r>
    </w:p>
    <w:p>
      <w:pPr>
        <w:pStyle w:val="ScriptureReference"/>
        <w:keepNext/>
        <w:pBdr>
          <w:bottom w:val="single" w:sz="2" w:space="1" w:color="D5DBE0"/>
        </w:pBdr>
      </w:pPr>
      <w:r>
        <w:t>2 Corinthians 6:4-7</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4</w:t>
      </w:r>
      <w:r>
        <w:rPr>
          <w:rFonts w:ascii="Liberation Serif" w:hAnsi="Liberation Serif" w:eastAsia="Liberation Serif"/>
          <w:color w:val="20262E"/>
          <w:sz w:val="18"/>
        </w:rPr>
        <w:t xml:space="preserve"> But in all things approving ourselves as the ministers of God, in much patience, in afflictions, in necessities, in distresses,</w:t>
      </w:r>
      <w:r>
        <w:t xml:space="preserve"> </w:t>
      </w:r>
      <w:r>
        <w:rPr>
          <w:rFonts w:ascii="Liberation Sans" w:hAnsi="Liberation Sans" w:eastAsia="Liberation Sans"/>
          <w:b/>
          <w:color w:val="A67833"/>
          <w:sz w:val="15"/>
          <w:vertAlign w:val="superscript"/>
        </w:rPr>
        <w:t>5</w:t>
      </w:r>
      <w:r>
        <w:rPr>
          <w:rFonts w:ascii="Liberation Serif" w:hAnsi="Liberation Serif" w:eastAsia="Liberation Serif"/>
          <w:color w:val="20262E"/>
          <w:sz w:val="18"/>
        </w:rPr>
        <w:t xml:space="preserve"> In stripes, in imprisonments, in tumults, in labours, in watchings, in fastings;</w:t>
      </w:r>
      <w:r>
        <w:t xml:space="preserve"> </w:t>
      </w:r>
      <w:r>
        <w:rPr>
          <w:rFonts w:ascii="Liberation Sans" w:hAnsi="Liberation Sans" w:eastAsia="Liberation Sans"/>
          <w:b/>
          <w:color w:val="A67833"/>
          <w:sz w:val="15"/>
          <w:vertAlign w:val="superscript"/>
        </w:rPr>
        <w:t>6</w:t>
      </w:r>
      <w:r>
        <w:rPr>
          <w:rFonts w:ascii="Liberation Serif" w:hAnsi="Liberation Serif" w:eastAsia="Liberation Serif"/>
          <w:color w:val="20262E"/>
          <w:sz w:val="18"/>
        </w:rPr>
        <w:t xml:space="preserve"> By pureness, by knowledge, by longsuffering, by kindness, by the Holy Ghost, by love unfeigned,</w:t>
      </w:r>
      <w:r>
        <w:t xml:space="preserve"> </w:t>
      </w:r>
      <w:r>
        <w:rPr>
          <w:rFonts w:ascii="Liberation Sans" w:hAnsi="Liberation Sans" w:eastAsia="Liberation Sans"/>
          <w:b/>
          <w:color w:val="A67833"/>
          <w:sz w:val="15"/>
          <w:vertAlign w:val="superscript"/>
        </w:rPr>
        <w:t>7</w:t>
      </w:r>
      <w:r>
        <w:rPr>
          <w:rFonts w:ascii="Liberation Serif" w:hAnsi="Liberation Serif" w:eastAsia="Liberation Serif"/>
          <w:color w:val="20262E"/>
          <w:sz w:val="18"/>
        </w:rPr>
        <w:t xml:space="preserve"> By the word of truth, by the power of God, by the armour of righteousness on the right hand and on the left,</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for daily preparation, sustained pressure, harassment, temptation, ministry fatigue, or repeated accusation.</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Put on truth, righteousness, gospel peace, faith, salvation, the Word, and persevering prayer as a lived pattern, not a rushed formula.</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The warfare is not against people. Spiritual weapons never justify harassment, threats, retaliation, or physical violence.</w:t>
      </w:r>
    </w:p>
    <w:p>
      <w:pPr>
        <w:pStyle w:val="ScriptureReference"/>
        <w:keepNext/>
        <w:pBdr>
          <w:bottom w:val="single" w:sz="2" w:space="1" w:color="D5DBE0"/>
        </w:pBdr>
      </w:pPr>
      <w:r>
        <w:t>2 Corinthians 10:3-6</w:t>
      </w:r>
    </w:p>
    <w:p>
      <w:pPr>
        <w:pStyle w:val="EvidenceTag"/>
        <w:keepNext/>
      </w:pPr>
      <w:r>
        <w:t>Evidence A | Source IDs: S01, S04, S07 | Lake Hamilton Bible Camp; Frank and Ida Mae Hammond / LHBC; Gene and Earline Moody / LHBC</w:t>
      </w:r>
    </w:p>
    <w:p>
      <w:pPr>
        <w:pStyle w:val="ScriptureText"/>
        <w:keepNext/>
      </w:pPr>
      <w:r>
        <w:rPr>
          <w:rFonts w:ascii="Liberation Sans" w:hAnsi="Liberation Sans" w:eastAsia="Liberation Sans"/>
          <w:b/>
          <w:color w:val="A67833"/>
          <w:sz w:val="15"/>
          <w:vertAlign w:val="superscript"/>
        </w:rPr>
        <w:t>3</w:t>
      </w:r>
      <w:r>
        <w:rPr>
          <w:rFonts w:ascii="Liberation Serif" w:hAnsi="Liberation Serif" w:eastAsia="Liberation Serif"/>
          <w:color w:val="20262E"/>
          <w:sz w:val="18"/>
        </w:rPr>
        <w:t xml:space="preserve"> For though we walk in the flesh, we do not war after the flesh:</w:t>
      </w:r>
      <w:r>
        <w:t xml:space="preserve"> </w:t>
      </w:r>
      <w:r>
        <w:rPr>
          <w:rFonts w:ascii="Liberation Sans" w:hAnsi="Liberation Sans" w:eastAsia="Liberation Sans"/>
          <w:b/>
          <w:color w:val="A67833"/>
          <w:sz w:val="15"/>
          <w:vertAlign w:val="superscript"/>
        </w:rPr>
        <w:t>4</w:t>
      </w:r>
      <w:r>
        <w:rPr>
          <w:rFonts w:ascii="Liberation Serif" w:hAnsi="Liberation Serif" w:eastAsia="Liberation Serif"/>
          <w:color w:val="20262E"/>
          <w:sz w:val="18"/>
        </w:rPr>
        <w:t xml:space="preserve"> (For the weapons of our warfare are not carnal, but mighty through God to the pulling down of strong holds;)</w:t>
      </w:r>
      <w:r>
        <w:t xml:space="preserve"> </w:t>
      </w:r>
      <w:r>
        <w:rPr>
          <w:rFonts w:ascii="Liberation Sans" w:hAnsi="Liberation Sans" w:eastAsia="Liberation Sans"/>
          <w:b/>
          <w:color w:val="A67833"/>
          <w:sz w:val="15"/>
          <w:vertAlign w:val="superscript"/>
        </w:rPr>
        <w:t>5</w:t>
      </w:r>
      <w:r>
        <w:rPr>
          <w:rFonts w:ascii="Liberation Serif" w:hAnsi="Liberation Serif" w:eastAsia="Liberation Serif"/>
          <w:color w:val="20262E"/>
          <w:sz w:val="18"/>
        </w:rPr>
        <w:t xml:space="preserve"> Casting down imaginations, and every high thing that exalteth itself against the knowledge of God, and bringing into captivity every thought to the obedience of Christ;</w:t>
      </w:r>
      <w:r>
        <w:t xml:space="preserve"> </w:t>
      </w:r>
      <w:r>
        <w:rPr>
          <w:rFonts w:ascii="Liberation Sans" w:hAnsi="Liberation Sans" w:eastAsia="Liberation Sans"/>
          <w:b/>
          <w:color w:val="A67833"/>
          <w:sz w:val="15"/>
          <w:vertAlign w:val="superscript"/>
        </w:rPr>
        <w:t>6</w:t>
      </w:r>
      <w:r>
        <w:rPr>
          <w:rFonts w:ascii="Liberation Serif" w:hAnsi="Liberation Serif" w:eastAsia="Liberation Serif"/>
          <w:color w:val="20262E"/>
          <w:sz w:val="18"/>
        </w:rPr>
        <w:t xml:space="preserve"> And having in a readiness to revenge all disobedience, when your obedience is fulfilled.</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For lies, arguments, proud ideas, obsessive thought patterns, and ministry strategy.</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Use truth and obedience to dismantle false reasoning; do not attack people as though they were the stronghold.</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The immediate emphasis is apostolic conflict with arguments and disobedience, not a license for speculative demon naming.</w:t>
      </w:r>
    </w:p>
    <w:p>
      <w:pPr>
        <w:pStyle w:val="ScriptureReference"/>
        <w:keepNext/>
        <w:pBdr>
          <w:bottom w:val="single" w:sz="2" w:space="1" w:color="D5DBE0"/>
        </w:pBdr>
      </w:pPr>
      <w:r>
        <w:t>Ephesians 6:10-20</w:t>
      </w:r>
    </w:p>
    <w:p>
      <w:pPr>
        <w:pStyle w:val="EvidenceTag"/>
        <w:keepNext/>
      </w:pPr>
      <w:r>
        <w:t>Evidence A | Source IDs: S01, S02, S03, S11, S07 | Lake Hamilton Bible Camp; Win Worley / LHBC; Dr. Marcus Haggard / LHBC; Derek Prince Ministries; Gene and Earline Moody / LHBC</w:t>
      </w:r>
    </w:p>
    <w:p>
      <w:pPr>
        <w:pStyle w:val="ScriptureText"/>
        <w:keepNext/>
      </w:pPr>
      <w:r>
        <w:rPr>
          <w:rFonts w:ascii="Liberation Sans" w:hAnsi="Liberation Sans" w:eastAsia="Liberation Sans"/>
          <w:b/>
          <w:color w:val="A67833"/>
          <w:sz w:val="15"/>
          <w:vertAlign w:val="superscript"/>
        </w:rPr>
        <w:t>10</w:t>
      </w:r>
      <w:r>
        <w:rPr>
          <w:rFonts w:ascii="Liberation Serif" w:hAnsi="Liberation Serif" w:eastAsia="Liberation Serif"/>
          <w:color w:val="20262E"/>
          <w:sz w:val="18"/>
        </w:rPr>
        <w:t xml:space="preserve"> Finally, my brethren, be strong in the Lord, and in the power of his might.</w:t>
      </w:r>
      <w:r>
        <w:t xml:space="preserve"> </w:t>
      </w:r>
      <w:r>
        <w:rPr>
          <w:rFonts w:ascii="Liberation Sans" w:hAnsi="Liberation Sans" w:eastAsia="Liberation Sans"/>
          <w:b/>
          <w:color w:val="A67833"/>
          <w:sz w:val="15"/>
          <w:vertAlign w:val="superscript"/>
        </w:rPr>
        <w:t>11</w:t>
      </w:r>
      <w:r>
        <w:rPr>
          <w:rFonts w:ascii="Liberation Serif" w:hAnsi="Liberation Serif" w:eastAsia="Liberation Serif"/>
          <w:color w:val="20262E"/>
          <w:sz w:val="18"/>
        </w:rPr>
        <w:t xml:space="preserve"> Put on the whole armour of God, that ye may be able to stand against the wiles of the devil.</w:t>
      </w:r>
      <w:r>
        <w:t xml:space="preserve"> </w:t>
      </w:r>
      <w:r>
        <w:rPr>
          <w:rFonts w:ascii="Liberation Sans" w:hAnsi="Liberation Sans" w:eastAsia="Liberation Sans"/>
          <w:b/>
          <w:color w:val="A67833"/>
          <w:sz w:val="15"/>
          <w:vertAlign w:val="superscript"/>
        </w:rPr>
        <w:t>12</w:t>
      </w:r>
      <w:r>
        <w:rPr>
          <w:rFonts w:ascii="Liberation Serif" w:hAnsi="Liberation Serif" w:eastAsia="Liberation Serif"/>
          <w:color w:val="20262E"/>
          <w:sz w:val="18"/>
        </w:rPr>
        <w:t xml:space="preserve"> For we wrestle not against flesh and blood, but against principalities, against powers, against the rulers of the darkness of this world, against spiritual wickedness in high places.</w:t>
      </w:r>
      <w:r>
        <w:t xml:space="preserve"> </w:t>
      </w:r>
      <w:r>
        <w:rPr>
          <w:rFonts w:ascii="Liberation Sans" w:hAnsi="Liberation Sans" w:eastAsia="Liberation Sans"/>
          <w:b/>
          <w:color w:val="A67833"/>
          <w:sz w:val="15"/>
          <w:vertAlign w:val="superscript"/>
        </w:rPr>
        <w:t>13</w:t>
      </w:r>
      <w:r>
        <w:rPr>
          <w:rFonts w:ascii="Liberation Serif" w:hAnsi="Liberation Serif" w:eastAsia="Liberation Serif"/>
          <w:color w:val="20262E"/>
          <w:sz w:val="18"/>
        </w:rPr>
        <w:t xml:space="preserve"> Wherefore take unto you the whole armour of God, that ye may be able to withstand in the evil day, and having done all, to stand.</w:t>
      </w:r>
      <w:r>
        <w:t xml:space="preserve"> </w:t>
      </w:r>
      <w:r>
        <w:rPr>
          <w:rFonts w:ascii="Liberation Sans" w:hAnsi="Liberation Sans" w:eastAsia="Liberation Sans"/>
          <w:b/>
          <w:color w:val="A67833"/>
          <w:sz w:val="15"/>
          <w:vertAlign w:val="superscript"/>
        </w:rPr>
        <w:t>14</w:t>
      </w:r>
      <w:r>
        <w:rPr>
          <w:rFonts w:ascii="Liberation Serif" w:hAnsi="Liberation Serif" w:eastAsia="Liberation Serif"/>
          <w:color w:val="20262E"/>
          <w:sz w:val="18"/>
        </w:rPr>
        <w:t xml:space="preserve"> Stand therefore, having your loins girt about with truth, and having on the breastplate of righteousness;</w:t>
      </w:r>
      <w:r>
        <w:t xml:space="preserve"> </w:t>
      </w:r>
      <w:r>
        <w:rPr>
          <w:rFonts w:ascii="Liberation Sans" w:hAnsi="Liberation Sans" w:eastAsia="Liberation Sans"/>
          <w:b/>
          <w:color w:val="A67833"/>
          <w:sz w:val="15"/>
          <w:vertAlign w:val="superscript"/>
        </w:rPr>
        <w:t>15</w:t>
      </w:r>
      <w:r>
        <w:rPr>
          <w:rFonts w:ascii="Liberation Serif" w:hAnsi="Liberation Serif" w:eastAsia="Liberation Serif"/>
          <w:color w:val="20262E"/>
          <w:sz w:val="18"/>
        </w:rPr>
        <w:t xml:space="preserve"> And your feet shod with the preparation of the gospel of peace;</w:t>
      </w:r>
      <w:r>
        <w:t xml:space="preserve"> </w:t>
      </w:r>
      <w:r>
        <w:rPr>
          <w:rFonts w:ascii="Liberation Sans" w:hAnsi="Liberation Sans" w:eastAsia="Liberation Sans"/>
          <w:b/>
          <w:color w:val="A67833"/>
          <w:sz w:val="15"/>
          <w:vertAlign w:val="superscript"/>
        </w:rPr>
        <w:t>16</w:t>
      </w:r>
      <w:r>
        <w:rPr>
          <w:rFonts w:ascii="Liberation Serif" w:hAnsi="Liberation Serif" w:eastAsia="Liberation Serif"/>
          <w:color w:val="20262E"/>
          <w:sz w:val="18"/>
        </w:rPr>
        <w:t xml:space="preserve"> Above all, taking the shield of faith, wherewith ye shall be able to quench all the fiery darts of the wicked.</w:t>
      </w:r>
      <w:r>
        <w:t xml:space="preserve"> </w:t>
      </w:r>
      <w:r>
        <w:rPr>
          <w:rFonts w:ascii="Liberation Sans" w:hAnsi="Liberation Sans" w:eastAsia="Liberation Sans"/>
          <w:b/>
          <w:color w:val="A67833"/>
          <w:sz w:val="15"/>
          <w:vertAlign w:val="superscript"/>
        </w:rPr>
        <w:t>17</w:t>
      </w:r>
      <w:r>
        <w:rPr>
          <w:rFonts w:ascii="Liberation Serif" w:hAnsi="Liberation Serif" w:eastAsia="Liberation Serif"/>
          <w:color w:val="20262E"/>
          <w:sz w:val="18"/>
        </w:rPr>
        <w:t xml:space="preserve"> And take the helmet of salvation, and the sword of the Spirit, which is the word of God:</w:t>
      </w:r>
      <w:r>
        <w:t xml:space="preserve"> </w:t>
      </w:r>
      <w:r>
        <w:rPr>
          <w:rFonts w:ascii="Liberation Sans" w:hAnsi="Liberation Sans" w:eastAsia="Liberation Sans"/>
          <w:b/>
          <w:color w:val="A67833"/>
          <w:sz w:val="15"/>
          <w:vertAlign w:val="superscript"/>
        </w:rPr>
        <w:t>18</w:t>
      </w:r>
      <w:r>
        <w:rPr>
          <w:rFonts w:ascii="Liberation Serif" w:hAnsi="Liberation Serif" w:eastAsia="Liberation Serif"/>
          <w:color w:val="20262E"/>
          <w:sz w:val="18"/>
        </w:rPr>
        <w:t xml:space="preserve"> Praying always with all prayer and supplication in the Spirit, and watching thereunto with all perseverance and supplication for all saints;</w:t>
      </w:r>
      <w:r>
        <w:t xml:space="preserve"> </w:t>
      </w:r>
      <w:r>
        <w:rPr>
          <w:rFonts w:ascii="Liberation Sans" w:hAnsi="Liberation Sans" w:eastAsia="Liberation Sans"/>
          <w:b/>
          <w:color w:val="A67833"/>
          <w:sz w:val="15"/>
          <w:vertAlign w:val="superscript"/>
        </w:rPr>
        <w:t>19</w:t>
      </w:r>
      <w:r>
        <w:rPr>
          <w:rFonts w:ascii="Liberation Serif" w:hAnsi="Liberation Serif" w:eastAsia="Liberation Serif"/>
          <w:color w:val="20262E"/>
          <w:sz w:val="18"/>
        </w:rPr>
        <w:t xml:space="preserve"> And for me, that utterance may be given unto me, that I may open my mouth boldly, to make known the mystery of the gospel,</w:t>
      </w:r>
      <w:r>
        <w:t xml:space="preserve"> </w:t>
      </w:r>
      <w:r>
        <w:rPr>
          <w:rFonts w:ascii="Liberation Sans" w:hAnsi="Liberation Sans" w:eastAsia="Liberation Sans"/>
          <w:b/>
          <w:color w:val="A67833"/>
          <w:sz w:val="15"/>
          <w:vertAlign w:val="superscript"/>
        </w:rPr>
        <w:t>20</w:t>
      </w:r>
      <w:r>
        <w:rPr>
          <w:rFonts w:ascii="Liberation Serif" w:hAnsi="Liberation Serif" w:eastAsia="Liberation Serif"/>
          <w:color w:val="20262E"/>
          <w:sz w:val="18"/>
        </w:rPr>
        <w:t xml:space="preserve"> For which I am an ambassador in bonds: that therein I may speak boldly, as I ought to speak.</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As the principal daily warfare text and before intercessory or deliverance ministry.</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Stand in God's strength, put on the whole armor as a lifestyle, and pray for all saints and gospel witness.</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The passage explicitly says the struggle is not against flesh and blood.</w:t>
      </w:r>
    </w:p>
    <w:p>
      <w:pPr>
        <w:pStyle w:val="ScriptureReference"/>
        <w:keepNext/>
        <w:pBdr>
          <w:bottom w:val="single" w:sz="2" w:space="1" w:color="D5DBE0"/>
        </w:pBdr>
      </w:pPr>
      <w:r>
        <w:t>1 Thessalonians 5:5-8</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5</w:t>
      </w:r>
      <w:r>
        <w:rPr>
          <w:rFonts w:ascii="Liberation Serif" w:hAnsi="Liberation Serif" w:eastAsia="Liberation Serif"/>
          <w:color w:val="20262E"/>
          <w:sz w:val="18"/>
        </w:rPr>
        <w:t xml:space="preserve"> Ye are all the children of light, and the children of the day: we are not of the night, nor of darkness.</w:t>
      </w:r>
      <w:r>
        <w:t xml:space="preserve"> </w:t>
      </w:r>
      <w:r>
        <w:rPr>
          <w:rFonts w:ascii="Liberation Sans" w:hAnsi="Liberation Sans" w:eastAsia="Liberation Sans"/>
          <w:b/>
          <w:color w:val="A67833"/>
          <w:sz w:val="15"/>
          <w:vertAlign w:val="superscript"/>
        </w:rPr>
        <w:t>6</w:t>
      </w:r>
      <w:r>
        <w:rPr>
          <w:rFonts w:ascii="Liberation Serif" w:hAnsi="Liberation Serif" w:eastAsia="Liberation Serif"/>
          <w:color w:val="20262E"/>
          <w:sz w:val="18"/>
        </w:rPr>
        <w:t xml:space="preserve"> Therefore let us not sleep, as do others; but let us watch and be sober.</w:t>
      </w:r>
      <w:r>
        <w:t xml:space="preserve"> </w:t>
      </w:r>
      <w:r>
        <w:rPr>
          <w:rFonts w:ascii="Liberation Sans" w:hAnsi="Liberation Sans" w:eastAsia="Liberation Sans"/>
          <w:b/>
          <w:color w:val="A67833"/>
          <w:sz w:val="15"/>
          <w:vertAlign w:val="superscript"/>
        </w:rPr>
        <w:t>7</w:t>
      </w:r>
      <w:r>
        <w:rPr>
          <w:rFonts w:ascii="Liberation Serif" w:hAnsi="Liberation Serif" w:eastAsia="Liberation Serif"/>
          <w:color w:val="20262E"/>
          <w:sz w:val="18"/>
        </w:rPr>
        <w:t xml:space="preserve"> For they that sleep sleep in the night; and they that be drunken are drunken in the night.</w:t>
      </w:r>
      <w:r>
        <w:t xml:space="preserve"> </w:t>
      </w:r>
      <w:r>
        <w:rPr>
          <w:rFonts w:ascii="Liberation Sans" w:hAnsi="Liberation Sans" w:eastAsia="Liberation Sans"/>
          <w:b/>
          <w:color w:val="A67833"/>
          <w:sz w:val="15"/>
          <w:vertAlign w:val="superscript"/>
        </w:rPr>
        <w:t>8</w:t>
      </w:r>
      <w:r>
        <w:rPr>
          <w:rFonts w:ascii="Liberation Serif" w:hAnsi="Liberation Serif" w:eastAsia="Liberation Serif"/>
          <w:color w:val="20262E"/>
          <w:sz w:val="18"/>
        </w:rPr>
        <w:t xml:space="preserve"> But let us, who are of the day, be sober, putting on the breastplate of faith and love; and for an helmet, the hope of salvation.</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for daily preparation, sustained pressure, harassment, temptation, ministry fatigue, or repeated accusation.</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Put on truth, righteousness, gospel peace, faith, salvation, the Word, and persevering prayer as a lived pattern, not a rushed formula.</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The warfare is not against people. Spiritual weapons never justify harassment, threats, retaliation, or physical violence.</w:t>
      </w:r>
    </w:p>
    <w:p>
      <w:pPr>
        <w:pStyle w:val="ScriptureReference"/>
        <w:keepNext/>
        <w:pBdr>
          <w:bottom w:val="single" w:sz="2" w:space="1" w:color="D5DBE0"/>
        </w:pBdr>
      </w:pPr>
      <w:r>
        <w:t>1 Timothy 1:18-19</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18</w:t>
      </w:r>
      <w:r>
        <w:rPr>
          <w:rFonts w:ascii="Liberation Serif" w:hAnsi="Liberation Serif" w:eastAsia="Liberation Serif"/>
          <w:color w:val="20262E"/>
          <w:sz w:val="18"/>
        </w:rPr>
        <w:t xml:space="preserve"> This charge I commit unto thee, son Timothy, according to the prophecies which went before on thee, that thou by them mightest war a good warfare;</w:t>
      </w:r>
      <w:r>
        <w:t xml:space="preserve"> </w:t>
      </w:r>
      <w:r>
        <w:rPr>
          <w:rFonts w:ascii="Liberation Sans" w:hAnsi="Liberation Sans" w:eastAsia="Liberation Sans"/>
          <w:b/>
          <w:color w:val="A67833"/>
          <w:sz w:val="15"/>
          <w:vertAlign w:val="superscript"/>
        </w:rPr>
        <w:t>19</w:t>
      </w:r>
      <w:r>
        <w:rPr>
          <w:rFonts w:ascii="Liberation Serif" w:hAnsi="Liberation Serif" w:eastAsia="Liberation Serif"/>
          <w:color w:val="20262E"/>
          <w:sz w:val="18"/>
        </w:rPr>
        <w:t xml:space="preserve"> Holding faith, and a good conscience; which some having put away concerning faith have made shipwreck:</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for daily preparation, sustained pressure, harassment, temptation, ministry fatigue, or repeated accusation.</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Put on truth, righteousness, gospel peace, faith, salvation, the Word, and persevering prayer as a lived pattern, not a rushed formula.</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The warfare is not against people. Spiritual weapons never justify harassment, threats, retaliation, or physical violence.</w:t>
      </w:r>
    </w:p>
    <w:p>
      <w:pPr>
        <w:pStyle w:val="ScriptureReference"/>
        <w:keepNext/>
        <w:pBdr>
          <w:bottom w:val="single" w:sz="2" w:space="1" w:color="D5DBE0"/>
        </w:pBdr>
      </w:pPr>
      <w:r>
        <w:t>1 Timothy 6:11-12</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11</w:t>
      </w:r>
      <w:r>
        <w:rPr>
          <w:rFonts w:ascii="Liberation Serif" w:hAnsi="Liberation Serif" w:eastAsia="Liberation Serif"/>
          <w:color w:val="20262E"/>
          <w:sz w:val="18"/>
        </w:rPr>
        <w:t xml:space="preserve"> But thou, O man of God, flee these things; and follow after righteousness, godliness, faith, love, patience, meekness.</w:t>
      </w:r>
      <w:r>
        <w:t xml:space="preserve"> </w:t>
      </w:r>
      <w:r>
        <w:rPr>
          <w:rFonts w:ascii="Liberation Sans" w:hAnsi="Liberation Sans" w:eastAsia="Liberation Sans"/>
          <w:b/>
          <w:color w:val="A67833"/>
          <w:sz w:val="15"/>
          <w:vertAlign w:val="superscript"/>
        </w:rPr>
        <w:t>12</w:t>
      </w:r>
      <w:r>
        <w:rPr>
          <w:rFonts w:ascii="Liberation Serif" w:hAnsi="Liberation Serif" w:eastAsia="Liberation Serif"/>
          <w:color w:val="20262E"/>
          <w:sz w:val="18"/>
        </w:rPr>
        <w:t xml:space="preserve"> Fight the good fight of faith, lay hold on eternal life, whereunto thou art also called, and hast professed a good profession before many witnesses.</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for daily preparation, sustained pressure, harassment, temptation, ministry fatigue, or repeated accusation.</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Put on truth, righteousness, gospel peace, faith, salvation, the Word, and persevering prayer as a lived pattern, not a rushed formula.</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The warfare is not against people. Spiritual weapons never justify harassment, threats, retaliation, or physical violence.</w:t>
      </w:r>
    </w:p>
    <w:p>
      <w:pPr>
        <w:pStyle w:val="ScriptureReference"/>
        <w:keepNext/>
        <w:pBdr>
          <w:bottom w:val="single" w:sz="2" w:space="1" w:color="D5DBE0"/>
        </w:pBdr>
      </w:pPr>
      <w:r>
        <w:t>2 Timothy 2:1-4</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w:t>
      </w:r>
      <w:r>
        <w:rPr>
          <w:rFonts w:ascii="Liberation Serif" w:hAnsi="Liberation Serif" w:eastAsia="Liberation Serif"/>
          <w:color w:val="20262E"/>
          <w:sz w:val="18"/>
        </w:rPr>
        <w:t xml:space="preserve"> Thou therefore, my son, be strong in the grace that is in Christ Jesus.</w:t>
      </w:r>
      <w:r>
        <w:t xml:space="preserve"> </w:t>
      </w:r>
      <w:r>
        <w:rPr>
          <w:rFonts w:ascii="Liberation Sans" w:hAnsi="Liberation Sans" w:eastAsia="Liberation Sans"/>
          <w:b/>
          <w:color w:val="A67833"/>
          <w:sz w:val="15"/>
          <w:vertAlign w:val="superscript"/>
        </w:rPr>
        <w:t>2</w:t>
      </w:r>
      <w:r>
        <w:rPr>
          <w:rFonts w:ascii="Liberation Serif" w:hAnsi="Liberation Serif" w:eastAsia="Liberation Serif"/>
          <w:color w:val="20262E"/>
          <w:sz w:val="18"/>
        </w:rPr>
        <w:t xml:space="preserve"> And the things that thou hast heard of me among many witnesses, the same commit thou to faithful men, who shall be able to teach others also.</w:t>
      </w:r>
      <w:r>
        <w:t xml:space="preserve"> </w:t>
      </w:r>
      <w:r>
        <w:rPr>
          <w:rFonts w:ascii="Liberation Sans" w:hAnsi="Liberation Sans" w:eastAsia="Liberation Sans"/>
          <w:b/>
          <w:color w:val="A67833"/>
          <w:sz w:val="15"/>
          <w:vertAlign w:val="superscript"/>
        </w:rPr>
        <w:t>3</w:t>
      </w:r>
      <w:r>
        <w:rPr>
          <w:rFonts w:ascii="Liberation Serif" w:hAnsi="Liberation Serif" w:eastAsia="Liberation Serif"/>
          <w:color w:val="20262E"/>
          <w:sz w:val="18"/>
        </w:rPr>
        <w:t xml:space="preserve"> Thou therefore endure hardness, as a good soldier of Jesus Christ.</w:t>
      </w:r>
      <w:r>
        <w:t xml:space="preserve"> </w:t>
      </w:r>
      <w:r>
        <w:rPr>
          <w:rFonts w:ascii="Liberation Sans" w:hAnsi="Liberation Sans" w:eastAsia="Liberation Sans"/>
          <w:b/>
          <w:color w:val="A67833"/>
          <w:sz w:val="15"/>
          <w:vertAlign w:val="superscript"/>
        </w:rPr>
        <w:t>4</w:t>
      </w:r>
      <w:r>
        <w:rPr>
          <w:rFonts w:ascii="Liberation Serif" w:hAnsi="Liberation Serif" w:eastAsia="Liberation Serif"/>
          <w:color w:val="20262E"/>
          <w:sz w:val="18"/>
        </w:rPr>
        <w:t xml:space="preserve"> No man that warreth entangleth himself with the affairs of this life; that he may please him who hath chosen him to be a soldier.</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for daily preparation, sustained pressure, harassment, temptation, ministry fatigue, or repeated accusation.</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Put on truth, righteousness, gospel peace, faith, salvation, the Word, and persevering prayer as a lived pattern, not a rushed formula.</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The warfare is not against people. Spiritual weapons never justify harassment, threats, retaliation, or physical violence.</w:t>
      </w:r>
    </w:p>
    <w:p>
      <w:pPr>
        <w:pStyle w:val="ScriptureReference"/>
        <w:keepNext/>
        <w:pBdr>
          <w:bottom w:val="single" w:sz="2" w:space="1" w:color="D5DBE0"/>
        </w:pBdr>
      </w:pPr>
      <w:r>
        <w:t>1 Peter 5:8-11</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8</w:t>
      </w:r>
      <w:r>
        <w:rPr>
          <w:rFonts w:ascii="Liberation Serif" w:hAnsi="Liberation Serif" w:eastAsia="Liberation Serif"/>
          <w:color w:val="20262E"/>
          <w:sz w:val="18"/>
        </w:rPr>
        <w:t xml:space="preserve"> Be sober, be vigilant; because your adversary the devil, as a roaring lion, walketh about, seeking whom he may devour:</w:t>
      </w:r>
      <w:r>
        <w:t xml:space="preserve"> </w:t>
      </w:r>
      <w:r>
        <w:rPr>
          <w:rFonts w:ascii="Liberation Sans" w:hAnsi="Liberation Sans" w:eastAsia="Liberation Sans"/>
          <w:b/>
          <w:color w:val="A67833"/>
          <w:sz w:val="15"/>
          <w:vertAlign w:val="superscript"/>
        </w:rPr>
        <w:t>9</w:t>
      </w:r>
      <w:r>
        <w:rPr>
          <w:rFonts w:ascii="Liberation Serif" w:hAnsi="Liberation Serif" w:eastAsia="Liberation Serif"/>
          <w:color w:val="20262E"/>
          <w:sz w:val="18"/>
        </w:rPr>
        <w:t xml:space="preserve"> Whom resist stedfast in the faith, knowing that the same afflictions are accomplished in your brethren that are in the world.</w:t>
      </w:r>
      <w:r>
        <w:t xml:space="preserve"> </w:t>
      </w:r>
      <w:r>
        <w:rPr>
          <w:rFonts w:ascii="Liberation Sans" w:hAnsi="Liberation Sans" w:eastAsia="Liberation Sans"/>
          <w:b/>
          <w:color w:val="A67833"/>
          <w:sz w:val="15"/>
          <w:vertAlign w:val="superscript"/>
        </w:rPr>
        <w:t>10</w:t>
      </w:r>
      <w:r>
        <w:rPr>
          <w:rFonts w:ascii="Liberation Serif" w:hAnsi="Liberation Serif" w:eastAsia="Liberation Serif"/>
          <w:color w:val="20262E"/>
          <w:sz w:val="18"/>
        </w:rPr>
        <w:t xml:space="preserve"> But the God of all grace, who hath called us unto his eternal glory by Christ Jesus, after that ye have suffered a while, make you perfect, stablish, strengthen, settle you.</w:t>
      </w:r>
      <w:r>
        <w:t xml:space="preserve"> </w:t>
      </w:r>
      <w:r>
        <w:rPr>
          <w:rFonts w:ascii="Liberation Sans" w:hAnsi="Liberation Sans" w:eastAsia="Liberation Sans"/>
          <w:b/>
          <w:color w:val="A67833"/>
          <w:sz w:val="15"/>
          <w:vertAlign w:val="superscript"/>
        </w:rPr>
        <w:t>11</w:t>
      </w:r>
      <w:r>
        <w:rPr>
          <w:rFonts w:ascii="Liberation Serif" w:hAnsi="Liberation Serif" w:eastAsia="Liberation Serif"/>
          <w:color w:val="20262E"/>
          <w:sz w:val="18"/>
        </w:rPr>
        <w:t xml:space="preserve"> To him be glory and dominion for ever and ever. Amen.</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for daily preparation, sustained pressure, harassment, temptation, ministry fatigue, or repeated accusation.</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Put on truth, righteousness, gospel peace, faith, salvation, the Word, and persevering prayer as a lived pattern, not a rushed formula.</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The warfare is not against people. Spiritual weapons never justify harassment, threats, retaliation, or physical violence.</w:t>
      </w:r>
    </w:p>
    <w:p>
      <w:pPr>
        <w:pStyle w:val="Heading1"/>
        <w:keepNext/>
        <w:pageBreakBefore/>
        <w:pBdr>
          <w:bottom w:val="single" w:sz="8" w:space="2" w:color="A67833"/>
        </w:pBdr>
      </w:pPr>
      <w:r>
        <w:t>6.5 Submission, Repentance, Confession, Obedience, and Closing Sinful Openings</w:t>
      </w:r>
    </w:p>
    <w:p>
      <w:pPr>
        <w:pStyle w:val="Guidance"/>
      </w:pPr>
      <w:r>
        <w:rPr>
          <w:rFonts w:ascii="Liberation Sans" w:hAnsi="Liberation Sans" w:eastAsia="Liberation Sans"/>
          <w:b/>
          <w:color w:val="18324A"/>
          <w:sz w:val="17"/>
        </w:rPr>
        <w:t xml:space="preserve">Use this section when: </w:t>
      </w:r>
      <w:r>
        <w:rPr>
          <w:rFonts w:ascii="Liberation Sans" w:hAnsi="Liberation Sans" w:eastAsia="Liberation Sans"/>
          <w:color w:val="20262E"/>
          <w:sz w:val="17"/>
        </w:rPr>
        <w:t>Use before direct commands whenever known sin, deception, rebellion, double-mindedness, or unresolved disobedience is present.</w:t>
      </w:r>
    </w:p>
    <w:p>
      <w:pPr>
        <w:pStyle w:val="Guidance"/>
      </w:pPr>
      <w:r>
        <w:rPr>
          <w:rFonts w:ascii="Liberation Sans" w:hAnsi="Liberation Sans" w:eastAsia="Liberation Sans"/>
          <w:b/>
          <w:color w:val="18324A"/>
          <w:sz w:val="17"/>
        </w:rPr>
        <w:t xml:space="preserve">Ministry method: </w:t>
      </w:r>
      <w:r>
        <w:rPr>
          <w:rFonts w:ascii="Liberation Sans" w:hAnsi="Liberation Sans" w:eastAsia="Liberation Sans"/>
          <w:color w:val="20262E"/>
          <w:sz w:val="17"/>
        </w:rPr>
        <w:t>Name personal sin without scapegoating ancestors or demons, confess it to God, make restitution where appropriate, submit to God, and replace the pattern with obedience.</w:t>
      </w:r>
    </w:p>
    <w:p>
      <w:pPr>
        <w:pStyle w:val="Guidance"/>
      </w:pPr>
      <w:r>
        <w:rPr>
          <w:rFonts w:ascii="Liberation Sans" w:hAnsi="Liberation Sans" w:eastAsia="Liberation Sans"/>
          <w:b/>
          <w:color w:val="18324A"/>
          <w:sz w:val="17"/>
        </w:rPr>
        <w:t xml:space="preserve">Section control: </w:t>
      </w:r>
      <w:r>
        <w:rPr>
          <w:rFonts w:ascii="Liberation Sans" w:hAnsi="Liberation Sans" w:eastAsia="Liberation Sans"/>
          <w:color w:val="20262E"/>
          <w:sz w:val="17"/>
        </w:rPr>
        <w:t>Repentance is not coerced self-accusation. Never manufacture hidden sin, blame victims, or treat every difficulty as proof of moral failure.</w:t>
      </w:r>
    </w:p>
    <w:p>
      <w:pPr>
        <w:pStyle w:val="SmallNote"/>
      </w:pPr>
      <w:r>
        <w:t>15 operational passage entries</w:t>
      </w:r>
    </w:p>
    <w:p>
      <w:pPr>
        <w:pStyle w:val="ScriptureReference"/>
        <w:keepNext/>
        <w:pBdr>
          <w:bottom w:val="single" w:sz="2" w:space="1" w:color="D5DBE0"/>
        </w:pBdr>
      </w:pPr>
      <w:r>
        <w:t>Psalm 139:23-24</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23</w:t>
      </w:r>
      <w:r>
        <w:rPr>
          <w:rFonts w:ascii="Liberation Serif" w:hAnsi="Liberation Serif" w:eastAsia="Liberation Serif"/>
          <w:color w:val="20262E"/>
          <w:sz w:val="18"/>
        </w:rPr>
        <w:t xml:space="preserve"> Search me, O God, and know my heart: try me, and know my thoughts:</w:t>
      </w:r>
      <w:r>
        <w:t xml:space="preserve"> </w:t>
      </w:r>
      <w:r>
        <w:rPr>
          <w:rFonts w:ascii="Liberation Sans" w:hAnsi="Liberation Sans" w:eastAsia="Liberation Sans"/>
          <w:b/>
          <w:color w:val="A67833"/>
          <w:sz w:val="15"/>
          <w:vertAlign w:val="superscript"/>
        </w:rPr>
        <w:t>24</w:t>
      </w:r>
      <w:r>
        <w:rPr>
          <w:rFonts w:ascii="Liberation Serif" w:hAnsi="Liberation Serif" w:eastAsia="Liberation Serif"/>
          <w:color w:val="20262E"/>
          <w:sz w:val="18"/>
        </w:rPr>
        <w:t xml:space="preserve"> And see if there be any wicked way in me, and lead me in the way everlasting.</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before direct commands whenever known sin, deception, rebellion, double-mindedness, or unresolved disobedience is present.</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Name personal sin without scapegoating ancestors or demons, confess it to God, make restitution where appropriate, submit to God, and replace the pattern with obedience.</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Repentance is not coerced self-accusation. Never manufacture hidden sin, blame victims, or treat every difficulty as proof of moral failure.</w:t>
      </w:r>
    </w:p>
    <w:p>
      <w:pPr>
        <w:pStyle w:val="ScriptureReference"/>
        <w:keepNext/>
        <w:pBdr>
          <w:bottom w:val="single" w:sz="2" w:space="1" w:color="D5DBE0"/>
        </w:pBdr>
      </w:pPr>
      <w:r>
        <w:t>Proverbs 28:13</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13</w:t>
      </w:r>
      <w:r>
        <w:rPr>
          <w:rFonts w:ascii="Liberation Serif" w:hAnsi="Liberation Serif" w:eastAsia="Liberation Serif"/>
          <w:color w:val="20262E"/>
          <w:sz w:val="18"/>
        </w:rPr>
        <w:t xml:space="preserve"> He that covereth his sins shall not prosper: but whoso confesseth and forsaketh them shall have mercy.</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before direct commands whenever known sin, deception, rebellion, double-mindedness, or unresolved disobedience is present.</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Name personal sin without scapegoating ancestors or demons, confess it to God, make restitution where appropriate, submit to God, and replace the pattern with obedience.</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Repentance is not coerced self-accusation. Never manufacture hidden sin, blame victims, or treat every difficulty as proof of moral failure.</w:t>
      </w:r>
    </w:p>
    <w:p>
      <w:pPr>
        <w:pStyle w:val="ScriptureReference"/>
        <w:keepNext/>
        <w:pBdr>
          <w:bottom w:val="single" w:sz="2" w:space="1" w:color="D5DBE0"/>
        </w:pBdr>
      </w:pPr>
      <w:r>
        <w:t>Isaiah 55:6-7</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6</w:t>
      </w:r>
      <w:r>
        <w:rPr>
          <w:rFonts w:ascii="Liberation Serif" w:hAnsi="Liberation Serif" w:eastAsia="Liberation Serif"/>
          <w:color w:val="20262E"/>
          <w:sz w:val="18"/>
        </w:rPr>
        <w:t xml:space="preserve"> Seek ye the LORD while he may be found, call ye upon him while he is near:</w:t>
      </w:r>
      <w:r>
        <w:t xml:space="preserve"> </w:t>
      </w:r>
      <w:r>
        <w:rPr>
          <w:rFonts w:ascii="Liberation Sans" w:hAnsi="Liberation Sans" w:eastAsia="Liberation Sans"/>
          <w:b/>
          <w:color w:val="A67833"/>
          <w:sz w:val="15"/>
          <w:vertAlign w:val="superscript"/>
        </w:rPr>
        <w:t>7</w:t>
      </w:r>
      <w:r>
        <w:rPr>
          <w:rFonts w:ascii="Liberation Serif" w:hAnsi="Liberation Serif" w:eastAsia="Liberation Serif"/>
          <w:color w:val="20262E"/>
          <w:sz w:val="18"/>
        </w:rPr>
        <w:t xml:space="preserve"> Let the wicked forsake his way, and the unrighteous man his thoughts: and let him return unto the LORD, and he will have mercy upon him; and to our God, for he will abundantly pardon.</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before direct commands whenever known sin, deception, rebellion, double-mindedness, or unresolved disobedience is present.</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Name personal sin without scapegoating ancestors or demons, confess it to God, make restitution where appropriate, submit to God, and replace the pattern with obedience.</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Repentance is not coerced self-accusation. Never manufacture hidden sin, blame victims, or treat every difficulty as proof of moral failure.</w:t>
      </w:r>
    </w:p>
    <w:p>
      <w:pPr>
        <w:pStyle w:val="ScriptureReference"/>
        <w:keepNext/>
        <w:pBdr>
          <w:bottom w:val="single" w:sz="2" w:space="1" w:color="D5DBE0"/>
        </w:pBdr>
      </w:pPr>
      <w:r>
        <w:t>Matthew 5:23-24</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23</w:t>
      </w:r>
      <w:r>
        <w:rPr>
          <w:rFonts w:ascii="Liberation Serif" w:hAnsi="Liberation Serif" w:eastAsia="Liberation Serif"/>
          <w:color w:val="20262E"/>
          <w:sz w:val="18"/>
        </w:rPr>
        <w:t xml:space="preserve"> Therefore if thou bring thy gift to the altar, and there rememberest that thy brother hath ought against thee;</w:t>
      </w:r>
      <w:r>
        <w:t xml:space="preserve"> </w:t>
      </w:r>
      <w:r>
        <w:rPr>
          <w:rFonts w:ascii="Liberation Sans" w:hAnsi="Liberation Sans" w:eastAsia="Liberation Sans"/>
          <w:b/>
          <w:color w:val="A67833"/>
          <w:sz w:val="15"/>
          <w:vertAlign w:val="superscript"/>
        </w:rPr>
        <w:t>24</w:t>
      </w:r>
      <w:r>
        <w:rPr>
          <w:rFonts w:ascii="Liberation Serif" w:hAnsi="Liberation Serif" w:eastAsia="Liberation Serif"/>
          <w:color w:val="20262E"/>
          <w:sz w:val="18"/>
        </w:rPr>
        <w:t xml:space="preserve"> Leave there thy gift before the altar, and go thy way; first be reconciled to thy brother, and then come and offer thy gift.</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before direct commands whenever known sin, deception, rebellion, double-mindedness, or unresolved disobedience is present.</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Name personal sin without scapegoating ancestors or demons, confess it to God, make restitution where appropriate, submit to God, and replace the pattern with obedience.</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Repentance is not coerced self-accusation. Never manufacture hidden sin, blame victims, or treat every difficulty as proof of moral failure.</w:t>
      </w:r>
    </w:p>
    <w:p>
      <w:pPr>
        <w:pStyle w:val="ScriptureReference"/>
        <w:keepNext/>
        <w:pBdr>
          <w:bottom w:val="single" w:sz="2" w:space="1" w:color="D5DBE0"/>
        </w:pBdr>
      </w:pPr>
      <w:r>
        <w:t>Matthew 7:21-27</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21</w:t>
      </w:r>
      <w:r>
        <w:rPr>
          <w:rFonts w:ascii="Liberation Serif" w:hAnsi="Liberation Serif" w:eastAsia="Liberation Serif"/>
          <w:color w:val="20262E"/>
          <w:sz w:val="18"/>
        </w:rPr>
        <w:t xml:space="preserve"> Not every one that saith unto me, Lord, Lord, shall enter into the kingdom of heaven; but he that doeth the will of my Father which is in heaven.</w:t>
      </w:r>
      <w:r>
        <w:t xml:space="preserve"> </w:t>
      </w:r>
      <w:r>
        <w:rPr>
          <w:rFonts w:ascii="Liberation Sans" w:hAnsi="Liberation Sans" w:eastAsia="Liberation Sans"/>
          <w:b/>
          <w:color w:val="A67833"/>
          <w:sz w:val="15"/>
          <w:vertAlign w:val="superscript"/>
        </w:rPr>
        <w:t>22</w:t>
      </w:r>
      <w:r>
        <w:rPr>
          <w:rFonts w:ascii="Liberation Serif" w:hAnsi="Liberation Serif" w:eastAsia="Liberation Serif"/>
          <w:color w:val="20262E"/>
          <w:sz w:val="18"/>
        </w:rPr>
        <w:t xml:space="preserve"> Many will say to me in that day, Lord, Lord, have we not prophesied in thy name? and in thy name have cast out devils? and in thy name done many wonderful works?</w:t>
      </w:r>
      <w:r>
        <w:t xml:space="preserve"> </w:t>
      </w:r>
      <w:r>
        <w:rPr>
          <w:rFonts w:ascii="Liberation Sans" w:hAnsi="Liberation Sans" w:eastAsia="Liberation Sans"/>
          <w:b/>
          <w:color w:val="A67833"/>
          <w:sz w:val="15"/>
          <w:vertAlign w:val="superscript"/>
        </w:rPr>
        <w:t>23</w:t>
      </w:r>
      <w:r>
        <w:rPr>
          <w:rFonts w:ascii="Liberation Serif" w:hAnsi="Liberation Serif" w:eastAsia="Liberation Serif"/>
          <w:color w:val="20262E"/>
          <w:sz w:val="18"/>
        </w:rPr>
        <w:t xml:space="preserve"> And then will I profess unto them, I never knew you: depart from me, ye that work iniquity.</w:t>
      </w:r>
      <w:r>
        <w:t xml:space="preserve"> </w:t>
      </w:r>
      <w:r>
        <w:rPr>
          <w:rFonts w:ascii="Liberation Sans" w:hAnsi="Liberation Sans" w:eastAsia="Liberation Sans"/>
          <w:b/>
          <w:color w:val="A67833"/>
          <w:sz w:val="15"/>
          <w:vertAlign w:val="superscript"/>
        </w:rPr>
        <w:t>24</w:t>
      </w:r>
      <w:r>
        <w:rPr>
          <w:rFonts w:ascii="Liberation Serif" w:hAnsi="Liberation Serif" w:eastAsia="Liberation Serif"/>
          <w:color w:val="20262E"/>
          <w:sz w:val="18"/>
        </w:rPr>
        <w:t xml:space="preserve"> Therefore whosoever heareth these sayings of mine, and doeth them, I will liken him unto a wise man, which built his house upon a rock:</w:t>
      </w:r>
      <w:r>
        <w:t xml:space="preserve"> </w:t>
      </w:r>
      <w:r>
        <w:rPr>
          <w:rFonts w:ascii="Liberation Sans" w:hAnsi="Liberation Sans" w:eastAsia="Liberation Sans"/>
          <w:b/>
          <w:color w:val="A67833"/>
          <w:sz w:val="15"/>
          <w:vertAlign w:val="superscript"/>
        </w:rPr>
        <w:t>25</w:t>
      </w:r>
      <w:r>
        <w:rPr>
          <w:rFonts w:ascii="Liberation Serif" w:hAnsi="Liberation Serif" w:eastAsia="Liberation Serif"/>
          <w:color w:val="20262E"/>
          <w:sz w:val="18"/>
        </w:rPr>
        <w:t xml:space="preserve"> And the rain descended, and the floods came, and the winds blew, and beat upon that house; and it fell not: for it was founded upon a rock.</w:t>
      </w:r>
      <w:r>
        <w:t xml:space="preserve"> </w:t>
      </w:r>
      <w:r>
        <w:rPr>
          <w:rFonts w:ascii="Liberation Sans" w:hAnsi="Liberation Sans" w:eastAsia="Liberation Sans"/>
          <w:b/>
          <w:color w:val="A67833"/>
          <w:sz w:val="15"/>
          <w:vertAlign w:val="superscript"/>
        </w:rPr>
        <w:t>26</w:t>
      </w:r>
      <w:r>
        <w:rPr>
          <w:rFonts w:ascii="Liberation Serif" w:hAnsi="Liberation Serif" w:eastAsia="Liberation Serif"/>
          <w:color w:val="20262E"/>
          <w:sz w:val="18"/>
        </w:rPr>
        <w:t xml:space="preserve"> And every one that heareth these sayings of mine, and doeth them not, shall be likened unto a foolish man, which built his house upon the sand:</w:t>
      </w:r>
      <w:r>
        <w:t xml:space="preserve"> </w:t>
      </w:r>
      <w:r>
        <w:rPr>
          <w:rFonts w:ascii="Liberation Sans" w:hAnsi="Liberation Sans" w:eastAsia="Liberation Sans"/>
          <w:b/>
          <w:color w:val="A67833"/>
          <w:sz w:val="15"/>
          <w:vertAlign w:val="superscript"/>
        </w:rPr>
        <w:t>27</w:t>
      </w:r>
      <w:r>
        <w:rPr>
          <w:rFonts w:ascii="Liberation Serif" w:hAnsi="Liberation Serif" w:eastAsia="Liberation Serif"/>
          <w:color w:val="20262E"/>
          <w:sz w:val="18"/>
        </w:rPr>
        <w:t xml:space="preserve"> And the rain descended, and the floods came, and the winds blew, and beat upon that house; and it fell: and great was the fall of it.</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before direct commands whenever known sin, deception, rebellion, double-mindedness, or unresolved disobedience is present.</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Name personal sin without scapegoating ancestors or demons, confess it to God, make restitution where appropriate, submit to God, and replace the pattern with obedience.</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Repentance is not coerced self-accusation. Never manufacture hidden sin, blame victims, or treat every difficulty as proof of moral failure.</w:t>
      </w:r>
    </w:p>
    <w:p>
      <w:pPr>
        <w:pStyle w:val="ScriptureReference"/>
        <w:keepNext/>
        <w:pBdr>
          <w:bottom w:val="single" w:sz="2" w:space="1" w:color="D5DBE0"/>
        </w:pBdr>
      </w:pPr>
      <w:r>
        <w:t>John 14:15,21,23-24</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15</w:t>
      </w:r>
      <w:r>
        <w:rPr>
          <w:rFonts w:ascii="Liberation Serif" w:hAnsi="Liberation Serif" w:eastAsia="Liberation Serif"/>
          <w:color w:val="20262E"/>
          <w:sz w:val="18"/>
        </w:rPr>
        <w:t xml:space="preserve"> If ye love me, keep my commandments.</w:t>
      </w:r>
      <w:r>
        <w:t xml:space="preserve"> </w:t>
      </w:r>
      <w:r>
        <w:rPr>
          <w:rFonts w:ascii="Liberation Sans" w:hAnsi="Liberation Sans" w:eastAsia="Liberation Sans"/>
          <w:b/>
          <w:color w:val="A67833"/>
          <w:sz w:val="15"/>
          <w:vertAlign w:val="superscript"/>
        </w:rPr>
        <w:t>21</w:t>
      </w:r>
      <w:r>
        <w:rPr>
          <w:rFonts w:ascii="Liberation Serif" w:hAnsi="Liberation Serif" w:eastAsia="Liberation Serif"/>
          <w:color w:val="20262E"/>
          <w:sz w:val="18"/>
        </w:rPr>
        <w:t xml:space="preserve"> He that hath my commandments, and keepeth them, he it is that loveth me: and he that loveth me shall be loved of my Father, and I will love him, and will manifest myself to him.</w:t>
      </w:r>
      <w:r>
        <w:t xml:space="preserve"> </w:t>
      </w:r>
      <w:r>
        <w:rPr>
          <w:rFonts w:ascii="Liberation Sans" w:hAnsi="Liberation Sans" w:eastAsia="Liberation Sans"/>
          <w:b/>
          <w:color w:val="A67833"/>
          <w:sz w:val="15"/>
          <w:vertAlign w:val="superscript"/>
        </w:rPr>
        <w:t>23</w:t>
      </w:r>
      <w:r>
        <w:rPr>
          <w:rFonts w:ascii="Liberation Serif" w:hAnsi="Liberation Serif" w:eastAsia="Liberation Serif"/>
          <w:color w:val="20262E"/>
          <w:sz w:val="18"/>
        </w:rPr>
        <w:t xml:space="preserve"> Jesus answered and said unto him, If a man love me, he will keep my words: and my Father will love him, and we will come unto him, and make our abode with him.</w:t>
      </w:r>
      <w:r>
        <w:t xml:space="preserve"> </w:t>
      </w:r>
      <w:r>
        <w:rPr>
          <w:rFonts w:ascii="Liberation Sans" w:hAnsi="Liberation Sans" w:eastAsia="Liberation Sans"/>
          <w:b/>
          <w:color w:val="A67833"/>
          <w:sz w:val="15"/>
          <w:vertAlign w:val="superscript"/>
        </w:rPr>
        <w:t>24</w:t>
      </w:r>
      <w:r>
        <w:rPr>
          <w:rFonts w:ascii="Liberation Serif" w:hAnsi="Liberation Serif" w:eastAsia="Liberation Serif"/>
          <w:color w:val="20262E"/>
          <w:sz w:val="18"/>
        </w:rPr>
        <w:t xml:space="preserve"> He that loveth me not keepeth not my sayings: and the word which ye hear is not mine, but the Father's which sent me.</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before direct commands whenever known sin, deception, rebellion, double-mindedness, or unresolved disobedience is present.</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Name personal sin without scapegoating ancestors or demons, confess it to God, make restitution where appropriate, submit to God, and replace the pattern with obedience.</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Repentance is not coerced self-accusation. Never manufacture hidden sin, blame victims, or treat every difficulty as proof of moral failure.</w:t>
      </w:r>
    </w:p>
    <w:p>
      <w:pPr>
        <w:pStyle w:val="ScriptureReference"/>
        <w:keepNext/>
        <w:pBdr>
          <w:bottom w:val="single" w:sz="2" w:space="1" w:color="D5DBE0"/>
        </w:pBdr>
      </w:pPr>
      <w:r>
        <w:t>Romans 6:11-14</w:t>
      </w:r>
    </w:p>
    <w:p>
      <w:pPr>
        <w:pStyle w:val="EvidenceTag"/>
        <w:keepNext/>
      </w:pPr>
      <w:r>
        <w:t>Evidence A | Source IDs: S09 | Derek Prince Ministries</w:t>
      </w:r>
    </w:p>
    <w:p>
      <w:pPr>
        <w:pStyle w:val="ScriptureText"/>
        <w:keepNext/>
      </w:pPr>
      <w:r>
        <w:rPr>
          <w:rFonts w:ascii="Liberation Sans" w:hAnsi="Liberation Sans" w:eastAsia="Liberation Sans"/>
          <w:b/>
          <w:color w:val="A67833"/>
          <w:sz w:val="15"/>
          <w:vertAlign w:val="superscript"/>
        </w:rPr>
        <w:t>11</w:t>
      </w:r>
      <w:r>
        <w:rPr>
          <w:rFonts w:ascii="Liberation Serif" w:hAnsi="Liberation Serif" w:eastAsia="Liberation Serif"/>
          <w:color w:val="20262E"/>
          <w:sz w:val="18"/>
        </w:rPr>
        <w:t xml:space="preserve"> Likewise reckon ye also yourselves to be dead indeed unto sin, but alive unto God through Jesus Christ our Lord.</w:t>
      </w:r>
      <w:r>
        <w:t xml:space="preserve"> </w:t>
      </w:r>
      <w:r>
        <w:rPr>
          <w:rFonts w:ascii="Liberation Sans" w:hAnsi="Liberation Sans" w:eastAsia="Liberation Sans"/>
          <w:b/>
          <w:color w:val="A67833"/>
          <w:sz w:val="15"/>
          <w:vertAlign w:val="superscript"/>
        </w:rPr>
        <w:t>12</w:t>
      </w:r>
      <w:r>
        <w:rPr>
          <w:rFonts w:ascii="Liberation Serif" w:hAnsi="Liberation Serif" w:eastAsia="Liberation Serif"/>
          <w:color w:val="20262E"/>
          <w:sz w:val="18"/>
        </w:rPr>
        <w:t xml:space="preserve"> Let not sin therefore reign in your mortal body, that ye should obey it in the lusts thereof.</w:t>
      </w:r>
      <w:r>
        <w:t xml:space="preserve"> </w:t>
      </w:r>
      <w:r>
        <w:rPr>
          <w:rFonts w:ascii="Liberation Sans" w:hAnsi="Liberation Sans" w:eastAsia="Liberation Sans"/>
          <w:b/>
          <w:color w:val="A67833"/>
          <w:sz w:val="15"/>
          <w:vertAlign w:val="superscript"/>
        </w:rPr>
        <w:t>13</w:t>
      </w:r>
      <w:r>
        <w:rPr>
          <w:rFonts w:ascii="Liberation Serif" w:hAnsi="Liberation Serif" w:eastAsia="Liberation Serif"/>
          <w:color w:val="20262E"/>
          <w:sz w:val="18"/>
        </w:rPr>
        <w:t xml:space="preserve"> Neither yield ye your members as instruments of unrighteousness unto sin: but yield yourselves unto God, as those that are alive from the dead, and your members as instruments of righteousness unto God.</w:t>
      </w:r>
      <w:r>
        <w:t xml:space="preserve"> </w:t>
      </w:r>
      <w:r>
        <w:rPr>
          <w:rFonts w:ascii="Liberation Sans" w:hAnsi="Liberation Sans" w:eastAsia="Liberation Sans"/>
          <w:b/>
          <w:color w:val="A67833"/>
          <w:sz w:val="15"/>
          <w:vertAlign w:val="superscript"/>
        </w:rPr>
        <w:t>14</w:t>
      </w:r>
      <w:r>
        <w:rPr>
          <w:rFonts w:ascii="Liberation Serif" w:hAnsi="Liberation Serif" w:eastAsia="Liberation Serif"/>
          <w:color w:val="20262E"/>
          <w:sz w:val="18"/>
        </w:rPr>
        <w:t xml:space="preserve"> For sin shall not have dominion over you: for ye are not under the law, but under grace.</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before direct commands whenever known sin, deception, rebellion, double-mindedness, or unresolved disobedience is present.</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Name personal sin without scapegoating ancestors or demons, confess it to God, make restitution where appropriate, submit to God, and replace the pattern with obedience.</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Repentance is not coerced self-accusation. Never manufacture hidden sin, blame victims, or treat every difficulty as proof of moral failure.</w:t>
      </w:r>
    </w:p>
    <w:p>
      <w:pPr>
        <w:pStyle w:val="ScriptureReference"/>
        <w:keepNext/>
        <w:pBdr>
          <w:bottom w:val="single" w:sz="2" w:space="1" w:color="D5DBE0"/>
        </w:pBdr>
      </w:pPr>
      <w:r>
        <w:t>Romans 12:1-2</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w:t>
      </w:r>
      <w:r>
        <w:rPr>
          <w:rFonts w:ascii="Liberation Serif" w:hAnsi="Liberation Serif" w:eastAsia="Liberation Serif"/>
          <w:color w:val="20262E"/>
          <w:sz w:val="18"/>
        </w:rPr>
        <w:t xml:space="preserve"> I beseech you therefore, brethren, by the mercies of God, that ye present your bodies a living sacrifice, holy, acceptable unto God, which is your reasonable service.</w:t>
      </w:r>
      <w:r>
        <w:t xml:space="preserve"> </w:t>
      </w:r>
      <w:r>
        <w:rPr>
          <w:rFonts w:ascii="Liberation Sans" w:hAnsi="Liberation Sans" w:eastAsia="Liberation Sans"/>
          <w:b/>
          <w:color w:val="A67833"/>
          <w:sz w:val="15"/>
          <w:vertAlign w:val="superscript"/>
        </w:rPr>
        <w:t>2</w:t>
      </w:r>
      <w:r>
        <w:rPr>
          <w:rFonts w:ascii="Liberation Serif" w:hAnsi="Liberation Serif" w:eastAsia="Liberation Serif"/>
          <w:color w:val="20262E"/>
          <w:sz w:val="18"/>
        </w:rPr>
        <w:t xml:space="preserve"> And be not conformed to this world: but be ye transformed by the renewing of your mind, that ye may prove what is that good, and acceptable, and perfect, will of God.</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before direct commands whenever known sin, deception, rebellion, double-mindedness, or unresolved disobedience is present.</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Name personal sin without scapegoating ancestors or demons, confess it to God, make restitution where appropriate, submit to God, and replace the pattern with obedience.</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Repentance is not coerced self-accusation. Never manufacture hidden sin, blame victims, or treat every difficulty as proof of moral failure.</w:t>
      </w:r>
    </w:p>
    <w:p>
      <w:pPr>
        <w:pStyle w:val="ScriptureReference"/>
        <w:keepNext/>
        <w:pBdr>
          <w:bottom w:val="single" w:sz="2" w:space="1" w:color="D5DBE0"/>
        </w:pBdr>
      </w:pPr>
      <w:r>
        <w:t>1 Corinthians 10:12-14</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12</w:t>
      </w:r>
      <w:r>
        <w:rPr>
          <w:rFonts w:ascii="Liberation Serif" w:hAnsi="Liberation Serif" w:eastAsia="Liberation Serif"/>
          <w:color w:val="20262E"/>
          <w:sz w:val="18"/>
        </w:rPr>
        <w:t xml:space="preserve"> Wherefore let him that thinketh he standeth take heed lest he fall.</w:t>
      </w:r>
      <w:r>
        <w:t xml:space="preserve"> </w:t>
      </w:r>
      <w:r>
        <w:rPr>
          <w:rFonts w:ascii="Liberation Sans" w:hAnsi="Liberation Sans" w:eastAsia="Liberation Sans"/>
          <w:b/>
          <w:color w:val="A67833"/>
          <w:sz w:val="15"/>
          <w:vertAlign w:val="superscript"/>
        </w:rPr>
        <w:t>13</w:t>
      </w:r>
      <w:r>
        <w:rPr>
          <w:rFonts w:ascii="Liberation Serif" w:hAnsi="Liberation Serif" w:eastAsia="Liberation Serif"/>
          <w:color w:val="20262E"/>
          <w:sz w:val="18"/>
        </w:rPr>
        <w:t xml:space="preserve"> There hath no temptation taken you but such as is common to man: but God is faithful, who will not suffer you to be tempted above that ye are able; but will with the temptation also make a way to escape, that ye may be able to bear it.</w:t>
      </w:r>
      <w:r>
        <w:t xml:space="preserve"> </w:t>
      </w:r>
      <w:r>
        <w:rPr>
          <w:rFonts w:ascii="Liberation Sans" w:hAnsi="Liberation Sans" w:eastAsia="Liberation Sans"/>
          <w:b/>
          <w:color w:val="A67833"/>
          <w:sz w:val="15"/>
          <w:vertAlign w:val="superscript"/>
        </w:rPr>
        <w:t>14</w:t>
      </w:r>
      <w:r>
        <w:rPr>
          <w:rFonts w:ascii="Liberation Serif" w:hAnsi="Liberation Serif" w:eastAsia="Liberation Serif"/>
          <w:color w:val="20262E"/>
          <w:sz w:val="18"/>
        </w:rPr>
        <w:t xml:space="preserve"> Wherefore, my dearly beloved, flee from idolatry.</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before direct commands whenever known sin, deception, rebellion, double-mindedness, or unresolved disobedience is present.</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Name personal sin without scapegoating ancestors or demons, confess it to God, make restitution where appropriate, submit to God, and replace the pattern with obedience.</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Repentance is not coerced self-accusation. Never manufacture hidden sin, blame victims, or treat every difficulty as proof of moral failure.</w:t>
      </w:r>
    </w:p>
    <w:p>
      <w:pPr>
        <w:pStyle w:val="ScriptureReference"/>
        <w:keepNext/>
        <w:pBdr>
          <w:bottom w:val="single" w:sz="2" w:space="1" w:color="D5DBE0"/>
        </w:pBdr>
      </w:pPr>
      <w:r>
        <w:t>2 Corinthians 7:1</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w:t>
      </w:r>
      <w:r>
        <w:rPr>
          <w:rFonts w:ascii="Liberation Serif" w:hAnsi="Liberation Serif" w:eastAsia="Liberation Serif"/>
          <w:color w:val="20262E"/>
          <w:sz w:val="18"/>
        </w:rPr>
        <w:t xml:space="preserve"> Having therefore these promises, dearly beloved, let us cleanse ourselves from all filthiness of the flesh and spirit, perfecting holiness in the fear of God.</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before direct commands whenever known sin, deception, rebellion, double-mindedness, or unresolved disobedience is present.</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Name personal sin without scapegoating ancestors or demons, confess it to God, make restitution where appropriate, submit to God, and replace the pattern with obedience.</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Repentance is not coerced self-accusation. Never manufacture hidden sin, blame victims, or treat every difficulty as proof of moral failure.</w:t>
      </w:r>
    </w:p>
    <w:p>
      <w:pPr>
        <w:pStyle w:val="ScriptureReference"/>
        <w:keepNext/>
        <w:pBdr>
          <w:bottom w:val="single" w:sz="2" w:space="1" w:color="D5DBE0"/>
        </w:pBdr>
      </w:pPr>
      <w:r>
        <w:t>Galatians 5:16-26</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16</w:t>
      </w:r>
      <w:r>
        <w:rPr>
          <w:rFonts w:ascii="Liberation Serif" w:hAnsi="Liberation Serif" w:eastAsia="Liberation Serif"/>
          <w:color w:val="20262E"/>
          <w:sz w:val="18"/>
        </w:rPr>
        <w:t xml:space="preserve"> This I say then, Walk in the Spirit, and ye shall not fulfil the lust of the flesh.</w:t>
      </w:r>
      <w:r>
        <w:t xml:space="preserve"> </w:t>
      </w:r>
      <w:r>
        <w:rPr>
          <w:rFonts w:ascii="Liberation Sans" w:hAnsi="Liberation Sans" w:eastAsia="Liberation Sans"/>
          <w:b/>
          <w:color w:val="A67833"/>
          <w:sz w:val="15"/>
          <w:vertAlign w:val="superscript"/>
        </w:rPr>
        <w:t>17</w:t>
      </w:r>
      <w:r>
        <w:rPr>
          <w:rFonts w:ascii="Liberation Serif" w:hAnsi="Liberation Serif" w:eastAsia="Liberation Serif"/>
          <w:color w:val="20262E"/>
          <w:sz w:val="18"/>
        </w:rPr>
        <w:t xml:space="preserve"> For the flesh lusteth against the Spirit, and the Spirit against the flesh: and these are contrary the one to the other: so that ye cannot do the things that ye would.</w:t>
      </w:r>
      <w:r>
        <w:t xml:space="preserve"> </w:t>
      </w:r>
      <w:r>
        <w:rPr>
          <w:rFonts w:ascii="Liberation Sans" w:hAnsi="Liberation Sans" w:eastAsia="Liberation Sans"/>
          <w:b/>
          <w:color w:val="A67833"/>
          <w:sz w:val="15"/>
          <w:vertAlign w:val="superscript"/>
        </w:rPr>
        <w:t>18</w:t>
      </w:r>
      <w:r>
        <w:rPr>
          <w:rFonts w:ascii="Liberation Serif" w:hAnsi="Liberation Serif" w:eastAsia="Liberation Serif"/>
          <w:color w:val="20262E"/>
          <w:sz w:val="18"/>
        </w:rPr>
        <w:t xml:space="preserve"> But if ye be led of the Spirit, ye are not under the law.</w:t>
      </w:r>
      <w:r>
        <w:t xml:space="preserve"> </w:t>
      </w:r>
      <w:r>
        <w:rPr>
          <w:rFonts w:ascii="Liberation Sans" w:hAnsi="Liberation Sans" w:eastAsia="Liberation Sans"/>
          <w:b/>
          <w:color w:val="A67833"/>
          <w:sz w:val="15"/>
          <w:vertAlign w:val="superscript"/>
        </w:rPr>
        <w:t>19</w:t>
      </w:r>
      <w:r>
        <w:rPr>
          <w:rFonts w:ascii="Liberation Serif" w:hAnsi="Liberation Serif" w:eastAsia="Liberation Serif"/>
          <w:color w:val="20262E"/>
          <w:sz w:val="18"/>
        </w:rPr>
        <w:t xml:space="preserve"> Now the works of the flesh are manifest, which are these; Adultery, fornication, uncleanness, lasciviousness,</w:t>
      </w:r>
      <w:r>
        <w:t xml:space="preserve"> </w:t>
      </w:r>
      <w:r>
        <w:rPr>
          <w:rFonts w:ascii="Liberation Sans" w:hAnsi="Liberation Sans" w:eastAsia="Liberation Sans"/>
          <w:b/>
          <w:color w:val="A67833"/>
          <w:sz w:val="15"/>
          <w:vertAlign w:val="superscript"/>
        </w:rPr>
        <w:t>20</w:t>
      </w:r>
      <w:r>
        <w:rPr>
          <w:rFonts w:ascii="Liberation Serif" w:hAnsi="Liberation Serif" w:eastAsia="Liberation Serif"/>
          <w:color w:val="20262E"/>
          <w:sz w:val="18"/>
        </w:rPr>
        <w:t xml:space="preserve"> Idolatry, witchcraft, hatred, variance, emulations, wrath, strife, seditions, heresies,</w:t>
      </w:r>
      <w:r>
        <w:t xml:space="preserve"> </w:t>
      </w:r>
      <w:r>
        <w:rPr>
          <w:rFonts w:ascii="Liberation Sans" w:hAnsi="Liberation Sans" w:eastAsia="Liberation Sans"/>
          <w:b/>
          <w:color w:val="A67833"/>
          <w:sz w:val="15"/>
          <w:vertAlign w:val="superscript"/>
        </w:rPr>
        <w:t>21</w:t>
      </w:r>
      <w:r>
        <w:rPr>
          <w:rFonts w:ascii="Liberation Serif" w:hAnsi="Liberation Serif" w:eastAsia="Liberation Serif"/>
          <w:color w:val="20262E"/>
          <w:sz w:val="18"/>
        </w:rPr>
        <w:t xml:space="preserve"> Envyings, murders, drunkenness, revellings, and such like: of the which I tell you before, as I have also told you in time past, that they which do such things shall not inherit the kingdom of God.</w:t>
      </w:r>
      <w:r>
        <w:t xml:space="preserve"> </w:t>
      </w:r>
      <w:r>
        <w:rPr>
          <w:rFonts w:ascii="Liberation Sans" w:hAnsi="Liberation Sans" w:eastAsia="Liberation Sans"/>
          <w:b/>
          <w:color w:val="A67833"/>
          <w:sz w:val="15"/>
          <w:vertAlign w:val="superscript"/>
        </w:rPr>
        <w:t>22</w:t>
      </w:r>
      <w:r>
        <w:rPr>
          <w:rFonts w:ascii="Liberation Serif" w:hAnsi="Liberation Serif" w:eastAsia="Liberation Serif"/>
          <w:color w:val="20262E"/>
          <w:sz w:val="18"/>
        </w:rPr>
        <w:t xml:space="preserve"> But the fruit of the Spirit is love, joy, peace, longsuffering, gentleness, goodness, faith,</w:t>
      </w:r>
      <w:r>
        <w:t xml:space="preserve"> </w:t>
      </w:r>
      <w:r>
        <w:rPr>
          <w:rFonts w:ascii="Liberation Sans" w:hAnsi="Liberation Sans" w:eastAsia="Liberation Sans"/>
          <w:b/>
          <w:color w:val="A67833"/>
          <w:sz w:val="15"/>
          <w:vertAlign w:val="superscript"/>
        </w:rPr>
        <w:t>23</w:t>
      </w:r>
      <w:r>
        <w:rPr>
          <w:rFonts w:ascii="Liberation Serif" w:hAnsi="Liberation Serif" w:eastAsia="Liberation Serif"/>
          <w:color w:val="20262E"/>
          <w:sz w:val="18"/>
        </w:rPr>
        <w:t xml:space="preserve"> Meekness, temperance: against such there is no law.</w:t>
      </w:r>
      <w:r>
        <w:t xml:space="preserve"> </w:t>
      </w:r>
      <w:r>
        <w:rPr>
          <w:rFonts w:ascii="Liberation Sans" w:hAnsi="Liberation Sans" w:eastAsia="Liberation Sans"/>
          <w:b/>
          <w:color w:val="A67833"/>
          <w:sz w:val="15"/>
          <w:vertAlign w:val="superscript"/>
        </w:rPr>
        <w:t>24</w:t>
      </w:r>
      <w:r>
        <w:rPr>
          <w:rFonts w:ascii="Liberation Serif" w:hAnsi="Liberation Serif" w:eastAsia="Liberation Serif"/>
          <w:color w:val="20262E"/>
          <w:sz w:val="18"/>
        </w:rPr>
        <w:t xml:space="preserve"> And they that are Christ's have crucified the flesh with the affections and lusts.</w:t>
      </w:r>
      <w:r>
        <w:t xml:space="preserve"> </w:t>
      </w:r>
      <w:r>
        <w:rPr>
          <w:rFonts w:ascii="Liberation Sans" w:hAnsi="Liberation Sans" w:eastAsia="Liberation Sans"/>
          <w:b/>
          <w:color w:val="A67833"/>
          <w:sz w:val="15"/>
          <w:vertAlign w:val="superscript"/>
        </w:rPr>
        <w:t>25</w:t>
      </w:r>
      <w:r>
        <w:rPr>
          <w:rFonts w:ascii="Liberation Serif" w:hAnsi="Liberation Serif" w:eastAsia="Liberation Serif"/>
          <w:color w:val="20262E"/>
          <w:sz w:val="18"/>
        </w:rPr>
        <w:t xml:space="preserve"> If we live in the Spirit, let us also walk in the Spirit.</w:t>
      </w:r>
      <w:r>
        <w:t xml:space="preserve"> </w:t>
      </w:r>
      <w:r>
        <w:rPr>
          <w:rFonts w:ascii="Liberation Sans" w:hAnsi="Liberation Sans" w:eastAsia="Liberation Sans"/>
          <w:b/>
          <w:color w:val="A67833"/>
          <w:sz w:val="15"/>
          <w:vertAlign w:val="superscript"/>
        </w:rPr>
        <w:t>26</w:t>
      </w:r>
      <w:r>
        <w:rPr>
          <w:rFonts w:ascii="Liberation Serif" w:hAnsi="Liberation Serif" w:eastAsia="Liberation Serif"/>
          <w:color w:val="20262E"/>
          <w:sz w:val="18"/>
        </w:rPr>
        <w:t xml:space="preserve"> Let us not be desirous of vain glory, provoking one another, envying one another.</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before direct commands whenever known sin, deception, rebellion, double-mindedness, or unresolved disobedience is present.</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Name personal sin without scapegoating ancestors or demons, confess it to God, make restitution where appropriate, submit to God, and replace the pattern with obedience.</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Repentance is not coerced self-accusation. Never manufacture hidden sin, blame victims, or treat every difficulty as proof of moral failure.</w:t>
      </w:r>
    </w:p>
    <w:p>
      <w:pPr>
        <w:pStyle w:val="ScriptureReference"/>
        <w:keepNext/>
        <w:pBdr>
          <w:bottom w:val="single" w:sz="2" w:space="1" w:color="D5DBE0"/>
        </w:pBdr>
      </w:pPr>
      <w:r>
        <w:t>Ephesians 4:17-32</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17</w:t>
      </w:r>
      <w:r>
        <w:rPr>
          <w:rFonts w:ascii="Liberation Serif" w:hAnsi="Liberation Serif" w:eastAsia="Liberation Serif"/>
          <w:color w:val="20262E"/>
          <w:sz w:val="18"/>
        </w:rPr>
        <w:t xml:space="preserve"> This I say therefore, and testify in the Lord, that ye henceforth walk not as other Gentiles walk, in the vanity of their mind,</w:t>
      </w:r>
      <w:r>
        <w:t xml:space="preserve"> </w:t>
      </w:r>
      <w:r>
        <w:rPr>
          <w:rFonts w:ascii="Liberation Sans" w:hAnsi="Liberation Sans" w:eastAsia="Liberation Sans"/>
          <w:b/>
          <w:color w:val="A67833"/>
          <w:sz w:val="15"/>
          <w:vertAlign w:val="superscript"/>
        </w:rPr>
        <w:t>18</w:t>
      </w:r>
      <w:r>
        <w:rPr>
          <w:rFonts w:ascii="Liberation Serif" w:hAnsi="Liberation Serif" w:eastAsia="Liberation Serif"/>
          <w:color w:val="20262E"/>
          <w:sz w:val="18"/>
        </w:rPr>
        <w:t xml:space="preserve"> Having the understanding darkened, being alienated from the life of God through the ignorance that is in them, because of the blindness of their heart:</w:t>
      </w:r>
      <w:r>
        <w:t xml:space="preserve"> </w:t>
      </w:r>
      <w:r>
        <w:rPr>
          <w:rFonts w:ascii="Liberation Sans" w:hAnsi="Liberation Sans" w:eastAsia="Liberation Sans"/>
          <w:b/>
          <w:color w:val="A67833"/>
          <w:sz w:val="15"/>
          <w:vertAlign w:val="superscript"/>
        </w:rPr>
        <w:t>19</w:t>
      </w:r>
      <w:r>
        <w:rPr>
          <w:rFonts w:ascii="Liberation Serif" w:hAnsi="Liberation Serif" w:eastAsia="Liberation Serif"/>
          <w:color w:val="20262E"/>
          <w:sz w:val="18"/>
        </w:rPr>
        <w:t xml:space="preserve"> Who being past feeling have given themselves over unto lasciviousness, to work all uncleanness with greediness.</w:t>
      </w:r>
      <w:r>
        <w:t xml:space="preserve"> </w:t>
      </w:r>
      <w:r>
        <w:rPr>
          <w:rFonts w:ascii="Liberation Sans" w:hAnsi="Liberation Sans" w:eastAsia="Liberation Sans"/>
          <w:b/>
          <w:color w:val="A67833"/>
          <w:sz w:val="15"/>
          <w:vertAlign w:val="superscript"/>
        </w:rPr>
        <w:t>20</w:t>
      </w:r>
      <w:r>
        <w:rPr>
          <w:rFonts w:ascii="Liberation Serif" w:hAnsi="Liberation Serif" w:eastAsia="Liberation Serif"/>
          <w:color w:val="20262E"/>
          <w:sz w:val="18"/>
        </w:rPr>
        <w:t xml:space="preserve"> But ye have not so learned Christ;</w:t>
      </w:r>
      <w:r>
        <w:t xml:space="preserve"> </w:t>
      </w:r>
      <w:r>
        <w:rPr>
          <w:rFonts w:ascii="Liberation Sans" w:hAnsi="Liberation Sans" w:eastAsia="Liberation Sans"/>
          <w:b/>
          <w:color w:val="A67833"/>
          <w:sz w:val="15"/>
          <w:vertAlign w:val="superscript"/>
        </w:rPr>
        <w:t>21</w:t>
      </w:r>
      <w:r>
        <w:rPr>
          <w:rFonts w:ascii="Liberation Serif" w:hAnsi="Liberation Serif" w:eastAsia="Liberation Serif"/>
          <w:color w:val="20262E"/>
          <w:sz w:val="18"/>
        </w:rPr>
        <w:t xml:space="preserve"> If so be that ye have heard him, and have been taught by him, as the truth is in Jesus:</w:t>
      </w:r>
      <w:r>
        <w:t xml:space="preserve"> </w:t>
      </w:r>
      <w:r>
        <w:rPr>
          <w:rFonts w:ascii="Liberation Sans" w:hAnsi="Liberation Sans" w:eastAsia="Liberation Sans"/>
          <w:b/>
          <w:color w:val="A67833"/>
          <w:sz w:val="15"/>
          <w:vertAlign w:val="superscript"/>
        </w:rPr>
        <w:t>22</w:t>
      </w:r>
      <w:r>
        <w:rPr>
          <w:rFonts w:ascii="Liberation Serif" w:hAnsi="Liberation Serif" w:eastAsia="Liberation Serif"/>
          <w:color w:val="20262E"/>
          <w:sz w:val="18"/>
        </w:rPr>
        <w:t xml:space="preserve"> That ye put off concerning the former conversation the old man, which is corrupt according to the deceitful lusts;</w:t>
      </w:r>
      <w:r>
        <w:t xml:space="preserve"> </w:t>
      </w:r>
      <w:r>
        <w:rPr>
          <w:rFonts w:ascii="Liberation Sans" w:hAnsi="Liberation Sans" w:eastAsia="Liberation Sans"/>
          <w:b/>
          <w:color w:val="A67833"/>
          <w:sz w:val="15"/>
          <w:vertAlign w:val="superscript"/>
        </w:rPr>
        <w:t>23</w:t>
      </w:r>
      <w:r>
        <w:rPr>
          <w:rFonts w:ascii="Liberation Serif" w:hAnsi="Liberation Serif" w:eastAsia="Liberation Serif"/>
          <w:color w:val="20262E"/>
          <w:sz w:val="18"/>
        </w:rPr>
        <w:t xml:space="preserve"> And be renewed in the spirit of your mind;</w:t>
      </w:r>
      <w:r>
        <w:t xml:space="preserve"> </w:t>
      </w:r>
      <w:r>
        <w:rPr>
          <w:rFonts w:ascii="Liberation Sans" w:hAnsi="Liberation Sans" w:eastAsia="Liberation Sans"/>
          <w:b/>
          <w:color w:val="A67833"/>
          <w:sz w:val="15"/>
          <w:vertAlign w:val="superscript"/>
        </w:rPr>
        <w:t>24</w:t>
      </w:r>
      <w:r>
        <w:rPr>
          <w:rFonts w:ascii="Liberation Serif" w:hAnsi="Liberation Serif" w:eastAsia="Liberation Serif"/>
          <w:color w:val="20262E"/>
          <w:sz w:val="18"/>
        </w:rPr>
        <w:t xml:space="preserve"> And that ye put on the new man, which after God is created in righteousness and true holiness.</w:t>
      </w:r>
      <w:r>
        <w:t xml:space="preserve"> </w:t>
      </w:r>
      <w:r>
        <w:rPr>
          <w:rFonts w:ascii="Liberation Sans" w:hAnsi="Liberation Sans" w:eastAsia="Liberation Sans"/>
          <w:b/>
          <w:color w:val="A67833"/>
          <w:sz w:val="15"/>
          <w:vertAlign w:val="superscript"/>
        </w:rPr>
        <w:t>25</w:t>
      </w:r>
      <w:r>
        <w:rPr>
          <w:rFonts w:ascii="Liberation Serif" w:hAnsi="Liberation Serif" w:eastAsia="Liberation Serif"/>
          <w:color w:val="20262E"/>
          <w:sz w:val="18"/>
        </w:rPr>
        <w:t xml:space="preserve"> Wherefore putting away lying, speak every man truth with his neighbour: for we are members one of another.</w:t>
      </w:r>
      <w:r>
        <w:t xml:space="preserve"> </w:t>
      </w:r>
      <w:r>
        <w:rPr>
          <w:rFonts w:ascii="Liberation Sans" w:hAnsi="Liberation Sans" w:eastAsia="Liberation Sans"/>
          <w:b/>
          <w:color w:val="A67833"/>
          <w:sz w:val="15"/>
          <w:vertAlign w:val="superscript"/>
        </w:rPr>
        <w:t>26</w:t>
      </w:r>
      <w:r>
        <w:rPr>
          <w:rFonts w:ascii="Liberation Serif" w:hAnsi="Liberation Serif" w:eastAsia="Liberation Serif"/>
          <w:color w:val="20262E"/>
          <w:sz w:val="18"/>
        </w:rPr>
        <w:t xml:space="preserve"> Be ye angry, and sin not: let not the sun go down upon your wrath:</w:t>
      </w:r>
      <w:r>
        <w:t xml:space="preserve"> </w:t>
      </w:r>
      <w:r>
        <w:rPr>
          <w:rFonts w:ascii="Liberation Sans" w:hAnsi="Liberation Sans" w:eastAsia="Liberation Sans"/>
          <w:b/>
          <w:color w:val="A67833"/>
          <w:sz w:val="15"/>
          <w:vertAlign w:val="superscript"/>
        </w:rPr>
        <w:t>27</w:t>
      </w:r>
      <w:r>
        <w:rPr>
          <w:rFonts w:ascii="Liberation Serif" w:hAnsi="Liberation Serif" w:eastAsia="Liberation Serif"/>
          <w:color w:val="20262E"/>
          <w:sz w:val="18"/>
        </w:rPr>
        <w:t xml:space="preserve"> Neither give place to the devil.</w:t>
      </w:r>
      <w:r>
        <w:t xml:space="preserve"> </w:t>
      </w:r>
      <w:r>
        <w:rPr>
          <w:rFonts w:ascii="Liberation Sans" w:hAnsi="Liberation Sans" w:eastAsia="Liberation Sans"/>
          <w:b/>
          <w:color w:val="A67833"/>
          <w:sz w:val="15"/>
          <w:vertAlign w:val="superscript"/>
        </w:rPr>
        <w:t>28</w:t>
      </w:r>
      <w:r>
        <w:rPr>
          <w:rFonts w:ascii="Liberation Serif" w:hAnsi="Liberation Serif" w:eastAsia="Liberation Serif"/>
          <w:color w:val="20262E"/>
          <w:sz w:val="18"/>
        </w:rPr>
        <w:t xml:space="preserve"> Let him that stole steal no more: but rather let him labour, working with his hands the thing which is good, that he may have to give to him that needeth.</w:t>
      </w:r>
      <w:r>
        <w:t xml:space="preserve"> </w:t>
      </w:r>
      <w:r>
        <w:rPr>
          <w:rFonts w:ascii="Liberation Sans" w:hAnsi="Liberation Sans" w:eastAsia="Liberation Sans"/>
          <w:b/>
          <w:color w:val="A67833"/>
          <w:sz w:val="15"/>
          <w:vertAlign w:val="superscript"/>
        </w:rPr>
        <w:t>29</w:t>
      </w:r>
      <w:r>
        <w:rPr>
          <w:rFonts w:ascii="Liberation Serif" w:hAnsi="Liberation Serif" w:eastAsia="Liberation Serif"/>
          <w:color w:val="20262E"/>
          <w:sz w:val="18"/>
        </w:rPr>
        <w:t xml:space="preserve"> Let no corrupt communication proceed out of your mouth, but that which is good to the use of edifying, that it may minister grace unto the hearers.</w:t>
      </w:r>
      <w:r>
        <w:t xml:space="preserve"> </w:t>
      </w:r>
      <w:r>
        <w:rPr>
          <w:rFonts w:ascii="Liberation Sans" w:hAnsi="Liberation Sans" w:eastAsia="Liberation Sans"/>
          <w:b/>
          <w:color w:val="A67833"/>
          <w:sz w:val="15"/>
          <w:vertAlign w:val="superscript"/>
        </w:rPr>
        <w:t>30</w:t>
      </w:r>
      <w:r>
        <w:rPr>
          <w:rFonts w:ascii="Liberation Serif" w:hAnsi="Liberation Serif" w:eastAsia="Liberation Serif"/>
          <w:color w:val="20262E"/>
          <w:sz w:val="18"/>
        </w:rPr>
        <w:t xml:space="preserve"> And grieve not the holy Spirit of God, whereby ye are sealed unto the day of redemption.</w:t>
      </w:r>
      <w:r>
        <w:t xml:space="preserve"> </w:t>
      </w:r>
      <w:r>
        <w:rPr>
          <w:rFonts w:ascii="Liberation Sans" w:hAnsi="Liberation Sans" w:eastAsia="Liberation Sans"/>
          <w:b/>
          <w:color w:val="A67833"/>
          <w:sz w:val="15"/>
          <w:vertAlign w:val="superscript"/>
        </w:rPr>
        <w:t>31</w:t>
      </w:r>
      <w:r>
        <w:rPr>
          <w:rFonts w:ascii="Liberation Serif" w:hAnsi="Liberation Serif" w:eastAsia="Liberation Serif"/>
          <w:color w:val="20262E"/>
          <w:sz w:val="18"/>
        </w:rPr>
        <w:t xml:space="preserve"> Let all bitterness, and wrath, and anger, and clamour, and evil speaking, be put away from you, with all malice:</w:t>
      </w:r>
      <w:r>
        <w:t xml:space="preserve"> </w:t>
      </w:r>
      <w:r>
        <w:rPr>
          <w:rFonts w:ascii="Liberation Sans" w:hAnsi="Liberation Sans" w:eastAsia="Liberation Sans"/>
          <w:b/>
          <w:color w:val="A67833"/>
          <w:sz w:val="15"/>
          <w:vertAlign w:val="superscript"/>
        </w:rPr>
        <w:t>32</w:t>
      </w:r>
      <w:r>
        <w:rPr>
          <w:rFonts w:ascii="Liberation Serif" w:hAnsi="Liberation Serif" w:eastAsia="Liberation Serif"/>
          <w:color w:val="20262E"/>
          <w:sz w:val="18"/>
        </w:rPr>
        <w:t xml:space="preserve"> And be ye kind one to another, tenderhearted, forgiving one another, even as God for Christ's sake hath forgiven you.</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before direct commands whenever known sin, deception, rebellion, double-mindedness, or unresolved disobedience is present.</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Name personal sin without scapegoating ancestors or demons, confess it to God, make restitution where appropriate, submit to God, and replace the pattern with obedience.</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Repentance is not coerced self-accusation. Never manufacture hidden sin, blame victims, or treat every difficulty as proof of moral failure.</w:t>
      </w:r>
    </w:p>
    <w:p>
      <w:pPr>
        <w:pStyle w:val="ScriptureReference"/>
        <w:keepNext/>
        <w:pBdr>
          <w:bottom w:val="single" w:sz="2" w:space="1" w:color="D5DBE0"/>
        </w:pBdr>
      </w:pPr>
      <w:r>
        <w:t>James 1:21-25</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21</w:t>
      </w:r>
      <w:r>
        <w:rPr>
          <w:rFonts w:ascii="Liberation Serif" w:hAnsi="Liberation Serif" w:eastAsia="Liberation Serif"/>
          <w:color w:val="20262E"/>
          <w:sz w:val="18"/>
        </w:rPr>
        <w:t xml:space="preserve"> Wherefore lay apart all filthiness and superfluity of naughtiness, and receive with meekness the engrafted word, which is able to save your souls.</w:t>
      </w:r>
      <w:r>
        <w:t xml:space="preserve"> </w:t>
      </w:r>
      <w:r>
        <w:rPr>
          <w:rFonts w:ascii="Liberation Sans" w:hAnsi="Liberation Sans" w:eastAsia="Liberation Sans"/>
          <w:b/>
          <w:color w:val="A67833"/>
          <w:sz w:val="15"/>
          <w:vertAlign w:val="superscript"/>
        </w:rPr>
        <w:t>22</w:t>
      </w:r>
      <w:r>
        <w:rPr>
          <w:rFonts w:ascii="Liberation Serif" w:hAnsi="Liberation Serif" w:eastAsia="Liberation Serif"/>
          <w:color w:val="20262E"/>
          <w:sz w:val="18"/>
        </w:rPr>
        <w:t xml:space="preserve"> But be ye doers of the word, and not hearers only, deceiving your own selves.</w:t>
      </w:r>
      <w:r>
        <w:t xml:space="preserve"> </w:t>
      </w:r>
      <w:r>
        <w:rPr>
          <w:rFonts w:ascii="Liberation Sans" w:hAnsi="Liberation Sans" w:eastAsia="Liberation Sans"/>
          <w:b/>
          <w:color w:val="A67833"/>
          <w:sz w:val="15"/>
          <w:vertAlign w:val="superscript"/>
        </w:rPr>
        <w:t>23</w:t>
      </w:r>
      <w:r>
        <w:rPr>
          <w:rFonts w:ascii="Liberation Serif" w:hAnsi="Liberation Serif" w:eastAsia="Liberation Serif"/>
          <w:color w:val="20262E"/>
          <w:sz w:val="18"/>
        </w:rPr>
        <w:t xml:space="preserve"> For if any be a hearer of the word, and not a doer, he is like unto a man beholding his natural face in a glass:</w:t>
      </w:r>
      <w:r>
        <w:t xml:space="preserve"> </w:t>
      </w:r>
      <w:r>
        <w:rPr>
          <w:rFonts w:ascii="Liberation Sans" w:hAnsi="Liberation Sans" w:eastAsia="Liberation Sans"/>
          <w:b/>
          <w:color w:val="A67833"/>
          <w:sz w:val="15"/>
          <w:vertAlign w:val="superscript"/>
        </w:rPr>
        <w:t>24</w:t>
      </w:r>
      <w:r>
        <w:rPr>
          <w:rFonts w:ascii="Liberation Serif" w:hAnsi="Liberation Serif" w:eastAsia="Liberation Serif"/>
          <w:color w:val="20262E"/>
          <w:sz w:val="18"/>
        </w:rPr>
        <w:t xml:space="preserve"> For he beholdeth himself, and goeth his way, and straightway forgetteth what manner of man he was.</w:t>
      </w:r>
      <w:r>
        <w:t xml:space="preserve"> </w:t>
      </w:r>
      <w:r>
        <w:rPr>
          <w:rFonts w:ascii="Liberation Sans" w:hAnsi="Liberation Sans" w:eastAsia="Liberation Sans"/>
          <w:b/>
          <w:color w:val="A67833"/>
          <w:sz w:val="15"/>
          <w:vertAlign w:val="superscript"/>
        </w:rPr>
        <w:t>25</w:t>
      </w:r>
      <w:r>
        <w:rPr>
          <w:rFonts w:ascii="Liberation Serif" w:hAnsi="Liberation Serif" w:eastAsia="Liberation Serif"/>
          <w:color w:val="20262E"/>
          <w:sz w:val="18"/>
        </w:rPr>
        <w:t xml:space="preserve"> But whoso looketh into the perfect law of liberty, and continueth therein, he being not a forgetful hearer, but a doer of the work, this man shall be blessed in his deed.</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before direct commands whenever known sin, deception, rebellion, double-mindedness, or unresolved disobedience is present.</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Name personal sin without scapegoating ancestors or demons, confess it to God, make restitution where appropriate, submit to God, and replace the pattern with obedience.</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Repentance is not coerced self-accusation. Never manufacture hidden sin, blame victims, or treat every difficulty as proof of moral failure.</w:t>
      </w:r>
    </w:p>
    <w:p>
      <w:pPr>
        <w:pStyle w:val="ScriptureReference"/>
        <w:keepNext/>
        <w:pBdr>
          <w:bottom w:val="single" w:sz="2" w:space="1" w:color="D5DBE0"/>
        </w:pBdr>
      </w:pPr>
      <w:r>
        <w:t>James 4:1-10</w:t>
      </w:r>
    </w:p>
    <w:p>
      <w:pPr>
        <w:pStyle w:val="EvidenceTag"/>
        <w:keepNext/>
      </w:pPr>
      <w:r>
        <w:t>Evidence A | Source IDs: S01, S16 | Lake Hamilton Bible Camp; Freedom in Christ / Neil T. Anderson</w:t>
      </w:r>
    </w:p>
    <w:p>
      <w:pPr>
        <w:pStyle w:val="ScriptureText"/>
        <w:keepNext/>
      </w:pPr>
      <w:r>
        <w:rPr>
          <w:rFonts w:ascii="Liberation Sans" w:hAnsi="Liberation Sans" w:eastAsia="Liberation Sans"/>
          <w:b/>
          <w:color w:val="A67833"/>
          <w:sz w:val="15"/>
          <w:vertAlign w:val="superscript"/>
        </w:rPr>
        <w:t>1</w:t>
      </w:r>
      <w:r>
        <w:rPr>
          <w:rFonts w:ascii="Liberation Serif" w:hAnsi="Liberation Serif" w:eastAsia="Liberation Serif"/>
          <w:color w:val="20262E"/>
          <w:sz w:val="18"/>
        </w:rPr>
        <w:t xml:space="preserve"> From whence come wars and fightings among you? come they not hence, even of your lusts that war in your members?</w:t>
      </w:r>
      <w:r>
        <w:t xml:space="preserve"> </w:t>
      </w:r>
      <w:r>
        <w:rPr>
          <w:rFonts w:ascii="Liberation Sans" w:hAnsi="Liberation Sans" w:eastAsia="Liberation Sans"/>
          <w:b/>
          <w:color w:val="A67833"/>
          <w:sz w:val="15"/>
          <w:vertAlign w:val="superscript"/>
        </w:rPr>
        <w:t>2</w:t>
      </w:r>
      <w:r>
        <w:rPr>
          <w:rFonts w:ascii="Liberation Serif" w:hAnsi="Liberation Serif" w:eastAsia="Liberation Serif"/>
          <w:color w:val="20262E"/>
          <w:sz w:val="18"/>
        </w:rPr>
        <w:t xml:space="preserve"> Ye lust, and have not: ye kill, and desire to have, and cannot obtain: ye fight and war, yet ye have not, because ye ask not.</w:t>
      </w:r>
      <w:r>
        <w:t xml:space="preserve"> </w:t>
      </w:r>
      <w:r>
        <w:rPr>
          <w:rFonts w:ascii="Liberation Sans" w:hAnsi="Liberation Sans" w:eastAsia="Liberation Sans"/>
          <w:b/>
          <w:color w:val="A67833"/>
          <w:sz w:val="15"/>
          <w:vertAlign w:val="superscript"/>
        </w:rPr>
        <w:t>3</w:t>
      </w:r>
      <w:r>
        <w:rPr>
          <w:rFonts w:ascii="Liberation Serif" w:hAnsi="Liberation Serif" w:eastAsia="Liberation Serif"/>
          <w:color w:val="20262E"/>
          <w:sz w:val="18"/>
        </w:rPr>
        <w:t xml:space="preserve"> Ye ask, and receive not, because ye ask amiss, that ye may consume it upon your lusts.</w:t>
      </w:r>
      <w:r>
        <w:t xml:space="preserve"> </w:t>
      </w:r>
      <w:r>
        <w:rPr>
          <w:rFonts w:ascii="Liberation Sans" w:hAnsi="Liberation Sans" w:eastAsia="Liberation Sans"/>
          <w:b/>
          <w:color w:val="A67833"/>
          <w:sz w:val="15"/>
          <w:vertAlign w:val="superscript"/>
        </w:rPr>
        <w:t>4</w:t>
      </w:r>
      <w:r>
        <w:rPr>
          <w:rFonts w:ascii="Liberation Serif" w:hAnsi="Liberation Serif" w:eastAsia="Liberation Serif"/>
          <w:color w:val="20262E"/>
          <w:sz w:val="18"/>
        </w:rPr>
        <w:t xml:space="preserve"> Ye adulterers and adulteresses, know ye not that the friendship of the world is enmity with God? whosoever therefore will be a friend of the world is the enemy of God.</w:t>
      </w:r>
      <w:r>
        <w:t xml:space="preserve"> </w:t>
      </w:r>
      <w:r>
        <w:rPr>
          <w:rFonts w:ascii="Liberation Sans" w:hAnsi="Liberation Sans" w:eastAsia="Liberation Sans"/>
          <w:b/>
          <w:color w:val="A67833"/>
          <w:sz w:val="15"/>
          <w:vertAlign w:val="superscript"/>
        </w:rPr>
        <w:t>5</w:t>
      </w:r>
      <w:r>
        <w:rPr>
          <w:rFonts w:ascii="Liberation Serif" w:hAnsi="Liberation Serif" w:eastAsia="Liberation Serif"/>
          <w:color w:val="20262E"/>
          <w:sz w:val="18"/>
        </w:rPr>
        <w:t xml:space="preserve"> Do ye think that the scripture saith in vain, The spirit that dwelleth in us lusteth to envy?</w:t>
      </w:r>
      <w:r>
        <w:t xml:space="preserve"> </w:t>
      </w:r>
      <w:r>
        <w:rPr>
          <w:rFonts w:ascii="Liberation Sans" w:hAnsi="Liberation Sans" w:eastAsia="Liberation Sans"/>
          <w:b/>
          <w:color w:val="A67833"/>
          <w:sz w:val="15"/>
          <w:vertAlign w:val="superscript"/>
        </w:rPr>
        <w:t>6</w:t>
      </w:r>
      <w:r>
        <w:rPr>
          <w:rFonts w:ascii="Liberation Serif" w:hAnsi="Liberation Serif" w:eastAsia="Liberation Serif"/>
          <w:color w:val="20262E"/>
          <w:sz w:val="18"/>
        </w:rPr>
        <w:t xml:space="preserve"> But he giveth more grace. Wherefore he saith, God resisteth the proud, but giveth grace unto the humble.</w:t>
      </w:r>
      <w:r>
        <w:t xml:space="preserve"> </w:t>
      </w:r>
      <w:r>
        <w:rPr>
          <w:rFonts w:ascii="Liberation Sans" w:hAnsi="Liberation Sans" w:eastAsia="Liberation Sans"/>
          <w:b/>
          <w:color w:val="A67833"/>
          <w:sz w:val="15"/>
          <w:vertAlign w:val="superscript"/>
        </w:rPr>
        <w:t>7</w:t>
      </w:r>
      <w:r>
        <w:rPr>
          <w:rFonts w:ascii="Liberation Serif" w:hAnsi="Liberation Serif" w:eastAsia="Liberation Serif"/>
          <w:color w:val="20262E"/>
          <w:sz w:val="18"/>
        </w:rPr>
        <w:t xml:space="preserve"> Submit yourselves therefore to God. Resist the devil, and he will flee from you.</w:t>
      </w:r>
      <w:r>
        <w:t xml:space="preserve"> </w:t>
      </w:r>
      <w:r>
        <w:rPr>
          <w:rFonts w:ascii="Liberation Sans" w:hAnsi="Liberation Sans" w:eastAsia="Liberation Sans"/>
          <w:b/>
          <w:color w:val="A67833"/>
          <w:sz w:val="15"/>
          <w:vertAlign w:val="superscript"/>
        </w:rPr>
        <w:t>8</w:t>
      </w:r>
      <w:r>
        <w:rPr>
          <w:rFonts w:ascii="Liberation Serif" w:hAnsi="Liberation Serif" w:eastAsia="Liberation Serif"/>
          <w:color w:val="20262E"/>
          <w:sz w:val="18"/>
        </w:rPr>
        <w:t xml:space="preserve"> Draw nigh to God, and he will draw nigh to you. Cleanse your hands, ye sinners; and purify your hearts, ye double minded.</w:t>
      </w:r>
      <w:r>
        <w:t xml:space="preserve"> </w:t>
      </w:r>
      <w:r>
        <w:rPr>
          <w:rFonts w:ascii="Liberation Sans" w:hAnsi="Liberation Sans" w:eastAsia="Liberation Sans"/>
          <w:b/>
          <w:color w:val="A67833"/>
          <w:sz w:val="15"/>
          <w:vertAlign w:val="superscript"/>
        </w:rPr>
        <w:t>9</w:t>
      </w:r>
      <w:r>
        <w:rPr>
          <w:rFonts w:ascii="Liberation Serif" w:hAnsi="Liberation Serif" w:eastAsia="Liberation Serif"/>
          <w:color w:val="20262E"/>
          <w:sz w:val="18"/>
        </w:rPr>
        <w:t xml:space="preserve"> Be afflicted, and mourn, and weep: let your laughter be turned to mourning, and your joy to heaviness.</w:t>
      </w:r>
      <w:r>
        <w:t xml:space="preserve"> </w:t>
      </w:r>
      <w:r>
        <w:rPr>
          <w:rFonts w:ascii="Liberation Sans" w:hAnsi="Liberation Sans" w:eastAsia="Liberation Sans"/>
          <w:b/>
          <w:color w:val="A67833"/>
          <w:sz w:val="15"/>
          <w:vertAlign w:val="superscript"/>
        </w:rPr>
        <w:t>10</w:t>
      </w:r>
      <w:r>
        <w:rPr>
          <w:rFonts w:ascii="Liberation Serif" w:hAnsi="Liberation Serif" w:eastAsia="Liberation Serif"/>
          <w:color w:val="20262E"/>
          <w:sz w:val="18"/>
        </w:rPr>
        <w:t xml:space="preserve"> Humble yourselves in the sight of the Lord, and he shall lift you up.</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When warfare language is being used without submission, repentance, humility, or control of desires.</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Submit to God first, repent, draw near, then resist the devil.</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James places resistance inside a larger call to humility, purified motives, and repentance.</w:t>
      </w:r>
    </w:p>
    <w:p>
      <w:pPr>
        <w:pStyle w:val="ScriptureReference"/>
        <w:keepNext/>
        <w:pBdr>
          <w:bottom w:val="single" w:sz="2" w:space="1" w:color="D5DBE0"/>
        </w:pBdr>
      </w:pPr>
      <w:r>
        <w:t>1 John 1:5-10</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5</w:t>
      </w:r>
      <w:r>
        <w:rPr>
          <w:rFonts w:ascii="Liberation Serif" w:hAnsi="Liberation Serif" w:eastAsia="Liberation Serif"/>
          <w:color w:val="20262E"/>
          <w:sz w:val="18"/>
        </w:rPr>
        <w:t xml:space="preserve"> This then is the message which we have heard of him, and declare unto you, that God is light, and in him is no darkness at all.</w:t>
      </w:r>
      <w:r>
        <w:t xml:space="preserve"> </w:t>
      </w:r>
      <w:r>
        <w:rPr>
          <w:rFonts w:ascii="Liberation Sans" w:hAnsi="Liberation Sans" w:eastAsia="Liberation Sans"/>
          <w:b/>
          <w:color w:val="A67833"/>
          <w:sz w:val="15"/>
          <w:vertAlign w:val="superscript"/>
        </w:rPr>
        <w:t>6</w:t>
      </w:r>
      <w:r>
        <w:rPr>
          <w:rFonts w:ascii="Liberation Serif" w:hAnsi="Liberation Serif" w:eastAsia="Liberation Serif"/>
          <w:color w:val="20262E"/>
          <w:sz w:val="18"/>
        </w:rPr>
        <w:t xml:space="preserve"> If we say that we have fellowship with him, and walk in darkness, we lie, and do not the truth:</w:t>
      </w:r>
      <w:r>
        <w:t xml:space="preserve"> </w:t>
      </w:r>
      <w:r>
        <w:rPr>
          <w:rFonts w:ascii="Liberation Sans" w:hAnsi="Liberation Sans" w:eastAsia="Liberation Sans"/>
          <w:b/>
          <w:color w:val="A67833"/>
          <w:sz w:val="15"/>
          <w:vertAlign w:val="superscript"/>
        </w:rPr>
        <w:t>7</w:t>
      </w:r>
      <w:r>
        <w:rPr>
          <w:rFonts w:ascii="Liberation Serif" w:hAnsi="Liberation Serif" w:eastAsia="Liberation Serif"/>
          <w:color w:val="20262E"/>
          <w:sz w:val="18"/>
        </w:rPr>
        <w:t xml:space="preserve"> But if we walk in the light, as he is in the light, we have fellowship one with another, and the blood of Jesus Christ his Son cleanseth us from all sin.</w:t>
      </w:r>
      <w:r>
        <w:t xml:space="preserve"> </w:t>
      </w:r>
      <w:r>
        <w:rPr>
          <w:rFonts w:ascii="Liberation Sans" w:hAnsi="Liberation Sans" w:eastAsia="Liberation Sans"/>
          <w:b/>
          <w:color w:val="A67833"/>
          <w:sz w:val="15"/>
          <w:vertAlign w:val="superscript"/>
        </w:rPr>
        <w:t>8</w:t>
      </w:r>
      <w:r>
        <w:rPr>
          <w:rFonts w:ascii="Liberation Serif" w:hAnsi="Liberation Serif" w:eastAsia="Liberation Serif"/>
          <w:color w:val="20262E"/>
          <w:sz w:val="18"/>
        </w:rPr>
        <w:t xml:space="preserve"> If we say that we have no sin, we deceive ourselves, and the truth is not in us.</w:t>
      </w:r>
      <w:r>
        <w:t xml:space="preserve"> </w:t>
      </w:r>
      <w:r>
        <w:rPr>
          <w:rFonts w:ascii="Liberation Sans" w:hAnsi="Liberation Sans" w:eastAsia="Liberation Sans"/>
          <w:b/>
          <w:color w:val="A67833"/>
          <w:sz w:val="15"/>
          <w:vertAlign w:val="superscript"/>
        </w:rPr>
        <w:t>9</w:t>
      </w:r>
      <w:r>
        <w:rPr>
          <w:rFonts w:ascii="Liberation Serif" w:hAnsi="Liberation Serif" w:eastAsia="Liberation Serif"/>
          <w:color w:val="20262E"/>
          <w:sz w:val="18"/>
        </w:rPr>
        <w:t xml:space="preserve"> If we confess our sins, he is faithful and just to forgive us our sins, and to cleanse us from all unrighteousness.</w:t>
      </w:r>
      <w:r>
        <w:t xml:space="preserve"> </w:t>
      </w:r>
      <w:r>
        <w:rPr>
          <w:rFonts w:ascii="Liberation Sans" w:hAnsi="Liberation Sans" w:eastAsia="Liberation Sans"/>
          <w:b/>
          <w:color w:val="A67833"/>
          <w:sz w:val="15"/>
          <w:vertAlign w:val="superscript"/>
        </w:rPr>
        <w:t>10</w:t>
      </w:r>
      <w:r>
        <w:rPr>
          <w:rFonts w:ascii="Liberation Serif" w:hAnsi="Liberation Serif" w:eastAsia="Liberation Serif"/>
          <w:color w:val="20262E"/>
          <w:sz w:val="18"/>
        </w:rPr>
        <w:t xml:space="preserve"> If we say that we have not sinned, we make him a liar, and his word is not in us.</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before direct commands whenever known sin, deception, rebellion, double-mindedness, or unresolved disobedience is present.</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Name personal sin without scapegoating ancestors or demons, confess it to God, make restitution where appropriate, submit to God, and replace the pattern with obedience.</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Repentance is not coerced self-accusation. Never manufacture hidden sin, blame victims, or treat every difficulty as proof of moral failure.</w:t>
      </w:r>
    </w:p>
    <w:p>
      <w:pPr>
        <w:pStyle w:val="Heading1"/>
        <w:keepNext/>
        <w:pageBreakBefore/>
        <w:pBdr>
          <w:bottom w:val="single" w:sz="8" w:space="2" w:color="A67833"/>
        </w:pBdr>
      </w:pPr>
      <w:r>
        <w:t>6.6 Forgiveness, Bitterness, Reconciliation, and Boundaries</w:t>
      </w:r>
    </w:p>
    <w:p>
      <w:pPr>
        <w:pStyle w:val="Guidance"/>
      </w:pPr>
      <w:r>
        <w:rPr>
          <w:rFonts w:ascii="Liberation Sans" w:hAnsi="Liberation Sans" w:eastAsia="Liberation Sans"/>
          <w:b/>
          <w:color w:val="18324A"/>
          <w:sz w:val="17"/>
        </w:rPr>
        <w:t xml:space="preserve">Use this section when: </w:t>
      </w:r>
      <w:r>
        <w:rPr>
          <w:rFonts w:ascii="Liberation Sans" w:hAnsi="Liberation Sans" w:eastAsia="Liberation Sans"/>
          <w:color w:val="20262E"/>
          <w:sz w:val="17"/>
        </w:rPr>
        <w:t>Use when resentment, revenge, hatred, recurring relational torment, or refusal to release judgment is obstructing peace and prayer.</w:t>
      </w:r>
    </w:p>
    <w:p>
      <w:pPr>
        <w:pStyle w:val="Guidance"/>
      </w:pPr>
      <w:r>
        <w:rPr>
          <w:rFonts w:ascii="Liberation Sans" w:hAnsi="Liberation Sans" w:eastAsia="Liberation Sans"/>
          <w:b/>
          <w:color w:val="18324A"/>
          <w:sz w:val="17"/>
        </w:rPr>
        <w:t xml:space="preserve">Ministry method: </w:t>
      </w:r>
      <w:r>
        <w:rPr>
          <w:rFonts w:ascii="Liberation Sans" w:hAnsi="Liberation Sans" w:eastAsia="Liberation Sans"/>
          <w:color w:val="20262E"/>
          <w:sz w:val="17"/>
        </w:rPr>
        <w:t>Choose to release personal vengeance to God, ask for healing, bless without enabling abuse, and pursue reconciliation only where truth, repentance, and safety allow.</w:t>
      </w:r>
    </w:p>
    <w:p>
      <w:pPr>
        <w:pStyle w:val="Guidance"/>
      </w:pPr>
      <w:r>
        <w:rPr>
          <w:rFonts w:ascii="Liberation Sans" w:hAnsi="Liberation Sans" w:eastAsia="Liberation Sans"/>
          <w:b/>
          <w:color w:val="18324A"/>
          <w:sz w:val="17"/>
        </w:rPr>
        <w:t xml:space="preserve">Section control: </w:t>
      </w:r>
      <w:r>
        <w:rPr>
          <w:rFonts w:ascii="Liberation Sans" w:hAnsi="Liberation Sans" w:eastAsia="Liberation Sans"/>
          <w:color w:val="20262E"/>
          <w:sz w:val="17"/>
        </w:rPr>
        <w:t>Forgiveness does not deny harm, erase consequences, require unsafe contact, or cancel reporting, boundaries, justice, or protection.</w:t>
      </w:r>
    </w:p>
    <w:p>
      <w:pPr>
        <w:pStyle w:val="SmallNote"/>
      </w:pPr>
      <w:r>
        <w:t>12 operational passage entries</w:t>
      </w:r>
    </w:p>
    <w:p>
      <w:pPr>
        <w:pStyle w:val="ScriptureReference"/>
        <w:keepNext/>
        <w:pBdr>
          <w:bottom w:val="single" w:sz="2" w:space="1" w:color="D5DBE0"/>
        </w:pBdr>
      </w:pPr>
      <w:r>
        <w:t>Genesis 50:15-21</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15</w:t>
      </w:r>
      <w:r>
        <w:rPr>
          <w:rFonts w:ascii="Liberation Serif" w:hAnsi="Liberation Serif" w:eastAsia="Liberation Serif"/>
          <w:color w:val="20262E"/>
          <w:sz w:val="18"/>
        </w:rPr>
        <w:t xml:space="preserve"> And when Joseph's brethren saw that their father was dead, they said, Joseph will peradventure hate us, and will certainly requite us all the evil which we did unto him.</w:t>
      </w:r>
      <w:r>
        <w:t xml:space="preserve"> </w:t>
      </w:r>
      <w:r>
        <w:rPr>
          <w:rFonts w:ascii="Liberation Sans" w:hAnsi="Liberation Sans" w:eastAsia="Liberation Sans"/>
          <w:b/>
          <w:color w:val="A67833"/>
          <w:sz w:val="15"/>
          <w:vertAlign w:val="superscript"/>
        </w:rPr>
        <w:t>16</w:t>
      </w:r>
      <w:r>
        <w:rPr>
          <w:rFonts w:ascii="Liberation Serif" w:hAnsi="Liberation Serif" w:eastAsia="Liberation Serif"/>
          <w:color w:val="20262E"/>
          <w:sz w:val="18"/>
        </w:rPr>
        <w:t xml:space="preserve"> And they sent a messenger unto Joseph, saying, Thy father did command before he died, saying,</w:t>
      </w:r>
      <w:r>
        <w:t xml:space="preserve"> </w:t>
      </w:r>
      <w:r>
        <w:rPr>
          <w:rFonts w:ascii="Liberation Sans" w:hAnsi="Liberation Sans" w:eastAsia="Liberation Sans"/>
          <w:b/>
          <w:color w:val="A67833"/>
          <w:sz w:val="15"/>
          <w:vertAlign w:val="superscript"/>
        </w:rPr>
        <w:t>17</w:t>
      </w:r>
      <w:r>
        <w:rPr>
          <w:rFonts w:ascii="Liberation Serif" w:hAnsi="Liberation Serif" w:eastAsia="Liberation Serif"/>
          <w:color w:val="20262E"/>
          <w:sz w:val="18"/>
        </w:rPr>
        <w:t xml:space="preserve"> So shall ye say unto Joseph, Forgive, I pray thee now, the trespass of thy brethren, and their sin; for they did unto thee evil: and now, we pray thee, forgive the trespass of the servants of the God of thy father. And Joseph wept when they spake unto him.</w:t>
      </w:r>
      <w:r>
        <w:t xml:space="preserve"> </w:t>
      </w:r>
      <w:r>
        <w:rPr>
          <w:rFonts w:ascii="Liberation Sans" w:hAnsi="Liberation Sans" w:eastAsia="Liberation Sans"/>
          <w:b/>
          <w:color w:val="A67833"/>
          <w:sz w:val="15"/>
          <w:vertAlign w:val="superscript"/>
        </w:rPr>
        <w:t>18</w:t>
      </w:r>
      <w:r>
        <w:rPr>
          <w:rFonts w:ascii="Liberation Serif" w:hAnsi="Liberation Serif" w:eastAsia="Liberation Serif"/>
          <w:color w:val="20262E"/>
          <w:sz w:val="18"/>
        </w:rPr>
        <w:t xml:space="preserve"> And his brethren also went and fell down before his face; and they said, Behold, we be thy servants.</w:t>
      </w:r>
      <w:r>
        <w:t xml:space="preserve"> </w:t>
      </w:r>
      <w:r>
        <w:rPr>
          <w:rFonts w:ascii="Liberation Sans" w:hAnsi="Liberation Sans" w:eastAsia="Liberation Sans"/>
          <w:b/>
          <w:color w:val="A67833"/>
          <w:sz w:val="15"/>
          <w:vertAlign w:val="superscript"/>
        </w:rPr>
        <w:t>19</w:t>
      </w:r>
      <w:r>
        <w:rPr>
          <w:rFonts w:ascii="Liberation Serif" w:hAnsi="Liberation Serif" w:eastAsia="Liberation Serif"/>
          <w:color w:val="20262E"/>
          <w:sz w:val="18"/>
        </w:rPr>
        <w:t xml:space="preserve"> And Joseph said unto them, Fear not: for am I in the place of God?</w:t>
      </w:r>
      <w:r>
        <w:t xml:space="preserve"> </w:t>
      </w:r>
      <w:r>
        <w:rPr>
          <w:rFonts w:ascii="Liberation Sans" w:hAnsi="Liberation Sans" w:eastAsia="Liberation Sans"/>
          <w:b/>
          <w:color w:val="A67833"/>
          <w:sz w:val="15"/>
          <w:vertAlign w:val="superscript"/>
        </w:rPr>
        <w:t>20</w:t>
      </w:r>
      <w:r>
        <w:rPr>
          <w:rFonts w:ascii="Liberation Serif" w:hAnsi="Liberation Serif" w:eastAsia="Liberation Serif"/>
          <w:color w:val="20262E"/>
          <w:sz w:val="18"/>
        </w:rPr>
        <w:t xml:space="preserve"> But as for you, ye thought evil against me; but God meant it unto good, to bring to pass, as it is this day, to save much people alive.</w:t>
      </w:r>
      <w:r>
        <w:t xml:space="preserve"> </w:t>
      </w:r>
      <w:r>
        <w:rPr>
          <w:rFonts w:ascii="Liberation Sans" w:hAnsi="Liberation Sans" w:eastAsia="Liberation Sans"/>
          <w:b/>
          <w:color w:val="A67833"/>
          <w:sz w:val="15"/>
          <w:vertAlign w:val="superscript"/>
        </w:rPr>
        <w:t>21</w:t>
      </w:r>
      <w:r>
        <w:rPr>
          <w:rFonts w:ascii="Liberation Serif" w:hAnsi="Liberation Serif" w:eastAsia="Liberation Serif"/>
          <w:color w:val="20262E"/>
          <w:sz w:val="18"/>
        </w:rPr>
        <w:t xml:space="preserve"> Now therefore fear ye not: I will nourish you, and your little ones. And he comforted them, and spake kindly unto them.</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resentment, revenge, hatred, recurring relational torment, or refusal to release judgment is obstructing peace and prayer.</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Choose to release personal vengeance to God, ask for healing, bless without enabling abuse, and pursue reconciliation only where truth, repentance, and safety allow.</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Forgiveness does not deny harm, erase consequences, require unsafe contact, or cancel reporting, boundaries, justice, or protection.</w:t>
      </w:r>
    </w:p>
    <w:p>
      <w:pPr>
        <w:pStyle w:val="ScriptureReference"/>
        <w:keepNext/>
        <w:pBdr>
          <w:bottom w:val="single" w:sz="2" w:space="1" w:color="D5DBE0"/>
        </w:pBdr>
      </w:pPr>
      <w:r>
        <w:t>Psalm 32:1-5</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w:t>
      </w:r>
      <w:r>
        <w:rPr>
          <w:rFonts w:ascii="Liberation Serif" w:hAnsi="Liberation Serif" w:eastAsia="Liberation Serif"/>
          <w:color w:val="20262E"/>
          <w:sz w:val="18"/>
        </w:rPr>
        <w:t xml:space="preserve"> A Psalm of David, Maschil. Blessed is he whose transgression is forgiven, whose sin is covered.</w:t>
      </w:r>
      <w:r>
        <w:t xml:space="preserve"> </w:t>
      </w:r>
      <w:r>
        <w:rPr>
          <w:rFonts w:ascii="Liberation Sans" w:hAnsi="Liberation Sans" w:eastAsia="Liberation Sans"/>
          <w:b/>
          <w:color w:val="A67833"/>
          <w:sz w:val="15"/>
          <w:vertAlign w:val="superscript"/>
        </w:rPr>
        <w:t>2</w:t>
      </w:r>
      <w:r>
        <w:rPr>
          <w:rFonts w:ascii="Liberation Serif" w:hAnsi="Liberation Serif" w:eastAsia="Liberation Serif"/>
          <w:color w:val="20262E"/>
          <w:sz w:val="18"/>
        </w:rPr>
        <w:t xml:space="preserve"> Blessed is the man unto whom the LORD imputeth not iniquity, and in whose spirit there is no guile.</w:t>
      </w:r>
      <w:r>
        <w:t xml:space="preserve"> </w:t>
      </w:r>
      <w:r>
        <w:rPr>
          <w:rFonts w:ascii="Liberation Sans" w:hAnsi="Liberation Sans" w:eastAsia="Liberation Sans"/>
          <w:b/>
          <w:color w:val="A67833"/>
          <w:sz w:val="15"/>
          <w:vertAlign w:val="superscript"/>
        </w:rPr>
        <w:t>3</w:t>
      </w:r>
      <w:r>
        <w:rPr>
          <w:rFonts w:ascii="Liberation Serif" w:hAnsi="Liberation Serif" w:eastAsia="Liberation Serif"/>
          <w:color w:val="20262E"/>
          <w:sz w:val="18"/>
        </w:rPr>
        <w:t xml:space="preserve"> When I kept silence, my bones waxed old through my roaring all the day long.</w:t>
      </w:r>
      <w:r>
        <w:t xml:space="preserve"> </w:t>
      </w:r>
      <w:r>
        <w:rPr>
          <w:rFonts w:ascii="Liberation Sans" w:hAnsi="Liberation Sans" w:eastAsia="Liberation Sans"/>
          <w:b/>
          <w:color w:val="A67833"/>
          <w:sz w:val="15"/>
          <w:vertAlign w:val="superscript"/>
        </w:rPr>
        <w:t>4</w:t>
      </w:r>
      <w:r>
        <w:rPr>
          <w:rFonts w:ascii="Liberation Serif" w:hAnsi="Liberation Serif" w:eastAsia="Liberation Serif"/>
          <w:color w:val="20262E"/>
          <w:sz w:val="18"/>
        </w:rPr>
        <w:t xml:space="preserve"> For day and night thy hand was heavy upon me: my moisture is turned into the drought of summer. Selah.</w:t>
      </w:r>
      <w:r>
        <w:t xml:space="preserve"> </w:t>
      </w:r>
      <w:r>
        <w:rPr>
          <w:rFonts w:ascii="Liberation Sans" w:hAnsi="Liberation Sans" w:eastAsia="Liberation Sans"/>
          <w:b/>
          <w:color w:val="A67833"/>
          <w:sz w:val="15"/>
          <w:vertAlign w:val="superscript"/>
        </w:rPr>
        <w:t>5</w:t>
      </w:r>
      <w:r>
        <w:rPr>
          <w:rFonts w:ascii="Liberation Serif" w:hAnsi="Liberation Serif" w:eastAsia="Liberation Serif"/>
          <w:color w:val="20262E"/>
          <w:sz w:val="18"/>
        </w:rPr>
        <w:t xml:space="preserve"> I acknowledged my sin unto thee, and mine iniquity have I not hid. I said, I will confess my transgressions unto the LORD; and thou forgavest the iniquity of my sin. Selah.</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resentment, revenge, hatred, recurring relational torment, or refusal to release judgment is obstructing peace and prayer.</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Choose to release personal vengeance to God, ask for healing, bless without enabling abuse, and pursue reconciliation only where truth, repentance, and safety allow.</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Forgiveness does not deny harm, erase consequences, require unsafe contact, or cancel reporting, boundaries, justice, or protection.</w:t>
      </w:r>
    </w:p>
    <w:p>
      <w:pPr>
        <w:pStyle w:val="ScriptureReference"/>
        <w:keepNext/>
        <w:pBdr>
          <w:bottom w:val="single" w:sz="2" w:space="1" w:color="D5DBE0"/>
        </w:pBdr>
      </w:pPr>
      <w:r>
        <w:t>Matthew 5:43-48</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43</w:t>
      </w:r>
      <w:r>
        <w:rPr>
          <w:rFonts w:ascii="Liberation Serif" w:hAnsi="Liberation Serif" w:eastAsia="Liberation Serif"/>
          <w:color w:val="20262E"/>
          <w:sz w:val="18"/>
        </w:rPr>
        <w:t xml:space="preserve"> Ye have heard that it hath been said, Thou shalt love thy neighbour, and hate thine enemy.</w:t>
      </w:r>
      <w:r>
        <w:t xml:space="preserve"> </w:t>
      </w:r>
      <w:r>
        <w:rPr>
          <w:rFonts w:ascii="Liberation Sans" w:hAnsi="Liberation Sans" w:eastAsia="Liberation Sans"/>
          <w:b/>
          <w:color w:val="A67833"/>
          <w:sz w:val="15"/>
          <w:vertAlign w:val="superscript"/>
        </w:rPr>
        <w:t>44</w:t>
      </w:r>
      <w:r>
        <w:rPr>
          <w:rFonts w:ascii="Liberation Serif" w:hAnsi="Liberation Serif" w:eastAsia="Liberation Serif"/>
          <w:color w:val="20262E"/>
          <w:sz w:val="18"/>
        </w:rPr>
        <w:t xml:space="preserve"> But I say unto you, Love your enemies, bless them that curse you, do good to them that hate you, and pray for them which despitefully use you, and persecute you;</w:t>
      </w:r>
      <w:r>
        <w:t xml:space="preserve"> </w:t>
      </w:r>
      <w:r>
        <w:rPr>
          <w:rFonts w:ascii="Liberation Sans" w:hAnsi="Liberation Sans" w:eastAsia="Liberation Sans"/>
          <w:b/>
          <w:color w:val="A67833"/>
          <w:sz w:val="15"/>
          <w:vertAlign w:val="superscript"/>
        </w:rPr>
        <w:t>45</w:t>
      </w:r>
      <w:r>
        <w:rPr>
          <w:rFonts w:ascii="Liberation Serif" w:hAnsi="Liberation Serif" w:eastAsia="Liberation Serif"/>
          <w:color w:val="20262E"/>
          <w:sz w:val="18"/>
        </w:rPr>
        <w:t xml:space="preserve"> That ye may be the children of your Father which is in heaven: for he maketh his sun to rise on the evil and on the good, and sendeth rain on the just and on the unjust.</w:t>
      </w:r>
      <w:r>
        <w:t xml:space="preserve"> </w:t>
      </w:r>
      <w:r>
        <w:rPr>
          <w:rFonts w:ascii="Liberation Sans" w:hAnsi="Liberation Sans" w:eastAsia="Liberation Sans"/>
          <w:b/>
          <w:color w:val="A67833"/>
          <w:sz w:val="15"/>
          <w:vertAlign w:val="superscript"/>
        </w:rPr>
        <w:t>46</w:t>
      </w:r>
      <w:r>
        <w:rPr>
          <w:rFonts w:ascii="Liberation Serif" w:hAnsi="Liberation Serif" w:eastAsia="Liberation Serif"/>
          <w:color w:val="20262E"/>
          <w:sz w:val="18"/>
        </w:rPr>
        <w:t xml:space="preserve"> For if ye love them which love you, what reward have ye? do not even the publicans the same?</w:t>
      </w:r>
      <w:r>
        <w:t xml:space="preserve"> </w:t>
      </w:r>
      <w:r>
        <w:rPr>
          <w:rFonts w:ascii="Liberation Sans" w:hAnsi="Liberation Sans" w:eastAsia="Liberation Sans"/>
          <w:b/>
          <w:color w:val="A67833"/>
          <w:sz w:val="15"/>
          <w:vertAlign w:val="superscript"/>
        </w:rPr>
        <w:t>47</w:t>
      </w:r>
      <w:r>
        <w:rPr>
          <w:rFonts w:ascii="Liberation Serif" w:hAnsi="Liberation Serif" w:eastAsia="Liberation Serif"/>
          <w:color w:val="20262E"/>
          <w:sz w:val="18"/>
        </w:rPr>
        <w:t xml:space="preserve"> And if ye salute your brethren only, what do ye more than others? do not even the publicans so?</w:t>
      </w:r>
      <w:r>
        <w:t xml:space="preserve"> </w:t>
      </w:r>
      <w:r>
        <w:rPr>
          <w:rFonts w:ascii="Liberation Sans" w:hAnsi="Liberation Sans" w:eastAsia="Liberation Sans"/>
          <w:b/>
          <w:color w:val="A67833"/>
          <w:sz w:val="15"/>
          <w:vertAlign w:val="superscript"/>
        </w:rPr>
        <w:t>48</w:t>
      </w:r>
      <w:r>
        <w:rPr>
          <w:rFonts w:ascii="Liberation Serif" w:hAnsi="Liberation Serif" w:eastAsia="Liberation Serif"/>
          <w:color w:val="20262E"/>
          <w:sz w:val="18"/>
        </w:rPr>
        <w:t xml:space="preserve"> Be ye therefore perfect, even as your Father which is in heaven is perfect.</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resentment, revenge, hatred, recurring relational torment, or refusal to release judgment is obstructing peace and prayer.</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Choose to release personal vengeance to God, ask for healing, bless without enabling abuse, and pursue reconciliation only where truth, repentance, and safety allow.</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Forgiveness does not deny harm, erase consequences, require unsafe contact, or cancel reporting, boundaries, justice, or protection.</w:t>
      </w:r>
    </w:p>
    <w:p>
      <w:pPr>
        <w:pStyle w:val="ScriptureReference"/>
        <w:keepNext/>
        <w:pBdr>
          <w:bottom w:val="single" w:sz="2" w:space="1" w:color="D5DBE0"/>
        </w:pBdr>
      </w:pPr>
      <w:r>
        <w:t>Matthew 6:12-15</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12</w:t>
      </w:r>
      <w:r>
        <w:rPr>
          <w:rFonts w:ascii="Liberation Serif" w:hAnsi="Liberation Serif" w:eastAsia="Liberation Serif"/>
          <w:color w:val="20262E"/>
          <w:sz w:val="18"/>
        </w:rPr>
        <w:t xml:space="preserve"> And forgive us our debts, as we forgive our debtors.</w:t>
      </w:r>
      <w:r>
        <w:t xml:space="preserve"> </w:t>
      </w:r>
      <w:r>
        <w:rPr>
          <w:rFonts w:ascii="Liberation Sans" w:hAnsi="Liberation Sans" w:eastAsia="Liberation Sans"/>
          <w:b/>
          <w:color w:val="A67833"/>
          <w:sz w:val="15"/>
          <w:vertAlign w:val="superscript"/>
        </w:rPr>
        <w:t>13</w:t>
      </w:r>
      <w:r>
        <w:rPr>
          <w:rFonts w:ascii="Liberation Serif" w:hAnsi="Liberation Serif" w:eastAsia="Liberation Serif"/>
          <w:color w:val="20262E"/>
          <w:sz w:val="18"/>
        </w:rPr>
        <w:t xml:space="preserve"> And lead us not into temptation, but deliver us from evil: For thine is the kingdom, and the power, and the glory, for ever. Amen.</w:t>
      </w:r>
      <w:r>
        <w:t xml:space="preserve"> </w:t>
      </w:r>
      <w:r>
        <w:rPr>
          <w:rFonts w:ascii="Liberation Sans" w:hAnsi="Liberation Sans" w:eastAsia="Liberation Sans"/>
          <w:b/>
          <w:color w:val="A67833"/>
          <w:sz w:val="15"/>
          <w:vertAlign w:val="superscript"/>
        </w:rPr>
        <w:t>14</w:t>
      </w:r>
      <w:r>
        <w:rPr>
          <w:rFonts w:ascii="Liberation Serif" w:hAnsi="Liberation Serif" w:eastAsia="Liberation Serif"/>
          <w:color w:val="20262E"/>
          <w:sz w:val="18"/>
        </w:rPr>
        <w:t xml:space="preserve"> For if ye forgive men their trespasses, your heavenly Father will also forgive you:</w:t>
      </w:r>
      <w:r>
        <w:t xml:space="preserve"> </w:t>
      </w:r>
      <w:r>
        <w:rPr>
          <w:rFonts w:ascii="Liberation Sans" w:hAnsi="Liberation Sans" w:eastAsia="Liberation Sans"/>
          <w:b/>
          <w:color w:val="A67833"/>
          <w:sz w:val="15"/>
          <w:vertAlign w:val="superscript"/>
        </w:rPr>
        <w:t>15</w:t>
      </w:r>
      <w:r>
        <w:rPr>
          <w:rFonts w:ascii="Liberation Serif" w:hAnsi="Liberation Serif" w:eastAsia="Liberation Serif"/>
          <w:color w:val="20262E"/>
          <w:sz w:val="18"/>
        </w:rPr>
        <w:t xml:space="preserve"> But if ye forgive not men their trespasses, neither will your Father forgive your trespasses.</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resentment, revenge, hatred, recurring relational torment, or refusal to release judgment is obstructing peace and prayer.</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Choose to release personal vengeance to God, ask for healing, bless without enabling abuse, and pursue reconciliation only where truth, repentance, and safety allow.</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Forgiveness does not deny harm, erase consequences, require unsafe contact, or cancel reporting, boundaries, justice, or protection.</w:t>
      </w:r>
    </w:p>
    <w:p>
      <w:pPr>
        <w:pStyle w:val="ScriptureReference"/>
        <w:keepNext/>
        <w:pBdr>
          <w:bottom w:val="single" w:sz="2" w:space="1" w:color="D5DBE0"/>
        </w:pBdr>
      </w:pPr>
      <w:r>
        <w:t>Matthew 18:21-35</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21</w:t>
      </w:r>
      <w:r>
        <w:rPr>
          <w:rFonts w:ascii="Liberation Serif" w:hAnsi="Liberation Serif" w:eastAsia="Liberation Serif"/>
          <w:color w:val="20262E"/>
          <w:sz w:val="18"/>
        </w:rPr>
        <w:t xml:space="preserve"> Then came Peter to him, and said, Lord, how oft shall my brother sin against me, and I forgive him? till seven times?</w:t>
      </w:r>
      <w:r>
        <w:t xml:space="preserve"> </w:t>
      </w:r>
      <w:r>
        <w:rPr>
          <w:rFonts w:ascii="Liberation Sans" w:hAnsi="Liberation Sans" w:eastAsia="Liberation Sans"/>
          <w:b/>
          <w:color w:val="A67833"/>
          <w:sz w:val="15"/>
          <w:vertAlign w:val="superscript"/>
        </w:rPr>
        <w:t>22</w:t>
      </w:r>
      <w:r>
        <w:rPr>
          <w:rFonts w:ascii="Liberation Serif" w:hAnsi="Liberation Serif" w:eastAsia="Liberation Serif"/>
          <w:color w:val="20262E"/>
          <w:sz w:val="18"/>
        </w:rPr>
        <w:t xml:space="preserve"> Jesus saith unto him, I say not unto thee, Until seven times: but, Until seventy times seven.</w:t>
      </w:r>
      <w:r>
        <w:t xml:space="preserve"> </w:t>
      </w:r>
      <w:r>
        <w:rPr>
          <w:rFonts w:ascii="Liberation Sans" w:hAnsi="Liberation Sans" w:eastAsia="Liberation Sans"/>
          <w:b/>
          <w:color w:val="A67833"/>
          <w:sz w:val="15"/>
          <w:vertAlign w:val="superscript"/>
        </w:rPr>
        <w:t>23</w:t>
      </w:r>
      <w:r>
        <w:rPr>
          <w:rFonts w:ascii="Liberation Serif" w:hAnsi="Liberation Serif" w:eastAsia="Liberation Serif"/>
          <w:color w:val="20262E"/>
          <w:sz w:val="18"/>
        </w:rPr>
        <w:t xml:space="preserve"> Therefore is the kingdom of heaven likened unto a certain king, which would take account of his servants.</w:t>
      </w:r>
      <w:r>
        <w:t xml:space="preserve"> </w:t>
      </w:r>
      <w:r>
        <w:rPr>
          <w:rFonts w:ascii="Liberation Sans" w:hAnsi="Liberation Sans" w:eastAsia="Liberation Sans"/>
          <w:b/>
          <w:color w:val="A67833"/>
          <w:sz w:val="15"/>
          <w:vertAlign w:val="superscript"/>
        </w:rPr>
        <w:t>24</w:t>
      </w:r>
      <w:r>
        <w:rPr>
          <w:rFonts w:ascii="Liberation Serif" w:hAnsi="Liberation Serif" w:eastAsia="Liberation Serif"/>
          <w:color w:val="20262E"/>
          <w:sz w:val="18"/>
        </w:rPr>
        <w:t xml:space="preserve"> And when he had begun to reckon, one was brought unto him, which owed him ten thousand talents.</w:t>
      </w:r>
      <w:r>
        <w:t xml:space="preserve"> </w:t>
      </w:r>
      <w:r>
        <w:rPr>
          <w:rFonts w:ascii="Liberation Sans" w:hAnsi="Liberation Sans" w:eastAsia="Liberation Sans"/>
          <w:b/>
          <w:color w:val="A67833"/>
          <w:sz w:val="15"/>
          <w:vertAlign w:val="superscript"/>
        </w:rPr>
        <w:t>25</w:t>
      </w:r>
      <w:r>
        <w:rPr>
          <w:rFonts w:ascii="Liberation Serif" w:hAnsi="Liberation Serif" w:eastAsia="Liberation Serif"/>
          <w:color w:val="20262E"/>
          <w:sz w:val="18"/>
        </w:rPr>
        <w:t xml:space="preserve"> But forasmuch as he had not to pay, his lord commanded him to be sold, and his wife, and children, and all that he had, and payment to be made.</w:t>
      </w:r>
      <w:r>
        <w:t xml:space="preserve"> </w:t>
      </w:r>
      <w:r>
        <w:rPr>
          <w:rFonts w:ascii="Liberation Sans" w:hAnsi="Liberation Sans" w:eastAsia="Liberation Sans"/>
          <w:b/>
          <w:color w:val="A67833"/>
          <w:sz w:val="15"/>
          <w:vertAlign w:val="superscript"/>
        </w:rPr>
        <w:t>26</w:t>
      </w:r>
      <w:r>
        <w:rPr>
          <w:rFonts w:ascii="Liberation Serif" w:hAnsi="Liberation Serif" w:eastAsia="Liberation Serif"/>
          <w:color w:val="20262E"/>
          <w:sz w:val="18"/>
        </w:rPr>
        <w:t xml:space="preserve"> The servant therefore fell down, and worshipped him, saying, Lord, have patience with me, and I will pay thee all.</w:t>
      </w:r>
      <w:r>
        <w:t xml:space="preserve"> </w:t>
      </w:r>
      <w:r>
        <w:rPr>
          <w:rFonts w:ascii="Liberation Sans" w:hAnsi="Liberation Sans" w:eastAsia="Liberation Sans"/>
          <w:b/>
          <w:color w:val="A67833"/>
          <w:sz w:val="15"/>
          <w:vertAlign w:val="superscript"/>
        </w:rPr>
        <w:t>27</w:t>
      </w:r>
      <w:r>
        <w:rPr>
          <w:rFonts w:ascii="Liberation Serif" w:hAnsi="Liberation Serif" w:eastAsia="Liberation Serif"/>
          <w:color w:val="20262E"/>
          <w:sz w:val="18"/>
        </w:rPr>
        <w:t xml:space="preserve"> Then the lord of that servant was moved with compassion, and loosed him, and forgave him the debt.</w:t>
      </w:r>
      <w:r>
        <w:t xml:space="preserve"> </w:t>
      </w:r>
      <w:r>
        <w:rPr>
          <w:rFonts w:ascii="Liberation Sans" w:hAnsi="Liberation Sans" w:eastAsia="Liberation Sans"/>
          <w:b/>
          <w:color w:val="A67833"/>
          <w:sz w:val="15"/>
          <w:vertAlign w:val="superscript"/>
        </w:rPr>
        <w:t>28</w:t>
      </w:r>
      <w:r>
        <w:rPr>
          <w:rFonts w:ascii="Liberation Serif" w:hAnsi="Liberation Serif" w:eastAsia="Liberation Serif"/>
          <w:color w:val="20262E"/>
          <w:sz w:val="18"/>
        </w:rPr>
        <w:t xml:space="preserve"> But the same servant went out, and found one of his fellowservants, which owed him an hundred pence: and he laid hands on him, and took him by the throat, saying, Pay me that thou owest.</w:t>
      </w:r>
      <w:r>
        <w:t xml:space="preserve"> </w:t>
      </w:r>
      <w:r>
        <w:rPr>
          <w:rFonts w:ascii="Liberation Sans" w:hAnsi="Liberation Sans" w:eastAsia="Liberation Sans"/>
          <w:b/>
          <w:color w:val="A67833"/>
          <w:sz w:val="15"/>
          <w:vertAlign w:val="superscript"/>
        </w:rPr>
        <w:t>29</w:t>
      </w:r>
      <w:r>
        <w:rPr>
          <w:rFonts w:ascii="Liberation Serif" w:hAnsi="Liberation Serif" w:eastAsia="Liberation Serif"/>
          <w:color w:val="20262E"/>
          <w:sz w:val="18"/>
        </w:rPr>
        <w:t xml:space="preserve"> And his fellowservant fell down at his feet, and besought him, saying, Have patience with me, and I will pay thee all.</w:t>
      </w:r>
      <w:r>
        <w:t xml:space="preserve"> </w:t>
      </w:r>
      <w:r>
        <w:rPr>
          <w:rFonts w:ascii="Liberation Sans" w:hAnsi="Liberation Sans" w:eastAsia="Liberation Sans"/>
          <w:b/>
          <w:color w:val="A67833"/>
          <w:sz w:val="15"/>
          <w:vertAlign w:val="superscript"/>
        </w:rPr>
        <w:t>30</w:t>
      </w:r>
      <w:r>
        <w:rPr>
          <w:rFonts w:ascii="Liberation Serif" w:hAnsi="Liberation Serif" w:eastAsia="Liberation Serif"/>
          <w:color w:val="20262E"/>
          <w:sz w:val="18"/>
        </w:rPr>
        <w:t xml:space="preserve"> And he would not: but went and cast him into prison, till he should pay the debt.</w:t>
      </w:r>
      <w:r>
        <w:t xml:space="preserve"> </w:t>
      </w:r>
      <w:r>
        <w:rPr>
          <w:rFonts w:ascii="Liberation Sans" w:hAnsi="Liberation Sans" w:eastAsia="Liberation Sans"/>
          <w:b/>
          <w:color w:val="A67833"/>
          <w:sz w:val="15"/>
          <w:vertAlign w:val="superscript"/>
        </w:rPr>
        <w:t>31</w:t>
      </w:r>
      <w:r>
        <w:rPr>
          <w:rFonts w:ascii="Liberation Serif" w:hAnsi="Liberation Serif" w:eastAsia="Liberation Serif"/>
          <w:color w:val="20262E"/>
          <w:sz w:val="18"/>
        </w:rPr>
        <w:t xml:space="preserve"> So when his fellowservants saw what was done, they were very sorry, and came and told unto their lord all that was done.</w:t>
      </w:r>
      <w:r>
        <w:t xml:space="preserve"> </w:t>
      </w:r>
      <w:r>
        <w:rPr>
          <w:rFonts w:ascii="Liberation Sans" w:hAnsi="Liberation Sans" w:eastAsia="Liberation Sans"/>
          <w:b/>
          <w:color w:val="A67833"/>
          <w:sz w:val="15"/>
          <w:vertAlign w:val="superscript"/>
        </w:rPr>
        <w:t>32</w:t>
      </w:r>
      <w:r>
        <w:rPr>
          <w:rFonts w:ascii="Liberation Serif" w:hAnsi="Liberation Serif" w:eastAsia="Liberation Serif"/>
          <w:color w:val="20262E"/>
          <w:sz w:val="18"/>
        </w:rPr>
        <w:t xml:space="preserve"> Then his lord, after that he had called him, said unto him, O thou wicked servant, I forgave thee all that debt, because thou desiredst me:</w:t>
      </w:r>
      <w:r>
        <w:t xml:space="preserve"> </w:t>
      </w:r>
      <w:r>
        <w:rPr>
          <w:rFonts w:ascii="Liberation Sans" w:hAnsi="Liberation Sans" w:eastAsia="Liberation Sans"/>
          <w:b/>
          <w:color w:val="A67833"/>
          <w:sz w:val="15"/>
          <w:vertAlign w:val="superscript"/>
        </w:rPr>
        <w:t>33</w:t>
      </w:r>
      <w:r>
        <w:rPr>
          <w:rFonts w:ascii="Liberation Serif" w:hAnsi="Liberation Serif" w:eastAsia="Liberation Serif"/>
          <w:color w:val="20262E"/>
          <w:sz w:val="18"/>
        </w:rPr>
        <w:t xml:space="preserve"> Shouldest not thou also have had compassion on thy fellowservant, even as I had pity on thee?</w:t>
      </w:r>
      <w:r>
        <w:t xml:space="preserve"> </w:t>
      </w:r>
      <w:r>
        <w:rPr>
          <w:rFonts w:ascii="Liberation Sans" w:hAnsi="Liberation Sans" w:eastAsia="Liberation Sans"/>
          <w:b/>
          <w:color w:val="A67833"/>
          <w:sz w:val="15"/>
          <w:vertAlign w:val="superscript"/>
        </w:rPr>
        <w:t>34</w:t>
      </w:r>
      <w:r>
        <w:rPr>
          <w:rFonts w:ascii="Liberation Serif" w:hAnsi="Liberation Serif" w:eastAsia="Liberation Serif"/>
          <w:color w:val="20262E"/>
          <w:sz w:val="18"/>
        </w:rPr>
        <w:t xml:space="preserve"> And his lord was wroth, and delivered him to the tormentors, till he should pay all that was due unto him.</w:t>
      </w:r>
      <w:r>
        <w:t xml:space="preserve"> </w:t>
      </w:r>
      <w:r>
        <w:rPr>
          <w:rFonts w:ascii="Liberation Sans" w:hAnsi="Liberation Sans" w:eastAsia="Liberation Sans"/>
          <w:b/>
          <w:color w:val="A67833"/>
          <w:sz w:val="15"/>
          <w:vertAlign w:val="superscript"/>
        </w:rPr>
        <w:t>35</w:t>
      </w:r>
      <w:r>
        <w:rPr>
          <w:rFonts w:ascii="Liberation Serif" w:hAnsi="Liberation Serif" w:eastAsia="Liberation Serif"/>
          <w:color w:val="20262E"/>
          <w:sz w:val="18"/>
        </w:rPr>
        <w:t xml:space="preserve"> So likewise shall my heavenly Father do also unto you, if ye from your hearts forgive not every one his brother their trespasses.</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When unforgiveness is central to a ministry conversation.</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Receive God's mercy, release personal vengeance, and ask for grace to forgive from the heart.</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The parable warns seriously about unforgiveness but must not be used to force unsafe reconciliation or silence abuse reports.</w:t>
      </w:r>
    </w:p>
    <w:p>
      <w:pPr>
        <w:pStyle w:val="ScriptureReference"/>
        <w:keepNext/>
        <w:pBdr>
          <w:bottom w:val="single" w:sz="2" w:space="1" w:color="D5DBE0"/>
        </w:pBdr>
      </w:pPr>
      <w:r>
        <w:t>Mark 11:25-26</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25</w:t>
      </w:r>
      <w:r>
        <w:rPr>
          <w:rFonts w:ascii="Liberation Serif" w:hAnsi="Liberation Serif" w:eastAsia="Liberation Serif"/>
          <w:color w:val="20262E"/>
          <w:sz w:val="18"/>
        </w:rPr>
        <w:t xml:space="preserve"> And when ye stand praying, forgive, if ye have ought against any: that your Father also which is in heaven may forgive you your trespasses.</w:t>
      </w:r>
      <w:r>
        <w:t xml:space="preserve"> </w:t>
      </w:r>
      <w:r>
        <w:rPr>
          <w:rFonts w:ascii="Liberation Sans" w:hAnsi="Liberation Sans" w:eastAsia="Liberation Sans"/>
          <w:b/>
          <w:color w:val="A67833"/>
          <w:sz w:val="15"/>
          <w:vertAlign w:val="superscript"/>
        </w:rPr>
        <w:t>26</w:t>
      </w:r>
      <w:r>
        <w:rPr>
          <w:rFonts w:ascii="Liberation Serif" w:hAnsi="Liberation Serif" w:eastAsia="Liberation Serif"/>
          <w:color w:val="20262E"/>
          <w:sz w:val="18"/>
        </w:rPr>
        <w:t xml:space="preserve"> But if ye do not forgive, neither will your Father which is in heaven forgive your trespasses.</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resentment, revenge, hatred, recurring relational torment, or refusal to release judgment is obstructing peace and prayer.</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Choose to release personal vengeance to God, ask for healing, bless without enabling abuse, and pursue reconciliation only where truth, repentance, and safety allow.</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Forgiveness does not deny harm, erase consequences, require unsafe contact, or cancel reporting, boundaries, justice, or protection.</w:t>
      </w:r>
    </w:p>
    <w:p>
      <w:pPr>
        <w:pStyle w:val="ScriptureReference"/>
        <w:keepNext/>
        <w:pBdr>
          <w:bottom w:val="single" w:sz="2" w:space="1" w:color="D5DBE0"/>
        </w:pBdr>
      </w:pPr>
      <w:r>
        <w:t>Luke 6:27-37</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27</w:t>
      </w:r>
      <w:r>
        <w:rPr>
          <w:rFonts w:ascii="Liberation Serif" w:hAnsi="Liberation Serif" w:eastAsia="Liberation Serif"/>
          <w:color w:val="20262E"/>
          <w:sz w:val="18"/>
        </w:rPr>
        <w:t xml:space="preserve"> But I say unto you which hear, Love your enemies, do good to them which hate you,</w:t>
      </w:r>
      <w:r>
        <w:t xml:space="preserve"> </w:t>
      </w:r>
      <w:r>
        <w:rPr>
          <w:rFonts w:ascii="Liberation Sans" w:hAnsi="Liberation Sans" w:eastAsia="Liberation Sans"/>
          <w:b/>
          <w:color w:val="A67833"/>
          <w:sz w:val="15"/>
          <w:vertAlign w:val="superscript"/>
        </w:rPr>
        <w:t>28</w:t>
      </w:r>
      <w:r>
        <w:rPr>
          <w:rFonts w:ascii="Liberation Serif" w:hAnsi="Liberation Serif" w:eastAsia="Liberation Serif"/>
          <w:color w:val="20262E"/>
          <w:sz w:val="18"/>
        </w:rPr>
        <w:t xml:space="preserve"> Bless them that curse you, and pray for them which despitefully use you.</w:t>
      </w:r>
      <w:r>
        <w:t xml:space="preserve"> </w:t>
      </w:r>
      <w:r>
        <w:rPr>
          <w:rFonts w:ascii="Liberation Sans" w:hAnsi="Liberation Sans" w:eastAsia="Liberation Sans"/>
          <w:b/>
          <w:color w:val="A67833"/>
          <w:sz w:val="15"/>
          <w:vertAlign w:val="superscript"/>
        </w:rPr>
        <w:t>29</w:t>
      </w:r>
      <w:r>
        <w:rPr>
          <w:rFonts w:ascii="Liberation Serif" w:hAnsi="Liberation Serif" w:eastAsia="Liberation Serif"/>
          <w:color w:val="20262E"/>
          <w:sz w:val="18"/>
        </w:rPr>
        <w:t xml:space="preserve"> And unto him that smiteth thee on the one cheek offer also the other; and him that taketh away thy cloke forbid not to take thy coat also.</w:t>
      </w:r>
      <w:r>
        <w:t xml:space="preserve"> </w:t>
      </w:r>
      <w:r>
        <w:rPr>
          <w:rFonts w:ascii="Liberation Sans" w:hAnsi="Liberation Sans" w:eastAsia="Liberation Sans"/>
          <w:b/>
          <w:color w:val="A67833"/>
          <w:sz w:val="15"/>
          <w:vertAlign w:val="superscript"/>
        </w:rPr>
        <w:t>30</w:t>
      </w:r>
      <w:r>
        <w:rPr>
          <w:rFonts w:ascii="Liberation Serif" w:hAnsi="Liberation Serif" w:eastAsia="Liberation Serif"/>
          <w:color w:val="20262E"/>
          <w:sz w:val="18"/>
        </w:rPr>
        <w:t xml:space="preserve"> Give to every man that asketh of thee; and of him that taketh away thy goods ask them not again.</w:t>
      </w:r>
      <w:r>
        <w:t xml:space="preserve"> </w:t>
      </w:r>
      <w:r>
        <w:rPr>
          <w:rFonts w:ascii="Liberation Sans" w:hAnsi="Liberation Sans" w:eastAsia="Liberation Sans"/>
          <w:b/>
          <w:color w:val="A67833"/>
          <w:sz w:val="15"/>
          <w:vertAlign w:val="superscript"/>
        </w:rPr>
        <w:t>31</w:t>
      </w:r>
      <w:r>
        <w:rPr>
          <w:rFonts w:ascii="Liberation Serif" w:hAnsi="Liberation Serif" w:eastAsia="Liberation Serif"/>
          <w:color w:val="20262E"/>
          <w:sz w:val="18"/>
        </w:rPr>
        <w:t xml:space="preserve"> And as ye would that men should do to you, do ye also to them likewise.</w:t>
      </w:r>
      <w:r>
        <w:t xml:space="preserve"> </w:t>
      </w:r>
      <w:r>
        <w:rPr>
          <w:rFonts w:ascii="Liberation Sans" w:hAnsi="Liberation Sans" w:eastAsia="Liberation Sans"/>
          <w:b/>
          <w:color w:val="A67833"/>
          <w:sz w:val="15"/>
          <w:vertAlign w:val="superscript"/>
        </w:rPr>
        <w:t>32</w:t>
      </w:r>
      <w:r>
        <w:rPr>
          <w:rFonts w:ascii="Liberation Serif" w:hAnsi="Liberation Serif" w:eastAsia="Liberation Serif"/>
          <w:color w:val="20262E"/>
          <w:sz w:val="18"/>
        </w:rPr>
        <w:t xml:space="preserve"> For if ye love them which love you, what thank have ye? for sinners also love those that love them.</w:t>
      </w:r>
      <w:r>
        <w:t xml:space="preserve"> </w:t>
      </w:r>
      <w:r>
        <w:rPr>
          <w:rFonts w:ascii="Liberation Sans" w:hAnsi="Liberation Sans" w:eastAsia="Liberation Sans"/>
          <w:b/>
          <w:color w:val="A67833"/>
          <w:sz w:val="15"/>
          <w:vertAlign w:val="superscript"/>
        </w:rPr>
        <w:t>33</w:t>
      </w:r>
      <w:r>
        <w:rPr>
          <w:rFonts w:ascii="Liberation Serif" w:hAnsi="Liberation Serif" w:eastAsia="Liberation Serif"/>
          <w:color w:val="20262E"/>
          <w:sz w:val="18"/>
        </w:rPr>
        <w:t xml:space="preserve"> And if ye do good to them which do good to you, what thank have ye? for sinners also do even the same.</w:t>
      </w:r>
      <w:r>
        <w:t xml:space="preserve"> </w:t>
      </w:r>
      <w:r>
        <w:rPr>
          <w:rFonts w:ascii="Liberation Sans" w:hAnsi="Liberation Sans" w:eastAsia="Liberation Sans"/>
          <w:b/>
          <w:color w:val="A67833"/>
          <w:sz w:val="15"/>
          <w:vertAlign w:val="superscript"/>
        </w:rPr>
        <w:t>34</w:t>
      </w:r>
      <w:r>
        <w:rPr>
          <w:rFonts w:ascii="Liberation Serif" w:hAnsi="Liberation Serif" w:eastAsia="Liberation Serif"/>
          <w:color w:val="20262E"/>
          <w:sz w:val="18"/>
        </w:rPr>
        <w:t xml:space="preserve"> And if ye lend to them of whom ye hope to receive, what thank have ye? for sinners also lend to sinners, to receive as much again.</w:t>
      </w:r>
      <w:r>
        <w:t xml:space="preserve"> </w:t>
      </w:r>
      <w:r>
        <w:rPr>
          <w:rFonts w:ascii="Liberation Sans" w:hAnsi="Liberation Sans" w:eastAsia="Liberation Sans"/>
          <w:b/>
          <w:color w:val="A67833"/>
          <w:sz w:val="15"/>
          <w:vertAlign w:val="superscript"/>
        </w:rPr>
        <w:t>35</w:t>
      </w:r>
      <w:r>
        <w:rPr>
          <w:rFonts w:ascii="Liberation Serif" w:hAnsi="Liberation Serif" w:eastAsia="Liberation Serif"/>
          <w:color w:val="20262E"/>
          <w:sz w:val="18"/>
        </w:rPr>
        <w:t xml:space="preserve"> But love ye your enemies, and do good, and lend, hoping for nothing again; and your reward shall be great, and ye shall be the children of the Highest: for he is kind unto the unthankful and to the evil.</w:t>
      </w:r>
      <w:r>
        <w:t xml:space="preserve"> </w:t>
      </w:r>
      <w:r>
        <w:rPr>
          <w:rFonts w:ascii="Liberation Sans" w:hAnsi="Liberation Sans" w:eastAsia="Liberation Sans"/>
          <w:b/>
          <w:color w:val="A67833"/>
          <w:sz w:val="15"/>
          <w:vertAlign w:val="superscript"/>
        </w:rPr>
        <w:t>36</w:t>
      </w:r>
      <w:r>
        <w:rPr>
          <w:rFonts w:ascii="Liberation Serif" w:hAnsi="Liberation Serif" w:eastAsia="Liberation Serif"/>
          <w:color w:val="20262E"/>
          <w:sz w:val="18"/>
        </w:rPr>
        <w:t xml:space="preserve"> Be ye therefore merciful, as your Father also is merciful.</w:t>
      </w:r>
      <w:r>
        <w:t xml:space="preserve"> </w:t>
      </w:r>
      <w:r>
        <w:rPr>
          <w:rFonts w:ascii="Liberation Sans" w:hAnsi="Liberation Sans" w:eastAsia="Liberation Sans"/>
          <w:b/>
          <w:color w:val="A67833"/>
          <w:sz w:val="15"/>
          <w:vertAlign w:val="superscript"/>
        </w:rPr>
        <w:t>37</w:t>
      </w:r>
      <w:r>
        <w:rPr>
          <w:rFonts w:ascii="Liberation Serif" w:hAnsi="Liberation Serif" w:eastAsia="Liberation Serif"/>
          <w:color w:val="20262E"/>
          <w:sz w:val="18"/>
        </w:rPr>
        <w:t xml:space="preserve"> Judge not, and ye shall not be judged: condemn not, and ye shall not be condemned: forgive, and ye shall be forgiven:</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resentment, revenge, hatred, recurring relational torment, or refusal to release judgment is obstructing peace and prayer.</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Choose to release personal vengeance to God, ask for healing, bless without enabling abuse, and pursue reconciliation only where truth, repentance, and safety allow.</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Forgiveness does not deny harm, erase consequences, require unsafe contact, or cancel reporting, boundaries, justice, or protection.</w:t>
      </w:r>
    </w:p>
    <w:p>
      <w:pPr>
        <w:pStyle w:val="ScriptureReference"/>
        <w:keepNext/>
        <w:pBdr>
          <w:bottom w:val="single" w:sz="2" w:space="1" w:color="D5DBE0"/>
        </w:pBdr>
      </w:pPr>
      <w:r>
        <w:t>Romans 12:14-21</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14</w:t>
      </w:r>
      <w:r>
        <w:rPr>
          <w:rFonts w:ascii="Liberation Serif" w:hAnsi="Liberation Serif" w:eastAsia="Liberation Serif"/>
          <w:color w:val="20262E"/>
          <w:sz w:val="18"/>
        </w:rPr>
        <w:t xml:space="preserve"> Bless them which persecute you: bless, and curse not.</w:t>
      </w:r>
      <w:r>
        <w:t xml:space="preserve"> </w:t>
      </w:r>
      <w:r>
        <w:rPr>
          <w:rFonts w:ascii="Liberation Sans" w:hAnsi="Liberation Sans" w:eastAsia="Liberation Sans"/>
          <w:b/>
          <w:color w:val="A67833"/>
          <w:sz w:val="15"/>
          <w:vertAlign w:val="superscript"/>
        </w:rPr>
        <w:t>15</w:t>
      </w:r>
      <w:r>
        <w:rPr>
          <w:rFonts w:ascii="Liberation Serif" w:hAnsi="Liberation Serif" w:eastAsia="Liberation Serif"/>
          <w:color w:val="20262E"/>
          <w:sz w:val="18"/>
        </w:rPr>
        <w:t xml:space="preserve"> Rejoice with them that do rejoice, and weep with them that weep.</w:t>
      </w:r>
      <w:r>
        <w:t xml:space="preserve"> </w:t>
      </w:r>
      <w:r>
        <w:rPr>
          <w:rFonts w:ascii="Liberation Sans" w:hAnsi="Liberation Sans" w:eastAsia="Liberation Sans"/>
          <w:b/>
          <w:color w:val="A67833"/>
          <w:sz w:val="15"/>
          <w:vertAlign w:val="superscript"/>
        </w:rPr>
        <w:t>16</w:t>
      </w:r>
      <w:r>
        <w:rPr>
          <w:rFonts w:ascii="Liberation Serif" w:hAnsi="Liberation Serif" w:eastAsia="Liberation Serif"/>
          <w:color w:val="20262E"/>
          <w:sz w:val="18"/>
        </w:rPr>
        <w:t xml:space="preserve"> Be of the same mind one toward another. Mind not high things, but condescend to men of low estate. Be not wise in your own conceits.</w:t>
      </w:r>
      <w:r>
        <w:t xml:space="preserve"> </w:t>
      </w:r>
      <w:r>
        <w:rPr>
          <w:rFonts w:ascii="Liberation Sans" w:hAnsi="Liberation Sans" w:eastAsia="Liberation Sans"/>
          <w:b/>
          <w:color w:val="A67833"/>
          <w:sz w:val="15"/>
          <w:vertAlign w:val="superscript"/>
        </w:rPr>
        <w:t>17</w:t>
      </w:r>
      <w:r>
        <w:rPr>
          <w:rFonts w:ascii="Liberation Serif" w:hAnsi="Liberation Serif" w:eastAsia="Liberation Serif"/>
          <w:color w:val="20262E"/>
          <w:sz w:val="18"/>
        </w:rPr>
        <w:t xml:space="preserve"> Recompense to no man evil for evil. Provide things honest in the sight of all men.</w:t>
      </w:r>
      <w:r>
        <w:t xml:space="preserve"> </w:t>
      </w:r>
      <w:r>
        <w:rPr>
          <w:rFonts w:ascii="Liberation Sans" w:hAnsi="Liberation Sans" w:eastAsia="Liberation Sans"/>
          <w:b/>
          <w:color w:val="A67833"/>
          <w:sz w:val="15"/>
          <w:vertAlign w:val="superscript"/>
        </w:rPr>
        <w:t>18</w:t>
      </w:r>
      <w:r>
        <w:rPr>
          <w:rFonts w:ascii="Liberation Serif" w:hAnsi="Liberation Serif" w:eastAsia="Liberation Serif"/>
          <w:color w:val="20262E"/>
          <w:sz w:val="18"/>
        </w:rPr>
        <w:t xml:space="preserve"> If it be possible, as much as lieth in you, live peaceably with all men.</w:t>
      </w:r>
      <w:r>
        <w:t xml:space="preserve"> </w:t>
      </w:r>
      <w:r>
        <w:rPr>
          <w:rFonts w:ascii="Liberation Sans" w:hAnsi="Liberation Sans" w:eastAsia="Liberation Sans"/>
          <w:b/>
          <w:color w:val="A67833"/>
          <w:sz w:val="15"/>
          <w:vertAlign w:val="superscript"/>
        </w:rPr>
        <w:t>19</w:t>
      </w:r>
      <w:r>
        <w:rPr>
          <w:rFonts w:ascii="Liberation Serif" w:hAnsi="Liberation Serif" w:eastAsia="Liberation Serif"/>
          <w:color w:val="20262E"/>
          <w:sz w:val="18"/>
        </w:rPr>
        <w:t xml:space="preserve"> Dearly beloved, avenge not yourselves, but rather give place unto wrath: for it is written, Vengeance is mine; I will repay, saith the Lord.</w:t>
      </w:r>
      <w:r>
        <w:t xml:space="preserve"> </w:t>
      </w:r>
      <w:r>
        <w:rPr>
          <w:rFonts w:ascii="Liberation Sans" w:hAnsi="Liberation Sans" w:eastAsia="Liberation Sans"/>
          <w:b/>
          <w:color w:val="A67833"/>
          <w:sz w:val="15"/>
          <w:vertAlign w:val="superscript"/>
        </w:rPr>
        <w:t>20</w:t>
      </w:r>
      <w:r>
        <w:rPr>
          <w:rFonts w:ascii="Liberation Serif" w:hAnsi="Liberation Serif" w:eastAsia="Liberation Serif"/>
          <w:color w:val="20262E"/>
          <w:sz w:val="18"/>
        </w:rPr>
        <w:t xml:space="preserve"> Therefore if thine enemy hunger, feed him; if he thirst, give him drink: for in so doing thou shalt heap coals of fire on his head.</w:t>
      </w:r>
      <w:r>
        <w:t xml:space="preserve"> </w:t>
      </w:r>
      <w:r>
        <w:rPr>
          <w:rFonts w:ascii="Liberation Sans" w:hAnsi="Liberation Sans" w:eastAsia="Liberation Sans"/>
          <w:b/>
          <w:color w:val="A67833"/>
          <w:sz w:val="15"/>
          <w:vertAlign w:val="superscript"/>
        </w:rPr>
        <w:t>21</w:t>
      </w:r>
      <w:r>
        <w:rPr>
          <w:rFonts w:ascii="Liberation Serif" w:hAnsi="Liberation Serif" w:eastAsia="Liberation Serif"/>
          <w:color w:val="20262E"/>
          <w:sz w:val="18"/>
        </w:rPr>
        <w:t xml:space="preserve"> Be not overcome of evil, but overcome evil with good.</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resentment, revenge, hatred, recurring relational torment, or refusal to release judgment is obstructing peace and prayer.</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Choose to release personal vengeance to God, ask for healing, bless without enabling abuse, and pursue reconciliation only where truth, repentance, and safety allow.</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Forgiveness does not deny harm, erase consequences, require unsafe contact, or cancel reporting, boundaries, justice, or protection.</w:t>
      </w:r>
    </w:p>
    <w:p>
      <w:pPr>
        <w:pStyle w:val="ScriptureReference"/>
        <w:keepNext/>
        <w:pBdr>
          <w:bottom w:val="single" w:sz="2" w:space="1" w:color="D5DBE0"/>
        </w:pBdr>
      </w:pPr>
      <w:r>
        <w:t>2 Corinthians 2:5-11</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5</w:t>
      </w:r>
      <w:r>
        <w:rPr>
          <w:rFonts w:ascii="Liberation Serif" w:hAnsi="Liberation Serif" w:eastAsia="Liberation Serif"/>
          <w:color w:val="20262E"/>
          <w:sz w:val="18"/>
        </w:rPr>
        <w:t xml:space="preserve"> But if any have caused grief, he hath not grieved me, but in part: that I may not overcharge you all.</w:t>
      </w:r>
      <w:r>
        <w:t xml:space="preserve"> </w:t>
      </w:r>
      <w:r>
        <w:rPr>
          <w:rFonts w:ascii="Liberation Sans" w:hAnsi="Liberation Sans" w:eastAsia="Liberation Sans"/>
          <w:b/>
          <w:color w:val="A67833"/>
          <w:sz w:val="15"/>
          <w:vertAlign w:val="superscript"/>
        </w:rPr>
        <w:t>6</w:t>
      </w:r>
      <w:r>
        <w:rPr>
          <w:rFonts w:ascii="Liberation Serif" w:hAnsi="Liberation Serif" w:eastAsia="Liberation Serif"/>
          <w:color w:val="20262E"/>
          <w:sz w:val="18"/>
        </w:rPr>
        <w:t xml:space="preserve"> Sufficient to such a man is this punishment, which was inflicted of many.</w:t>
      </w:r>
      <w:r>
        <w:t xml:space="preserve"> </w:t>
      </w:r>
      <w:r>
        <w:rPr>
          <w:rFonts w:ascii="Liberation Sans" w:hAnsi="Liberation Sans" w:eastAsia="Liberation Sans"/>
          <w:b/>
          <w:color w:val="A67833"/>
          <w:sz w:val="15"/>
          <w:vertAlign w:val="superscript"/>
        </w:rPr>
        <w:t>7</w:t>
      </w:r>
      <w:r>
        <w:rPr>
          <w:rFonts w:ascii="Liberation Serif" w:hAnsi="Liberation Serif" w:eastAsia="Liberation Serif"/>
          <w:color w:val="20262E"/>
          <w:sz w:val="18"/>
        </w:rPr>
        <w:t xml:space="preserve"> So that contrariwise ye ought rather to forgive him, and comfort him, lest perhaps such a one should be swallowed up with overmuch sorrow.</w:t>
      </w:r>
      <w:r>
        <w:t xml:space="preserve"> </w:t>
      </w:r>
      <w:r>
        <w:rPr>
          <w:rFonts w:ascii="Liberation Sans" w:hAnsi="Liberation Sans" w:eastAsia="Liberation Sans"/>
          <w:b/>
          <w:color w:val="A67833"/>
          <w:sz w:val="15"/>
          <w:vertAlign w:val="superscript"/>
        </w:rPr>
        <w:t>8</w:t>
      </w:r>
      <w:r>
        <w:rPr>
          <w:rFonts w:ascii="Liberation Serif" w:hAnsi="Liberation Serif" w:eastAsia="Liberation Serif"/>
          <w:color w:val="20262E"/>
          <w:sz w:val="18"/>
        </w:rPr>
        <w:t xml:space="preserve"> Wherefore I beseech you that ye would confirm your love toward him.</w:t>
      </w:r>
      <w:r>
        <w:t xml:space="preserve"> </w:t>
      </w:r>
      <w:r>
        <w:rPr>
          <w:rFonts w:ascii="Liberation Sans" w:hAnsi="Liberation Sans" w:eastAsia="Liberation Sans"/>
          <w:b/>
          <w:color w:val="A67833"/>
          <w:sz w:val="15"/>
          <w:vertAlign w:val="superscript"/>
        </w:rPr>
        <w:t>9</w:t>
      </w:r>
      <w:r>
        <w:rPr>
          <w:rFonts w:ascii="Liberation Serif" w:hAnsi="Liberation Serif" w:eastAsia="Liberation Serif"/>
          <w:color w:val="20262E"/>
          <w:sz w:val="18"/>
        </w:rPr>
        <w:t xml:space="preserve"> For to this end also did I write, that I might know the proof of you, whether ye be obedient in all things.</w:t>
      </w:r>
      <w:r>
        <w:t xml:space="preserve"> </w:t>
      </w:r>
      <w:r>
        <w:rPr>
          <w:rFonts w:ascii="Liberation Sans" w:hAnsi="Liberation Sans" w:eastAsia="Liberation Sans"/>
          <w:b/>
          <w:color w:val="A67833"/>
          <w:sz w:val="15"/>
          <w:vertAlign w:val="superscript"/>
        </w:rPr>
        <w:t>10</w:t>
      </w:r>
      <w:r>
        <w:rPr>
          <w:rFonts w:ascii="Liberation Serif" w:hAnsi="Liberation Serif" w:eastAsia="Liberation Serif"/>
          <w:color w:val="20262E"/>
          <w:sz w:val="18"/>
        </w:rPr>
        <w:t xml:space="preserve"> To whom ye forgive any thing, I forgive also: for if I forgave any thing, to whom I forgave it, for your sakes forgave I it in the person of Christ;</w:t>
      </w:r>
      <w:r>
        <w:t xml:space="preserve"> </w:t>
      </w:r>
      <w:r>
        <w:rPr>
          <w:rFonts w:ascii="Liberation Sans" w:hAnsi="Liberation Sans" w:eastAsia="Liberation Sans"/>
          <w:b/>
          <w:color w:val="A67833"/>
          <w:sz w:val="15"/>
          <w:vertAlign w:val="superscript"/>
        </w:rPr>
        <w:t>11</w:t>
      </w:r>
      <w:r>
        <w:rPr>
          <w:rFonts w:ascii="Liberation Serif" w:hAnsi="Liberation Serif" w:eastAsia="Liberation Serif"/>
          <w:color w:val="20262E"/>
          <w:sz w:val="18"/>
        </w:rPr>
        <w:t xml:space="preserve"> Lest Satan should get an advantage of us: for we are not ignorant of his devices.</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resentment, revenge, hatred, recurring relational torment, or refusal to release judgment is obstructing peace and prayer.</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Choose to release personal vengeance to God, ask for healing, bless without enabling abuse, and pursue reconciliation only where truth, repentance, and safety allow.</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Forgiveness does not deny harm, erase consequences, require unsafe contact, or cancel reporting, boundaries, justice, or protection.</w:t>
      </w:r>
    </w:p>
    <w:p>
      <w:pPr>
        <w:pStyle w:val="ScriptureReference"/>
        <w:keepNext/>
        <w:pBdr>
          <w:bottom w:val="single" w:sz="2" w:space="1" w:color="D5DBE0"/>
        </w:pBdr>
      </w:pPr>
      <w:r>
        <w:t>Colossians 3:12-15</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12</w:t>
      </w:r>
      <w:r>
        <w:rPr>
          <w:rFonts w:ascii="Liberation Serif" w:hAnsi="Liberation Serif" w:eastAsia="Liberation Serif"/>
          <w:color w:val="20262E"/>
          <w:sz w:val="18"/>
        </w:rPr>
        <w:t xml:space="preserve"> Put on therefore, as the elect of God, holy and beloved, bowels of mercies, kindness, humbleness of mind, meekness, longsuffering;</w:t>
      </w:r>
      <w:r>
        <w:t xml:space="preserve"> </w:t>
      </w:r>
      <w:r>
        <w:rPr>
          <w:rFonts w:ascii="Liberation Sans" w:hAnsi="Liberation Sans" w:eastAsia="Liberation Sans"/>
          <w:b/>
          <w:color w:val="A67833"/>
          <w:sz w:val="15"/>
          <w:vertAlign w:val="superscript"/>
        </w:rPr>
        <w:t>13</w:t>
      </w:r>
      <w:r>
        <w:rPr>
          <w:rFonts w:ascii="Liberation Serif" w:hAnsi="Liberation Serif" w:eastAsia="Liberation Serif"/>
          <w:color w:val="20262E"/>
          <w:sz w:val="18"/>
        </w:rPr>
        <w:t xml:space="preserve"> Forbearing one another, and forgiving one another, if any man have a quarrel against any: even as Christ forgave you, so also do ye.</w:t>
      </w:r>
      <w:r>
        <w:t xml:space="preserve"> </w:t>
      </w:r>
      <w:r>
        <w:rPr>
          <w:rFonts w:ascii="Liberation Sans" w:hAnsi="Liberation Sans" w:eastAsia="Liberation Sans"/>
          <w:b/>
          <w:color w:val="A67833"/>
          <w:sz w:val="15"/>
          <w:vertAlign w:val="superscript"/>
        </w:rPr>
        <w:t>14</w:t>
      </w:r>
      <w:r>
        <w:rPr>
          <w:rFonts w:ascii="Liberation Serif" w:hAnsi="Liberation Serif" w:eastAsia="Liberation Serif"/>
          <w:color w:val="20262E"/>
          <w:sz w:val="18"/>
        </w:rPr>
        <w:t xml:space="preserve"> And above all these things put on charity, which is the bond of perfectness.</w:t>
      </w:r>
      <w:r>
        <w:t xml:space="preserve"> </w:t>
      </w:r>
      <w:r>
        <w:rPr>
          <w:rFonts w:ascii="Liberation Sans" w:hAnsi="Liberation Sans" w:eastAsia="Liberation Sans"/>
          <w:b/>
          <w:color w:val="A67833"/>
          <w:sz w:val="15"/>
          <w:vertAlign w:val="superscript"/>
        </w:rPr>
        <w:t>15</w:t>
      </w:r>
      <w:r>
        <w:rPr>
          <w:rFonts w:ascii="Liberation Serif" w:hAnsi="Liberation Serif" w:eastAsia="Liberation Serif"/>
          <w:color w:val="20262E"/>
          <w:sz w:val="18"/>
        </w:rPr>
        <w:t xml:space="preserve"> And let the peace of God rule in your hearts, to the which also ye are called in one body; and be ye thankful.</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resentment, revenge, hatred, recurring relational torment, or refusal to release judgment is obstructing peace and prayer.</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Choose to release personal vengeance to God, ask for healing, bless without enabling abuse, and pursue reconciliation only where truth, repentance, and safety allow.</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Forgiveness does not deny harm, erase consequences, require unsafe contact, or cancel reporting, boundaries, justice, or protection.</w:t>
      </w:r>
    </w:p>
    <w:p>
      <w:pPr>
        <w:pStyle w:val="ScriptureReference"/>
        <w:keepNext/>
        <w:pBdr>
          <w:bottom w:val="single" w:sz="2" w:space="1" w:color="D5DBE0"/>
        </w:pBdr>
      </w:pPr>
      <w:r>
        <w:t>Hebrews 12:14-15</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14</w:t>
      </w:r>
      <w:r>
        <w:rPr>
          <w:rFonts w:ascii="Liberation Serif" w:hAnsi="Liberation Serif" w:eastAsia="Liberation Serif"/>
          <w:color w:val="20262E"/>
          <w:sz w:val="18"/>
        </w:rPr>
        <w:t xml:space="preserve"> Follow peace with all men, and holiness, without which no man shall see the Lord:</w:t>
      </w:r>
      <w:r>
        <w:t xml:space="preserve"> </w:t>
      </w:r>
      <w:r>
        <w:rPr>
          <w:rFonts w:ascii="Liberation Sans" w:hAnsi="Liberation Sans" w:eastAsia="Liberation Sans"/>
          <w:b/>
          <w:color w:val="A67833"/>
          <w:sz w:val="15"/>
          <w:vertAlign w:val="superscript"/>
        </w:rPr>
        <w:t>15</w:t>
      </w:r>
      <w:r>
        <w:rPr>
          <w:rFonts w:ascii="Liberation Serif" w:hAnsi="Liberation Serif" w:eastAsia="Liberation Serif"/>
          <w:color w:val="20262E"/>
          <w:sz w:val="18"/>
        </w:rPr>
        <w:t xml:space="preserve"> Looking diligently lest any man fail of the grace of God; lest any root of bitterness springing up trouble you, and thereby many be defiled;</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resentment, revenge, hatred, recurring relational torment, or refusal to release judgment is obstructing peace and prayer.</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Choose to release personal vengeance to God, ask for healing, bless without enabling abuse, and pursue reconciliation only where truth, repentance, and safety allow.</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Forgiveness does not deny harm, erase consequences, require unsafe contact, or cancel reporting, boundaries, justice, or protection.</w:t>
      </w:r>
    </w:p>
    <w:p>
      <w:pPr>
        <w:pStyle w:val="ScriptureReference"/>
        <w:keepNext/>
        <w:pBdr>
          <w:bottom w:val="single" w:sz="2" w:space="1" w:color="D5DBE0"/>
        </w:pBdr>
      </w:pPr>
      <w:r>
        <w:t>James 5:16</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16</w:t>
      </w:r>
      <w:r>
        <w:rPr>
          <w:rFonts w:ascii="Liberation Serif" w:hAnsi="Liberation Serif" w:eastAsia="Liberation Serif"/>
          <w:color w:val="20262E"/>
          <w:sz w:val="18"/>
        </w:rPr>
        <w:t xml:space="preserve"> Confess your faults one to another, and pray one for another, that ye may be healed. The effectual fervent prayer of a righteous man availeth much.</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resentment, revenge, hatred, recurring relational torment, or refusal to release judgment is obstructing peace and prayer.</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Choose to release personal vengeance to God, ask for healing, bless without enabling abuse, and pursue reconciliation only where truth, repentance, and safety allow.</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Forgiveness does not deny harm, erase consequences, require unsafe contact, or cancel reporting, boundaries, justice, or protection.</w:t>
      </w:r>
    </w:p>
    <w:p>
      <w:pPr>
        <w:pStyle w:val="Heading1"/>
        <w:keepNext/>
        <w:pageBreakBefore/>
        <w:pBdr>
          <w:bottom w:val="single" w:sz="8" w:space="2" w:color="A67833"/>
        </w:pBdr>
      </w:pPr>
      <w:r>
        <w:t>6.7 Occult Involvement, Idolatry, Counterfeit Guidance, and Renunciation</w:t>
      </w:r>
    </w:p>
    <w:p>
      <w:pPr>
        <w:pStyle w:val="Guidance"/>
      </w:pPr>
      <w:r>
        <w:rPr>
          <w:rFonts w:ascii="Liberation Sans" w:hAnsi="Liberation Sans" w:eastAsia="Liberation Sans"/>
          <w:b/>
          <w:color w:val="18324A"/>
          <w:sz w:val="17"/>
        </w:rPr>
        <w:t xml:space="preserve">Use this section when: </w:t>
      </w:r>
      <w:r>
        <w:rPr>
          <w:rFonts w:ascii="Liberation Sans" w:hAnsi="Liberation Sans" w:eastAsia="Liberation Sans"/>
          <w:color w:val="20262E"/>
          <w:sz w:val="17"/>
        </w:rPr>
        <w:t>Use when a person has knowingly practiced divination, spiritism, magic, idolatry, occult ritual, or sought supernatural guidance apart from God.</w:t>
      </w:r>
    </w:p>
    <w:p>
      <w:pPr>
        <w:pStyle w:val="Guidance"/>
      </w:pPr>
      <w:r>
        <w:rPr>
          <w:rFonts w:ascii="Liberation Sans" w:hAnsi="Liberation Sans" w:eastAsia="Liberation Sans"/>
          <w:b/>
          <w:color w:val="18324A"/>
          <w:sz w:val="17"/>
        </w:rPr>
        <w:t xml:space="preserve">Ministry method: </w:t>
      </w:r>
      <w:r>
        <w:rPr>
          <w:rFonts w:ascii="Liberation Sans" w:hAnsi="Liberation Sans" w:eastAsia="Liberation Sans"/>
          <w:color w:val="20262E"/>
          <w:sz w:val="17"/>
        </w:rPr>
        <w:t>Confess the involvement, renounce allegiance and practices, remove personally owned occult materials lawfully, affirm loyalty to Jesus, and rebuild through Scripture and Christian community.</w:t>
      </w:r>
    </w:p>
    <w:p>
      <w:pPr>
        <w:pStyle w:val="Guidance"/>
      </w:pPr>
      <w:r>
        <w:rPr>
          <w:rFonts w:ascii="Liberation Sans" w:hAnsi="Liberation Sans" w:eastAsia="Liberation Sans"/>
          <w:b/>
          <w:color w:val="18324A"/>
          <w:sz w:val="17"/>
        </w:rPr>
        <w:t xml:space="preserve">Section control: </w:t>
      </w:r>
      <w:r>
        <w:rPr>
          <w:rFonts w:ascii="Liberation Sans" w:hAnsi="Liberation Sans" w:eastAsia="Liberation Sans"/>
          <w:color w:val="20262E"/>
          <w:sz w:val="17"/>
        </w:rPr>
        <w:t>Do not conduct witch hunts, accuse others without evidence, destroy another person's property, or treat cultural difference as occultism.</w:t>
      </w:r>
    </w:p>
    <w:p>
      <w:pPr>
        <w:pStyle w:val="SmallNote"/>
      </w:pPr>
      <w:r>
        <w:t>14 operational passage entries</w:t>
      </w:r>
    </w:p>
    <w:p>
      <w:pPr>
        <w:pStyle w:val="ScriptureReference"/>
        <w:keepNext/>
        <w:pBdr>
          <w:bottom w:val="single" w:sz="2" w:space="1" w:color="D5DBE0"/>
        </w:pBdr>
      </w:pPr>
      <w:r>
        <w:t>Exodus 20:1-6</w:t>
      </w:r>
    </w:p>
    <w:p>
      <w:pPr>
        <w:pStyle w:val="EvidenceTag"/>
        <w:keepNext/>
      </w:pPr>
      <w:r>
        <w:t>Evidence A | Source IDs: S10 | Derek Prince Ministries</w:t>
      </w:r>
    </w:p>
    <w:p>
      <w:pPr>
        <w:pStyle w:val="ScriptureText"/>
        <w:keepNext/>
      </w:pPr>
      <w:r>
        <w:rPr>
          <w:rFonts w:ascii="Liberation Sans" w:hAnsi="Liberation Sans" w:eastAsia="Liberation Sans"/>
          <w:b/>
          <w:color w:val="A67833"/>
          <w:sz w:val="15"/>
          <w:vertAlign w:val="superscript"/>
        </w:rPr>
        <w:t>1</w:t>
      </w:r>
      <w:r>
        <w:rPr>
          <w:rFonts w:ascii="Liberation Serif" w:hAnsi="Liberation Serif" w:eastAsia="Liberation Serif"/>
          <w:color w:val="20262E"/>
          <w:sz w:val="18"/>
        </w:rPr>
        <w:t xml:space="preserve"> And God spake all these words, saying,</w:t>
      </w:r>
      <w:r>
        <w:t xml:space="preserve"> </w:t>
      </w:r>
      <w:r>
        <w:rPr>
          <w:rFonts w:ascii="Liberation Sans" w:hAnsi="Liberation Sans" w:eastAsia="Liberation Sans"/>
          <w:b/>
          <w:color w:val="A67833"/>
          <w:sz w:val="15"/>
          <w:vertAlign w:val="superscript"/>
        </w:rPr>
        <w:t>2</w:t>
      </w:r>
      <w:r>
        <w:rPr>
          <w:rFonts w:ascii="Liberation Serif" w:hAnsi="Liberation Serif" w:eastAsia="Liberation Serif"/>
          <w:color w:val="20262E"/>
          <w:sz w:val="18"/>
        </w:rPr>
        <w:t xml:space="preserve"> I am the LORD thy God, which have brought thee out of the land of Egypt, out of the house of bondage.</w:t>
      </w:r>
      <w:r>
        <w:t xml:space="preserve"> </w:t>
      </w:r>
      <w:r>
        <w:rPr>
          <w:rFonts w:ascii="Liberation Sans" w:hAnsi="Liberation Sans" w:eastAsia="Liberation Sans"/>
          <w:b/>
          <w:color w:val="A67833"/>
          <w:sz w:val="15"/>
          <w:vertAlign w:val="superscript"/>
        </w:rPr>
        <w:t>3</w:t>
      </w:r>
      <w:r>
        <w:rPr>
          <w:rFonts w:ascii="Liberation Serif" w:hAnsi="Liberation Serif" w:eastAsia="Liberation Serif"/>
          <w:color w:val="20262E"/>
          <w:sz w:val="18"/>
        </w:rPr>
        <w:t xml:space="preserve"> Thou shalt have no other gods before me.</w:t>
      </w:r>
      <w:r>
        <w:t xml:space="preserve"> </w:t>
      </w:r>
      <w:r>
        <w:rPr>
          <w:rFonts w:ascii="Liberation Sans" w:hAnsi="Liberation Sans" w:eastAsia="Liberation Sans"/>
          <w:b/>
          <w:color w:val="A67833"/>
          <w:sz w:val="15"/>
          <w:vertAlign w:val="superscript"/>
        </w:rPr>
        <w:t>4</w:t>
      </w:r>
      <w:r>
        <w:rPr>
          <w:rFonts w:ascii="Liberation Serif" w:hAnsi="Liberation Serif" w:eastAsia="Liberation Serif"/>
          <w:color w:val="20262E"/>
          <w:sz w:val="18"/>
        </w:rPr>
        <w:t xml:space="preserve"> Thou shalt not make unto thee any graven image, or any likeness of any thing that is in heaven above, or that is in the earth beneath, or that is in the water under the earth:</w:t>
      </w:r>
      <w:r>
        <w:t xml:space="preserve"> </w:t>
      </w:r>
      <w:r>
        <w:rPr>
          <w:rFonts w:ascii="Liberation Sans" w:hAnsi="Liberation Sans" w:eastAsia="Liberation Sans"/>
          <w:b/>
          <w:color w:val="A67833"/>
          <w:sz w:val="15"/>
          <w:vertAlign w:val="superscript"/>
        </w:rPr>
        <w:t>5</w:t>
      </w:r>
      <w:r>
        <w:rPr>
          <w:rFonts w:ascii="Liberation Serif" w:hAnsi="Liberation Serif" w:eastAsia="Liberation Serif"/>
          <w:color w:val="20262E"/>
          <w:sz w:val="18"/>
        </w:rPr>
        <w:t xml:space="preserve"> Thou shalt not bow down thyself to them, nor serve them: for I the LORD thy God am a jealous God, visiting the iniquity of the fathers upon the children unto the third and fourth generation of them that hate me;</w:t>
      </w:r>
      <w:r>
        <w:t xml:space="preserve"> </w:t>
      </w:r>
      <w:r>
        <w:rPr>
          <w:rFonts w:ascii="Liberation Sans" w:hAnsi="Liberation Sans" w:eastAsia="Liberation Sans"/>
          <w:b/>
          <w:color w:val="A67833"/>
          <w:sz w:val="15"/>
          <w:vertAlign w:val="superscript"/>
        </w:rPr>
        <w:t>6</w:t>
      </w:r>
      <w:r>
        <w:rPr>
          <w:rFonts w:ascii="Liberation Serif" w:hAnsi="Liberation Serif" w:eastAsia="Liberation Serif"/>
          <w:color w:val="20262E"/>
          <w:sz w:val="18"/>
        </w:rPr>
        <w:t xml:space="preserve"> And shewing mercy unto thousands of them that love me, and keep my commandments.</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a person has knowingly practiced divination, spiritism, magic, idolatry, occult ritual, or sought supernatural guidance apart from God.</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Confess the involvement, renounce allegiance and practices, remove personally owned occult materials lawfully, affirm loyalty to Jesus, and rebuild through Scripture and Christian community.</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Do not conduct witch hunts, accuse others without evidence, destroy another person's property, or treat cultural difference as occultism.</w:t>
      </w:r>
    </w:p>
    <w:p>
      <w:pPr>
        <w:pStyle w:val="ScriptureReference"/>
        <w:keepNext/>
        <w:pBdr>
          <w:bottom w:val="single" w:sz="2" w:space="1" w:color="D5DBE0"/>
        </w:pBdr>
      </w:pPr>
      <w:r>
        <w:t>Leviticus 19:26,31</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26</w:t>
      </w:r>
      <w:r>
        <w:rPr>
          <w:rFonts w:ascii="Liberation Serif" w:hAnsi="Liberation Serif" w:eastAsia="Liberation Serif"/>
          <w:color w:val="20262E"/>
          <w:sz w:val="18"/>
        </w:rPr>
        <w:t xml:space="preserve"> Ye shall not eat any thing with the blood: neither shall ye use enchantment, nor observe times.</w:t>
      </w:r>
      <w:r>
        <w:t xml:space="preserve"> </w:t>
      </w:r>
      <w:r>
        <w:rPr>
          <w:rFonts w:ascii="Liberation Sans" w:hAnsi="Liberation Sans" w:eastAsia="Liberation Sans"/>
          <w:b/>
          <w:color w:val="A67833"/>
          <w:sz w:val="15"/>
          <w:vertAlign w:val="superscript"/>
        </w:rPr>
        <w:t>31</w:t>
      </w:r>
      <w:r>
        <w:rPr>
          <w:rFonts w:ascii="Liberation Serif" w:hAnsi="Liberation Serif" w:eastAsia="Liberation Serif"/>
          <w:color w:val="20262E"/>
          <w:sz w:val="18"/>
        </w:rPr>
        <w:t xml:space="preserve"> Regard not them that have familiar spirits, neither seek after wizards, to be defiled by them: I am the LORD your God.</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a person has knowingly practiced divination, spiritism, magic, idolatry, occult ritual, or sought supernatural guidance apart from God.</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Confess the involvement, renounce allegiance and practices, remove personally owned occult materials lawfully, affirm loyalty to Jesus, and rebuild through Scripture and Christian community.</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Do not conduct witch hunts, accuse others without evidence, destroy another person's property, or treat cultural difference as occultism.</w:t>
      </w:r>
    </w:p>
    <w:p>
      <w:pPr>
        <w:pStyle w:val="ScriptureReference"/>
        <w:keepNext/>
        <w:pBdr>
          <w:bottom w:val="single" w:sz="2" w:space="1" w:color="D5DBE0"/>
        </w:pBdr>
      </w:pPr>
      <w:r>
        <w:t>Deuteronomy 7:25-26</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25</w:t>
      </w:r>
      <w:r>
        <w:rPr>
          <w:rFonts w:ascii="Liberation Serif" w:hAnsi="Liberation Serif" w:eastAsia="Liberation Serif"/>
          <w:color w:val="20262E"/>
          <w:sz w:val="18"/>
        </w:rPr>
        <w:t xml:space="preserve"> The graven images of their gods shall ye burn with fire: thou shalt not desire the silver or gold that is on them, nor take it unto thee, lest thou be snared therein: for it is an abomination to the LORD thy God.</w:t>
      </w:r>
      <w:r>
        <w:t xml:space="preserve"> </w:t>
      </w:r>
      <w:r>
        <w:rPr>
          <w:rFonts w:ascii="Liberation Sans" w:hAnsi="Liberation Sans" w:eastAsia="Liberation Sans"/>
          <w:b/>
          <w:color w:val="A67833"/>
          <w:sz w:val="15"/>
          <w:vertAlign w:val="superscript"/>
        </w:rPr>
        <w:t>26</w:t>
      </w:r>
      <w:r>
        <w:rPr>
          <w:rFonts w:ascii="Liberation Serif" w:hAnsi="Liberation Serif" w:eastAsia="Liberation Serif"/>
          <w:color w:val="20262E"/>
          <w:sz w:val="18"/>
        </w:rPr>
        <w:t xml:space="preserve"> Neither shalt thou bring an abomination into thine house, lest thou be a cursed thing like it: but thou shalt utterly detest it, and thou shalt utterly abhor it; for it is a cursed thing.</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a person has knowingly practiced divination, spiritism, magic, idolatry, occult ritual, or sought supernatural guidance apart from God.</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Confess the involvement, renounce allegiance and practices, remove personally owned occult materials lawfully, affirm loyalty to Jesus, and rebuild through Scripture and Christian community.</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Do not conduct witch hunts, accuse others without evidence, destroy another person's property, or treat cultural difference as occultism.</w:t>
      </w:r>
    </w:p>
    <w:p>
      <w:pPr>
        <w:pStyle w:val="ScriptureReference"/>
        <w:keepNext/>
        <w:pBdr>
          <w:bottom w:val="single" w:sz="2" w:space="1" w:color="D5DBE0"/>
        </w:pBdr>
      </w:pPr>
      <w:r>
        <w:t>Deuteronomy 18:9-14</w:t>
      </w:r>
    </w:p>
    <w:p>
      <w:pPr>
        <w:pStyle w:val="EvidenceTag"/>
        <w:keepNext/>
      </w:pPr>
      <w:r>
        <w:t>Evidence A | Source IDs: S02, S10 | Win Worley / LHBC; Derek Prince Ministries</w:t>
      </w:r>
    </w:p>
    <w:p>
      <w:pPr>
        <w:pStyle w:val="ScriptureText"/>
        <w:keepNext/>
      </w:pPr>
      <w:r>
        <w:rPr>
          <w:rFonts w:ascii="Liberation Sans" w:hAnsi="Liberation Sans" w:eastAsia="Liberation Sans"/>
          <w:b/>
          <w:color w:val="A67833"/>
          <w:sz w:val="15"/>
          <w:vertAlign w:val="superscript"/>
        </w:rPr>
        <w:t>9</w:t>
      </w:r>
      <w:r>
        <w:rPr>
          <w:rFonts w:ascii="Liberation Serif" w:hAnsi="Liberation Serif" w:eastAsia="Liberation Serif"/>
          <w:color w:val="20262E"/>
          <w:sz w:val="18"/>
        </w:rPr>
        <w:t xml:space="preserve"> When thou art come into the land which the LORD thy God giveth thee, thou shalt not learn to do after the abominations of those nations.</w:t>
      </w:r>
      <w:r>
        <w:t xml:space="preserve"> </w:t>
      </w:r>
      <w:r>
        <w:rPr>
          <w:rFonts w:ascii="Liberation Sans" w:hAnsi="Liberation Sans" w:eastAsia="Liberation Sans"/>
          <w:b/>
          <w:color w:val="A67833"/>
          <w:sz w:val="15"/>
          <w:vertAlign w:val="superscript"/>
        </w:rPr>
        <w:t>10</w:t>
      </w:r>
      <w:r>
        <w:rPr>
          <w:rFonts w:ascii="Liberation Serif" w:hAnsi="Liberation Serif" w:eastAsia="Liberation Serif"/>
          <w:color w:val="20262E"/>
          <w:sz w:val="18"/>
        </w:rPr>
        <w:t xml:space="preserve"> There shall not be found among you any one that maketh his son or his daughter to pass through the fire, or that useth divination, or an observer of times, or an enchanter, or a witch,</w:t>
      </w:r>
      <w:r>
        <w:t xml:space="preserve"> </w:t>
      </w:r>
      <w:r>
        <w:rPr>
          <w:rFonts w:ascii="Liberation Sans" w:hAnsi="Liberation Sans" w:eastAsia="Liberation Sans"/>
          <w:b/>
          <w:color w:val="A67833"/>
          <w:sz w:val="15"/>
          <w:vertAlign w:val="superscript"/>
        </w:rPr>
        <w:t>11</w:t>
      </w:r>
      <w:r>
        <w:rPr>
          <w:rFonts w:ascii="Liberation Serif" w:hAnsi="Liberation Serif" w:eastAsia="Liberation Serif"/>
          <w:color w:val="20262E"/>
          <w:sz w:val="18"/>
        </w:rPr>
        <w:t xml:space="preserve"> Or a charmer, or a consulter with familiar spirits, or a wizard, or a necromancer.</w:t>
      </w:r>
      <w:r>
        <w:t xml:space="preserve"> </w:t>
      </w:r>
      <w:r>
        <w:rPr>
          <w:rFonts w:ascii="Liberation Sans" w:hAnsi="Liberation Sans" w:eastAsia="Liberation Sans"/>
          <w:b/>
          <w:color w:val="A67833"/>
          <w:sz w:val="15"/>
          <w:vertAlign w:val="superscript"/>
        </w:rPr>
        <w:t>12</w:t>
      </w:r>
      <w:r>
        <w:rPr>
          <w:rFonts w:ascii="Liberation Serif" w:hAnsi="Liberation Serif" w:eastAsia="Liberation Serif"/>
          <w:color w:val="20262E"/>
          <w:sz w:val="18"/>
        </w:rPr>
        <w:t xml:space="preserve"> For all that do these things are an abomination unto the LORD: and because of these abominations the LORD thy God doth drive them out from before thee.</w:t>
      </w:r>
      <w:r>
        <w:t xml:space="preserve"> </w:t>
      </w:r>
      <w:r>
        <w:rPr>
          <w:rFonts w:ascii="Liberation Sans" w:hAnsi="Liberation Sans" w:eastAsia="Liberation Sans"/>
          <w:b/>
          <w:color w:val="A67833"/>
          <w:sz w:val="15"/>
          <w:vertAlign w:val="superscript"/>
        </w:rPr>
        <w:t>13</w:t>
      </w:r>
      <w:r>
        <w:rPr>
          <w:rFonts w:ascii="Liberation Serif" w:hAnsi="Liberation Serif" w:eastAsia="Liberation Serif"/>
          <w:color w:val="20262E"/>
          <w:sz w:val="18"/>
        </w:rPr>
        <w:t xml:space="preserve"> Thou shalt be perfect with the LORD thy God.</w:t>
      </w:r>
      <w:r>
        <w:t xml:space="preserve"> </w:t>
      </w:r>
      <w:r>
        <w:rPr>
          <w:rFonts w:ascii="Liberation Sans" w:hAnsi="Liberation Sans" w:eastAsia="Liberation Sans"/>
          <w:b/>
          <w:color w:val="A67833"/>
          <w:sz w:val="15"/>
          <w:vertAlign w:val="superscript"/>
        </w:rPr>
        <w:t>14</w:t>
      </w:r>
      <w:r>
        <w:rPr>
          <w:rFonts w:ascii="Liberation Serif" w:hAnsi="Liberation Serif" w:eastAsia="Liberation Serif"/>
          <w:color w:val="20262E"/>
          <w:sz w:val="18"/>
        </w:rPr>
        <w:t xml:space="preserve"> For these nations, which thou shalt possess, hearkened unto observers of times, and unto diviners: but as for thee, the LORD thy God hath not suffered thee so to do.</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a person has knowingly practiced divination, spiritism, magic, idolatry, occult ritual, or sought supernatural guidance apart from God.</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Confess the involvement, renounce allegiance and practices, remove personally owned occult materials lawfully, affirm loyalty to Jesus, and rebuild through Scripture and Christian community.</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Do not conduct witch hunts, accuse others without evidence, destroy another person's property, or treat cultural difference as occultism.</w:t>
      </w:r>
    </w:p>
    <w:p>
      <w:pPr>
        <w:pStyle w:val="ScriptureReference"/>
        <w:keepNext/>
        <w:pBdr>
          <w:bottom w:val="single" w:sz="2" w:space="1" w:color="D5DBE0"/>
        </w:pBdr>
      </w:pPr>
      <w:r>
        <w:t>1 Samuel 15:22-23</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22</w:t>
      </w:r>
      <w:r>
        <w:rPr>
          <w:rFonts w:ascii="Liberation Serif" w:hAnsi="Liberation Serif" w:eastAsia="Liberation Serif"/>
          <w:color w:val="20262E"/>
          <w:sz w:val="18"/>
        </w:rPr>
        <w:t xml:space="preserve"> And Samuel said, Hath the LORD as great delight in burnt offerings and sacrifices, as in obeying the voice of the LORD? Behold, to obey is better than sacrifice, and to hearken than the fat of rams.</w:t>
      </w:r>
      <w:r>
        <w:t xml:space="preserve"> </w:t>
      </w:r>
      <w:r>
        <w:rPr>
          <w:rFonts w:ascii="Liberation Sans" w:hAnsi="Liberation Sans" w:eastAsia="Liberation Sans"/>
          <w:b/>
          <w:color w:val="A67833"/>
          <w:sz w:val="15"/>
          <w:vertAlign w:val="superscript"/>
        </w:rPr>
        <w:t>23</w:t>
      </w:r>
      <w:r>
        <w:rPr>
          <w:rFonts w:ascii="Liberation Serif" w:hAnsi="Liberation Serif" w:eastAsia="Liberation Serif"/>
          <w:color w:val="20262E"/>
          <w:sz w:val="18"/>
        </w:rPr>
        <w:t xml:space="preserve"> For rebellion is as the sin of witchcraft, and stubbornness is as iniquity and idolatry. Because thou hast rejected the word of the LORD, he hath also rejected thee from being king.</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a person has knowingly practiced divination, spiritism, magic, idolatry, occult ritual, or sought supernatural guidance apart from God.</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Confess the involvement, renounce allegiance and practices, remove personally owned occult materials lawfully, affirm loyalty to Jesus, and rebuild through Scripture and Christian community.</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Do not conduct witch hunts, accuse others without evidence, destroy another person's property, or treat cultural difference as occultism.</w:t>
      </w:r>
    </w:p>
    <w:p>
      <w:pPr>
        <w:pStyle w:val="ScriptureReference"/>
        <w:keepNext/>
        <w:pBdr>
          <w:bottom w:val="single" w:sz="2" w:space="1" w:color="D5DBE0"/>
        </w:pBdr>
      </w:pPr>
      <w:r>
        <w:t>1 Chronicles 10:13-14</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13</w:t>
      </w:r>
      <w:r>
        <w:rPr>
          <w:rFonts w:ascii="Liberation Serif" w:hAnsi="Liberation Serif" w:eastAsia="Liberation Serif"/>
          <w:color w:val="20262E"/>
          <w:sz w:val="18"/>
        </w:rPr>
        <w:t xml:space="preserve"> So Saul died for his transgression which he committed against the LORD, even against the word of the LORD, which he kept not, and also for asking counsel of one that had a familiar spirit, to enquire of it;</w:t>
      </w:r>
      <w:r>
        <w:t xml:space="preserve"> </w:t>
      </w:r>
      <w:r>
        <w:rPr>
          <w:rFonts w:ascii="Liberation Sans" w:hAnsi="Liberation Sans" w:eastAsia="Liberation Sans"/>
          <w:b/>
          <w:color w:val="A67833"/>
          <w:sz w:val="15"/>
          <w:vertAlign w:val="superscript"/>
        </w:rPr>
        <w:t>14</w:t>
      </w:r>
      <w:r>
        <w:rPr>
          <w:rFonts w:ascii="Liberation Serif" w:hAnsi="Liberation Serif" w:eastAsia="Liberation Serif"/>
          <w:color w:val="20262E"/>
          <w:sz w:val="18"/>
        </w:rPr>
        <w:t xml:space="preserve"> And enquired not of the LORD: therefore he slew him, and turned the kingdom unto David the son of Jesse.</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a person has knowingly practiced divination, spiritism, magic, idolatry, occult ritual, or sought supernatural guidance apart from God.</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Confess the involvement, renounce allegiance and practices, remove personally owned occult materials lawfully, affirm loyalty to Jesus, and rebuild through Scripture and Christian community.</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Do not conduct witch hunts, accuse others without evidence, destroy another person's property, or treat cultural difference as occultism.</w:t>
      </w:r>
    </w:p>
    <w:p>
      <w:pPr>
        <w:pStyle w:val="ScriptureReference"/>
        <w:keepNext/>
        <w:pBdr>
          <w:bottom w:val="single" w:sz="2" w:space="1" w:color="D5DBE0"/>
        </w:pBdr>
      </w:pPr>
      <w:r>
        <w:t>Psalm 115:4-8</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4</w:t>
      </w:r>
      <w:r>
        <w:rPr>
          <w:rFonts w:ascii="Liberation Serif" w:hAnsi="Liberation Serif" w:eastAsia="Liberation Serif"/>
          <w:color w:val="20262E"/>
          <w:sz w:val="18"/>
        </w:rPr>
        <w:t xml:space="preserve"> Their idols are silver and gold, the work of men's hands.</w:t>
      </w:r>
      <w:r>
        <w:t xml:space="preserve"> </w:t>
      </w:r>
      <w:r>
        <w:rPr>
          <w:rFonts w:ascii="Liberation Sans" w:hAnsi="Liberation Sans" w:eastAsia="Liberation Sans"/>
          <w:b/>
          <w:color w:val="A67833"/>
          <w:sz w:val="15"/>
          <w:vertAlign w:val="superscript"/>
        </w:rPr>
        <w:t>5</w:t>
      </w:r>
      <w:r>
        <w:rPr>
          <w:rFonts w:ascii="Liberation Serif" w:hAnsi="Liberation Serif" w:eastAsia="Liberation Serif"/>
          <w:color w:val="20262E"/>
          <w:sz w:val="18"/>
        </w:rPr>
        <w:t xml:space="preserve"> They have mouths, but they speak not: eyes have they, but they see not:</w:t>
      </w:r>
      <w:r>
        <w:t xml:space="preserve"> </w:t>
      </w:r>
      <w:r>
        <w:rPr>
          <w:rFonts w:ascii="Liberation Sans" w:hAnsi="Liberation Sans" w:eastAsia="Liberation Sans"/>
          <w:b/>
          <w:color w:val="A67833"/>
          <w:sz w:val="15"/>
          <w:vertAlign w:val="superscript"/>
        </w:rPr>
        <w:t>6</w:t>
      </w:r>
      <w:r>
        <w:rPr>
          <w:rFonts w:ascii="Liberation Serif" w:hAnsi="Liberation Serif" w:eastAsia="Liberation Serif"/>
          <w:color w:val="20262E"/>
          <w:sz w:val="18"/>
        </w:rPr>
        <w:t xml:space="preserve"> They have ears, but they hear not: noses have they, but they smell not:</w:t>
      </w:r>
      <w:r>
        <w:t xml:space="preserve"> </w:t>
      </w:r>
      <w:r>
        <w:rPr>
          <w:rFonts w:ascii="Liberation Sans" w:hAnsi="Liberation Sans" w:eastAsia="Liberation Sans"/>
          <w:b/>
          <w:color w:val="A67833"/>
          <w:sz w:val="15"/>
          <w:vertAlign w:val="superscript"/>
        </w:rPr>
        <w:t>7</w:t>
      </w:r>
      <w:r>
        <w:rPr>
          <w:rFonts w:ascii="Liberation Serif" w:hAnsi="Liberation Serif" w:eastAsia="Liberation Serif"/>
          <w:color w:val="20262E"/>
          <w:sz w:val="18"/>
        </w:rPr>
        <w:t xml:space="preserve"> They have hands, but they handle not: feet have they, but they walk not: neither speak they through their throat.</w:t>
      </w:r>
      <w:r>
        <w:t xml:space="preserve"> </w:t>
      </w:r>
      <w:r>
        <w:rPr>
          <w:rFonts w:ascii="Liberation Sans" w:hAnsi="Liberation Sans" w:eastAsia="Liberation Sans"/>
          <w:b/>
          <w:color w:val="A67833"/>
          <w:sz w:val="15"/>
          <w:vertAlign w:val="superscript"/>
        </w:rPr>
        <w:t>8</w:t>
      </w:r>
      <w:r>
        <w:rPr>
          <w:rFonts w:ascii="Liberation Serif" w:hAnsi="Liberation Serif" w:eastAsia="Liberation Serif"/>
          <w:color w:val="20262E"/>
          <w:sz w:val="18"/>
        </w:rPr>
        <w:t xml:space="preserve"> They that make them are like unto them; so is every one that trusteth in them.</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a person has knowingly practiced divination, spiritism, magic, idolatry, occult ritual, or sought supernatural guidance apart from God.</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Confess the involvement, renounce allegiance and practices, remove personally owned occult materials lawfully, affirm loyalty to Jesus, and rebuild through Scripture and Christian community.</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Do not conduct witch hunts, accuse others without evidence, destroy another person's property, or treat cultural difference as occultism.</w:t>
      </w:r>
    </w:p>
    <w:p>
      <w:pPr>
        <w:pStyle w:val="ScriptureReference"/>
        <w:keepNext/>
        <w:pBdr>
          <w:bottom w:val="single" w:sz="2" w:space="1" w:color="D5DBE0"/>
        </w:pBdr>
      </w:pPr>
      <w:r>
        <w:t>Isaiah 8:19-20</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19</w:t>
      </w:r>
      <w:r>
        <w:rPr>
          <w:rFonts w:ascii="Liberation Serif" w:hAnsi="Liberation Serif" w:eastAsia="Liberation Serif"/>
          <w:color w:val="20262E"/>
          <w:sz w:val="18"/>
        </w:rPr>
        <w:t xml:space="preserve"> And when they shall say unto you, Seek unto them that have familiar spirits, and unto wizards that peep, and that mutter: should not a people seek unto their God? for the living to the dead?</w:t>
      </w:r>
      <w:r>
        <w:t xml:space="preserve"> </w:t>
      </w:r>
      <w:r>
        <w:rPr>
          <w:rFonts w:ascii="Liberation Sans" w:hAnsi="Liberation Sans" w:eastAsia="Liberation Sans"/>
          <w:b/>
          <w:color w:val="A67833"/>
          <w:sz w:val="15"/>
          <w:vertAlign w:val="superscript"/>
        </w:rPr>
        <w:t>20</w:t>
      </w:r>
      <w:r>
        <w:rPr>
          <w:rFonts w:ascii="Liberation Serif" w:hAnsi="Liberation Serif" w:eastAsia="Liberation Serif"/>
          <w:color w:val="20262E"/>
          <w:sz w:val="18"/>
        </w:rPr>
        <w:t xml:space="preserve"> To the law and to the testimony: if they speak not according to this word, it is because there is no light in them.</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a person has knowingly practiced divination, spiritism, magic, idolatry, occult ritual, or sought supernatural guidance apart from God.</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Confess the involvement, renounce allegiance and practices, remove personally owned occult materials lawfully, affirm loyalty to Jesus, and rebuild through Scripture and Christian community.</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Do not conduct witch hunts, accuse others without evidence, destroy another person's property, or treat cultural difference as occultism.</w:t>
      </w:r>
    </w:p>
    <w:p>
      <w:pPr>
        <w:pStyle w:val="ScriptureReference"/>
        <w:keepNext/>
        <w:pBdr>
          <w:bottom w:val="single" w:sz="2" w:space="1" w:color="D5DBE0"/>
        </w:pBdr>
      </w:pPr>
      <w:r>
        <w:t>Acts 8:9-24</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9</w:t>
      </w:r>
      <w:r>
        <w:rPr>
          <w:rFonts w:ascii="Liberation Serif" w:hAnsi="Liberation Serif" w:eastAsia="Liberation Serif"/>
          <w:color w:val="20262E"/>
          <w:sz w:val="18"/>
        </w:rPr>
        <w:t xml:space="preserve"> But there was a certain man, called Simon, which beforetime in the same city used sorcery, and bewitched the people of Samaria, giving out that himself was some great one:</w:t>
      </w:r>
      <w:r>
        <w:t xml:space="preserve"> </w:t>
      </w:r>
      <w:r>
        <w:rPr>
          <w:rFonts w:ascii="Liberation Sans" w:hAnsi="Liberation Sans" w:eastAsia="Liberation Sans"/>
          <w:b/>
          <w:color w:val="A67833"/>
          <w:sz w:val="15"/>
          <w:vertAlign w:val="superscript"/>
        </w:rPr>
        <w:t>10</w:t>
      </w:r>
      <w:r>
        <w:rPr>
          <w:rFonts w:ascii="Liberation Serif" w:hAnsi="Liberation Serif" w:eastAsia="Liberation Serif"/>
          <w:color w:val="20262E"/>
          <w:sz w:val="18"/>
        </w:rPr>
        <w:t xml:space="preserve"> To whom they all gave heed, from the least to the greatest, saying, This man is the great power of God.</w:t>
      </w:r>
      <w:r>
        <w:t xml:space="preserve"> </w:t>
      </w:r>
      <w:r>
        <w:rPr>
          <w:rFonts w:ascii="Liberation Sans" w:hAnsi="Liberation Sans" w:eastAsia="Liberation Sans"/>
          <w:b/>
          <w:color w:val="A67833"/>
          <w:sz w:val="15"/>
          <w:vertAlign w:val="superscript"/>
        </w:rPr>
        <w:t>11</w:t>
      </w:r>
      <w:r>
        <w:rPr>
          <w:rFonts w:ascii="Liberation Serif" w:hAnsi="Liberation Serif" w:eastAsia="Liberation Serif"/>
          <w:color w:val="20262E"/>
          <w:sz w:val="18"/>
        </w:rPr>
        <w:t xml:space="preserve"> And to him they had regard, because that of long time he had bewitched them with sorceries.</w:t>
      </w:r>
      <w:r>
        <w:t xml:space="preserve"> </w:t>
      </w:r>
      <w:r>
        <w:rPr>
          <w:rFonts w:ascii="Liberation Sans" w:hAnsi="Liberation Sans" w:eastAsia="Liberation Sans"/>
          <w:b/>
          <w:color w:val="A67833"/>
          <w:sz w:val="15"/>
          <w:vertAlign w:val="superscript"/>
        </w:rPr>
        <w:t>12</w:t>
      </w:r>
      <w:r>
        <w:rPr>
          <w:rFonts w:ascii="Liberation Serif" w:hAnsi="Liberation Serif" w:eastAsia="Liberation Serif"/>
          <w:color w:val="20262E"/>
          <w:sz w:val="18"/>
        </w:rPr>
        <w:t xml:space="preserve"> But when they believed Philip preaching the things concerning the kingdom of God, and the name of Jesus Christ, they were baptized, both men and women.</w:t>
      </w:r>
      <w:r>
        <w:t xml:space="preserve"> </w:t>
      </w:r>
      <w:r>
        <w:rPr>
          <w:rFonts w:ascii="Liberation Sans" w:hAnsi="Liberation Sans" w:eastAsia="Liberation Sans"/>
          <w:b/>
          <w:color w:val="A67833"/>
          <w:sz w:val="15"/>
          <w:vertAlign w:val="superscript"/>
        </w:rPr>
        <w:t>13</w:t>
      </w:r>
      <w:r>
        <w:rPr>
          <w:rFonts w:ascii="Liberation Serif" w:hAnsi="Liberation Serif" w:eastAsia="Liberation Serif"/>
          <w:color w:val="20262E"/>
          <w:sz w:val="18"/>
        </w:rPr>
        <w:t xml:space="preserve"> Then Simon himself believed also: and when he was baptized, he continued with Philip, and wondered, beholding the miracles and signs which were done.</w:t>
      </w:r>
      <w:r>
        <w:t xml:space="preserve"> </w:t>
      </w:r>
      <w:r>
        <w:rPr>
          <w:rFonts w:ascii="Liberation Sans" w:hAnsi="Liberation Sans" w:eastAsia="Liberation Sans"/>
          <w:b/>
          <w:color w:val="A67833"/>
          <w:sz w:val="15"/>
          <w:vertAlign w:val="superscript"/>
        </w:rPr>
        <w:t>14</w:t>
      </w:r>
      <w:r>
        <w:rPr>
          <w:rFonts w:ascii="Liberation Serif" w:hAnsi="Liberation Serif" w:eastAsia="Liberation Serif"/>
          <w:color w:val="20262E"/>
          <w:sz w:val="18"/>
        </w:rPr>
        <w:t xml:space="preserve"> Now when the apostles which were at Jerusalem heard that Samaria had received the word of God, they sent unto them Peter and John:</w:t>
      </w:r>
      <w:r>
        <w:t xml:space="preserve"> </w:t>
      </w:r>
      <w:r>
        <w:rPr>
          <w:rFonts w:ascii="Liberation Sans" w:hAnsi="Liberation Sans" w:eastAsia="Liberation Sans"/>
          <w:b/>
          <w:color w:val="A67833"/>
          <w:sz w:val="15"/>
          <w:vertAlign w:val="superscript"/>
        </w:rPr>
        <w:t>15</w:t>
      </w:r>
      <w:r>
        <w:rPr>
          <w:rFonts w:ascii="Liberation Serif" w:hAnsi="Liberation Serif" w:eastAsia="Liberation Serif"/>
          <w:color w:val="20262E"/>
          <w:sz w:val="18"/>
        </w:rPr>
        <w:t xml:space="preserve"> Who, when they were come down, prayed for them, that they might receive the Holy Ghost:</w:t>
      </w:r>
      <w:r>
        <w:t xml:space="preserve"> </w:t>
      </w:r>
      <w:r>
        <w:rPr>
          <w:rFonts w:ascii="Liberation Sans" w:hAnsi="Liberation Sans" w:eastAsia="Liberation Sans"/>
          <w:b/>
          <w:color w:val="A67833"/>
          <w:sz w:val="15"/>
          <w:vertAlign w:val="superscript"/>
        </w:rPr>
        <w:t>16</w:t>
      </w:r>
      <w:r>
        <w:rPr>
          <w:rFonts w:ascii="Liberation Serif" w:hAnsi="Liberation Serif" w:eastAsia="Liberation Serif"/>
          <w:color w:val="20262E"/>
          <w:sz w:val="18"/>
        </w:rPr>
        <w:t xml:space="preserve"> (For as yet he was fallen upon none of them: only they were baptized in the name of the Lord Jesus.)</w:t>
      </w:r>
      <w:r>
        <w:t xml:space="preserve"> </w:t>
      </w:r>
      <w:r>
        <w:rPr>
          <w:rFonts w:ascii="Liberation Sans" w:hAnsi="Liberation Sans" w:eastAsia="Liberation Sans"/>
          <w:b/>
          <w:color w:val="A67833"/>
          <w:sz w:val="15"/>
          <w:vertAlign w:val="superscript"/>
        </w:rPr>
        <w:t>17</w:t>
      </w:r>
      <w:r>
        <w:rPr>
          <w:rFonts w:ascii="Liberation Serif" w:hAnsi="Liberation Serif" w:eastAsia="Liberation Serif"/>
          <w:color w:val="20262E"/>
          <w:sz w:val="18"/>
        </w:rPr>
        <w:t xml:space="preserve"> Then laid they their hands on them, and they received the Holy Ghost.</w:t>
      </w:r>
      <w:r>
        <w:t xml:space="preserve"> </w:t>
      </w:r>
      <w:r>
        <w:rPr>
          <w:rFonts w:ascii="Liberation Sans" w:hAnsi="Liberation Sans" w:eastAsia="Liberation Sans"/>
          <w:b/>
          <w:color w:val="A67833"/>
          <w:sz w:val="15"/>
          <w:vertAlign w:val="superscript"/>
        </w:rPr>
        <w:t>18</w:t>
      </w:r>
      <w:r>
        <w:rPr>
          <w:rFonts w:ascii="Liberation Serif" w:hAnsi="Liberation Serif" w:eastAsia="Liberation Serif"/>
          <w:color w:val="20262E"/>
          <w:sz w:val="18"/>
        </w:rPr>
        <w:t xml:space="preserve"> And when Simon saw that through laying on of the apostles' hands the Holy Ghost was given, he offered them money,</w:t>
      </w:r>
      <w:r>
        <w:t xml:space="preserve"> </w:t>
      </w:r>
      <w:r>
        <w:rPr>
          <w:rFonts w:ascii="Liberation Sans" w:hAnsi="Liberation Sans" w:eastAsia="Liberation Sans"/>
          <w:b/>
          <w:color w:val="A67833"/>
          <w:sz w:val="15"/>
          <w:vertAlign w:val="superscript"/>
        </w:rPr>
        <w:t>19</w:t>
      </w:r>
      <w:r>
        <w:rPr>
          <w:rFonts w:ascii="Liberation Serif" w:hAnsi="Liberation Serif" w:eastAsia="Liberation Serif"/>
          <w:color w:val="20262E"/>
          <w:sz w:val="18"/>
        </w:rPr>
        <w:t xml:space="preserve"> Saying, Give me also this power, that on whomsoever I lay hands, he may receive the Holy Ghost.</w:t>
      </w:r>
      <w:r>
        <w:t xml:space="preserve"> </w:t>
      </w:r>
      <w:r>
        <w:rPr>
          <w:rFonts w:ascii="Liberation Sans" w:hAnsi="Liberation Sans" w:eastAsia="Liberation Sans"/>
          <w:b/>
          <w:color w:val="A67833"/>
          <w:sz w:val="15"/>
          <w:vertAlign w:val="superscript"/>
        </w:rPr>
        <w:t>20</w:t>
      </w:r>
      <w:r>
        <w:rPr>
          <w:rFonts w:ascii="Liberation Serif" w:hAnsi="Liberation Serif" w:eastAsia="Liberation Serif"/>
          <w:color w:val="20262E"/>
          <w:sz w:val="18"/>
        </w:rPr>
        <w:t xml:space="preserve"> But Peter said unto him, Thy money perish with thee, because thou hast thought that the gift of God may be purchased with money.</w:t>
      </w:r>
      <w:r>
        <w:t xml:space="preserve"> </w:t>
      </w:r>
      <w:r>
        <w:rPr>
          <w:rFonts w:ascii="Liberation Sans" w:hAnsi="Liberation Sans" w:eastAsia="Liberation Sans"/>
          <w:b/>
          <w:color w:val="A67833"/>
          <w:sz w:val="15"/>
          <w:vertAlign w:val="superscript"/>
        </w:rPr>
        <w:t>21</w:t>
      </w:r>
      <w:r>
        <w:rPr>
          <w:rFonts w:ascii="Liberation Serif" w:hAnsi="Liberation Serif" w:eastAsia="Liberation Serif"/>
          <w:color w:val="20262E"/>
          <w:sz w:val="18"/>
        </w:rPr>
        <w:t xml:space="preserve"> Thou hast neither part nor lot in this matter: for thy heart is not right in the sight of God.</w:t>
      </w:r>
      <w:r>
        <w:t xml:space="preserve"> </w:t>
      </w:r>
      <w:r>
        <w:rPr>
          <w:rFonts w:ascii="Liberation Sans" w:hAnsi="Liberation Sans" w:eastAsia="Liberation Sans"/>
          <w:b/>
          <w:color w:val="A67833"/>
          <w:sz w:val="15"/>
          <w:vertAlign w:val="superscript"/>
        </w:rPr>
        <w:t>22</w:t>
      </w:r>
      <w:r>
        <w:rPr>
          <w:rFonts w:ascii="Liberation Serif" w:hAnsi="Liberation Serif" w:eastAsia="Liberation Serif"/>
          <w:color w:val="20262E"/>
          <w:sz w:val="18"/>
        </w:rPr>
        <w:t xml:space="preserve"> Repent therefore of this thy wickedness, and pray God, if perhaps the thought of thine heart may be forgiven thee.</w:t>
      </w:r>
      <w:r>
        <w:t xml:space="preserve"> </w:t>
      </w:r>
      <w:r>
        <w:rPr>
          <w:rFonts w:ascii="Liberation Sans" w:hAnsi="Liberation Sans" w:eastAsia="Liberation Sans"/>
          <w:b/>
          <w:color w:val="A67833"/>
          <w:sz w:val="15"/>
          <w:vertAlign w:val="superscript"/>
        </w:rPr>
        <w:t>23</w:t>
      </w:r>
      <w:r>
        <w:rPr>
          <w:rFonts w:ascii="Liberation Serif" w:hAnsi="Liberation Serif" w:eastAsia="Liberation Serif"/>
          <w:color w:val="20262E"/>
          <w:sz w:val="18"/>
        </w:rPr>
        <w:t xml:space="preserve"> For I perceive that thou art in the gall of bitterness, and in the bond of iniquity.</w:t>
      </w:r>
      <w:r>
        <w:t xml:space="preserve"> </w:t>
      </w:r>
      <w:r>
        <w:rPr>
          <w:rFonts w:ascii="Liberation Sans" w:hAnsi="Liberation Sans" w:eastAsia="Liberation Sans"/>
          <w:b/>
          <w:color w:val="A67833"/>
          <w:sz w:val="15"/>
          <w:vertAlign w:val="superscript"/>
        </w:rPr>
        <w:t>24</w:t>
      </w:r>
      <w:r>
        <w:rPr>
          <w:rFonts w:ascii="Liberation Serif" w:hAnsi="Liberation Serif" w:eastAsia="Liberation Serif"/>
          <w:color w:val="20262E"/>
          <w:sz w:val="18"/>
        </w:rPr>
        <w:t xml:space="preserve"> Then answered Simon, and said, Pray ye to the Lord for me, that none of these things which ye have spoken come upon me.</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a person has knowingly practiced divination, spiritism, magic, idolatry, occult ritual, or sought supernatural guidance apart from God.</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Confess the involvement, renounce allegiance and practices, remove personally owned occult materials lawfully, affirm loyalty to Jesus, and rebuild through Scripture and Christian community.</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Do not conduct witch hunts, accuse others without evidence, destroy another person's property, or treat cultural difference as occultism.</w:t>
      </w:r>
    </w:p>
    <w:p>
      <w:pPr>
        <w:pStyle w:val="ScriptureReference"/>
        <w:keepNext/>
        <w:pBdr>
          <w:bottom w:val="single" w:sz="2" w:space="1" w:color="D5DBE0"/>
        </w:pBdr>
      </w:pPr>
      <w:r>
        <w:t>Acts 13:6-12</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6</w:t>
      </w:r>
      <w:r>
        <w:rPr>
          <w:rFonts w:ascii="Liberation Serif" w:hAnsi="Liberation Serif" w:eastAsia="Liberation Serif"/>
          <w:color w:val="20262E"/>
          <w:sz w:val="18"/>
        </w:rPr>
        <w:t xml:space="preserve"> And when they had gone through the isle unto Paphos, they found a certain sorcerer, a false prophet, a Jew, whose name was Barjesus:</w:t>
      </w:r>
      <w:r>
        <w:t xml:space="preserve"> </w:t>
      </w:r>
      <w:r>
        <w:rPr>
          <w:rFonts w:ascii="Liberation Sans" w:hAnsi="Liberation Sans" w:eastAsia="Liberation Sans"/>
          <w:b/>
          <w:color w:val="A67833"/>
          <w:sz w:val="15"/>
          <w:vertAlign w:val="superscript"/>
        </w:rPr>
        <w:t>7</w:t>
      </w:r>
      <w:r>
        <w:rPr>
          <w:rFonts w:ascii="Liberation Serif" w:hAnsi="Liberation Serif" w:eastAsia="Liberation Serif"/>
          <w:color w:val="20262E"/>
          <w:sz w:val="18"/>
        </w:rPr>
        <w:t xml:space="preserve"> Which was with the deputy of the country, Sergius Paulus, a prudent man; who called for Barnabas and Saul, and desired to hear the word of God.</w:t>
      </w:r>
      <w:r>
        <w:t xml:space="preserve"> </w:t>
      </w:r>
      <w:r>
        <w:rPr>
          <w:rFonts w:ascii="Liberation Sans" w:hAnsi="Liberation Sans" w:eastAsia="Liberation Sans"/>
          <w:b/>
          <w:color w:val="A67833"/>
          <w:sz w:val="15"/>
          <w:vertAlign w:val="superscript"/>
        </w:rPr>
        <w:t>8</w:t>
      </w:r>
      <w:r>
        <w:rPr>
          <w:rFonts w:ascii="Liberation Serif" w:hAnsi="Liberation Serif" w:eastAsia="Liberation Serif"/>
          <w:color w:val="20262E"/>
          <w:sz w:val="18"/>
        </w:rPr>
        <w:t xml:space="preserve"> But Elymas the sorcerer (for so is his name by interpretation) withstood them, seeking to turn away the deputy from the faith.</w:t>
      </w:r>
      <w:r>
        <w:t xml:space="preserve"> </w:t>
      </w:r>
      <w:r>
        <w:rPr>
          <w:rFonts w:ascii="Liberation Sans" w:hAnsi="Liberation Sans" w:eastAsia="Liberation Sans"/>
          <w:b/>
          <w:color w:val="A67833"/>
          <w:sz w:val="15"/>
          <w:vertAlign w:val="superscript"/>
        </w:rPr>
        <w:t>9</w:t>
      </w:r>
      <w:r>
        <w:rPr>
          <w:rFonts w:ascii="Liberation Serif" w:hAnsi="Liberation Serif" w:eastAsia="Liberation Serif"/>
          <w:color w:val="20262E"/>
          <w:sz w:val="18"/>
        </w:rPr>
        <w:t xml:space="preserve"> Then Saul, (who also is called Paul,) filled with the Holy Ghost, set his eyes on him,</w:t>
      </w:r>
      <w:r>
        <w:t xml:space="preserve"> </w:t>
      </w:r>
      <w:r>
        <w:rPr>
          <w:rFonts w:ascii="Liberation Sans" w:hAnsi="Liberation Sans" w:eastAsia="Liberation Sans"/>
          <w:b/>
          <w:color w:val="A67833"/>
          <w:sz w:val="15"/>
          <w:vertAlign w:val="superscript"/>
        </w:rPr>
        <w:t>10</w:t>
      </w:r>
      <w:r>
        <w:rPr>
          <w:rFonts w:ascii="Liberation Serif" w:hAnsi="Liberation Serif" w:eastAsia="Liberation Serif"/>
          <w:color w:val="20262E"/>
          <w:sz w:val="18"/>
        </w:rPr>
        <w:t xml:space="preserve"> And said, O full of all subtilty and all mischief, thou child of the devil, thou enemy of all righteousness, wilt thou not cease to pervert the right ways of the Lord?</w:t>
      </w:r>
      <w:r>
        <w:t xml:space="preserve"> </w:t>
      </w:r>
      <w:r>
        <w:rPr>
          <w:rFonts w:ascii="Liberation Sans" w:hAnsi="Liberation Sans" w:eastAsia="Liberation Sans"/>
          <w:b/>
          <w:color w:val="A67833"/>
          <w:sz w:val="15"/>
          <w:vertAlign w:val="superscript"/>
        </w:rPr>
        <w:t>11</w:t>
      </w:r>
      <w:r>
        <w:rPr>
          <w:rFonts w:ascii="Liberation Serif" w:hAnsi="Liberation Serif" w:eastAsia="Liberation Serif"/>
          <w:color w:val="20262E"/>
          <w:sz w:val="18"/>
        </w:rPr>
        <w:t xml:space="preserve"> And now, behold, the hand of the Lord is upon thee, and thou shalt be blind, not seeing the sun for a season. And immediately there fell on him a mist and a darkness; and he went about seeking some to lead him by the hand.</w:t>
      </w:r>
      <w:r>
        <w:t xml:space="preserve"> </w:t>
      </w:r>
      <w:r>
        <w:rPr>
          <w:rFonts w:ascii="Liberation Sans" w:hAnsi="Liberation Sans" w:eastAsia="Liberation Sans"/>
          <w:b/>
          <w:color w:val="A67833"/>
          <w:sz w:val="15"/>
          <w:vertAlign w:val="superscript"/>
        </w:rPr>
        <w:t>12</w:t>
      </w:r>
      <w:r>
        <w:rPr>
          <w:rFonts w:ascii="Liberation Serif" w:hAnsi="Liberation Serif" w:eastAsia="Liberation Serif"/>
          <w:color w:val="20262E"/>
          <w:sz w:val="18"/>
        </w:rPr>
        <w:t xml:space="preserve"> Then the deputy, when he saw what was done, believed, being astonished at the doctrine of the Lord.</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a person has knowingly practiced divination, spiritism, magic, idolatry, occult ritual, or sought supernatural guidance apart from God.</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Confess the involvement, renounce allegiance and practices, remove personally owned occult materials lawfully, affirm loyalty to Jesus, and rebuild through Scripture and Christian community.</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Do not conduct witch hunts, accuse others without evidence, destroy another person's property, or treat cultural difference as occultism.</w:t>
      </w:r>
    </w:p>
    <w:p>
      <w:pPr>
        <w:pStyle w:val="ScriptureReference"/>
        <w:keepNext/>
        <w:pBdr>
          <w:bottom w:val="single" w:sz="2" w:space="1" w:color="D5DBE0"/>
        </w:pBdr>
      </w:pPr>
      <w:r>
        <w:t>Acts 19:18-20</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18</w:t>
      </w:r>
      <w:r>
        <w:rPr>
          <w:rFonts w:ascii="Liberation Serif" w:hAnsi="Liberation Serif" w:eastAsia="Liberation Serif"/>
          <w:color w:val="20262E"/>
          <w:sz w:val="18"/>
        </w:rPr>
        <w:t xml:space="preserve"> And many that believed came, and confessed, and shewed their deeds.</w:t>
      </w:r>
      <w:r>
        <w:t xml:space="preserve"> </w:t>
      </w:r>
      <w:r>
        <w:rPr>
          <w:rFonts w:ascii="Liberation Sans" w:hAnsi="Liberation Sans" w:eastAsia="Liberation Sans"/>
          <w:b/>
          <w:color w:val="A67833"/>
          <w:sz w:val="15"/>
          <w:vertAlign w:val="superscript"/>
        </w:rPr>
        <w:t>19</w:t>
      </w:r>
      <w:r>
        <w:rPr>
          <w:rFonts w:ascii="Liberation Serif" w:hAnsi="Liberation Serif" w:eastAsia="Liberation Serif"/>
          <w:color w:val="20262E"/>
          <w:sz w:val="18"/>
        </w:rPr>
        <w:t xml:space="preserve"> Many of them also which used curious arts brought their books together, and burned them before all men: and they counted the price of them, and found it fifty thousand pieces of silver.</w:t>
      </w:r>
      <w:r>
        <w:t xml:space="preserve"> </w:t>
      </w:r>
      <w:r>
        <w:rPr>
          <w:rFonts w:ascii="Liberation Sans" w:hAnsi="Liberation Sans" w:eastAsia="Liberation Sans"/>
          <w:b/>
          <w:color w:val="A67833"/>
          <w:sz w:val="15"/>
          <w:vertAlign w:val="superscript"/>
        </w:rPr>
        <w:t>20</w:t>
      </w:r>
      <w:r>
        <w:rPr>
          <w:rFonts w:ascii="Liberation Serif" w:hAnsi="Liberation Serif" w:eastAsia="Liberation Serif"/>
          <w:color w:val="20262E"/>
          <w:sz w:val="18"/>
        </w:rPr>
        <w:t xml:space="preserve"> So mightily grew the word of God and prevailed.</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a person has knowingly practiced divination, spiritism, magic, idolatry, occult ritual, or sought supernatural guidance apart from God.</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Confess the involvement, renounce allegiance and practices, remove personally owned occult materials lawfully, affirm loyalty to Jesus, and rebuild through Scripture and Christian community.</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Do not conduct witch hunts, accuse others without evidence, destroy another person's property, or treat cultural difference as occultism.</w:t>
      </w:r>
    </w:p>
    <w:p>
      <w:pPr>
        <w:pStyle w:val="ScriptureReference"/>
        <w:keepNext/>
        <w:pBdr>
          <w:bottom w:val="single" w:sz="2" w:space="1" w:color="D5DBE0"/>
        </w:pBdr>
      </w:pPr>
      <w:r>
        <w:t>1 Corinthians 10:14-22</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14</w:t>
      </w:r>
      <w:r>
        <w:rPr>
          <w:rFonts w:ascii="Liberation Serif" w:hAnsi="Liberation Serif" w:eastAsia="Liberation Serif"/>
          <w:color w:val="20262E"/>
          <w:sz w:val="18"/>
        </w:rPr>
        <w:t xml:space="preserve"> Wherefore, my dearly beloved, flee from idolatry.</w:t>
      </w:r>
      <w:r>
        <w:t xml:space="preserve"> </w:t>
      </w:r>
      <w:r>
        <w:rPr>
          <w:rFonts w:ascii="Liberation Sans" w:hAnsi="Liberation Sans" w:eastAsia="Liberation Sans"/>
          <w:b/>
          <w:color w:val="A67833"/>
          <w:sz w:val="15"/>
          <w:vertAlign w:val="superscript"/>
        </w:rPr>
        <w:t>15</w:t>
      </w:r>
      <w:r>
        <w:rPr>
          <w:rFonts w:ascii="Liberation Serif" w:hAnsi="Liberation Serif" w:eastAsia="Liberation Serif"/>
          <w:color w:val="20262E"/>
          <w:sz w:val="18"/>
        </w:rPr>
        <w:t xml:space="preserve"> I speak as to wise men; judge ye what I say.</w:t>
      </w:r>
      <w:r>
        <w:t xml:space="preserve"> </w:t>
      </w:r>
      <w:r>
        <w:rPr>
          <w:rFonts w:ascii="Liberation Sans" w:hAnsi="Liberation Sans" w:eastAsia="Liberation Sans"/>
          <w:b/>
          <w:color w:val="A67833"/>
          <w:sz w:val="15"/>
          <w:vertAlign w:val="superscript"/>
        </w:rPr>
        <w:t>16</w:t>
      </w:r>
      <w:r>
        <w:rPr>
          <w:rFonts w:ascii="Liberation Serif" w:hAnsi="Liberation Serif" w:eastAsia="Liberation Serif"/>
          <w:color w:val="20262E"/>
          <w:sz w:val="18"/>
        </w:rPr>
        <w:t xml:space="preserve"> The cup of blessing which we bless, is it not the communion of the blood of Christ? The bread which we break, is it not the communion of the body of Christ?</w:t>
      </w:r>
      <w:r>
        <w:t xml:space="preserve"> </w:t>
      </w:r>
      <w:r>
        <w:rPr>
          <w:rFonts w:ascii="Liberation Sans" w:hAnsi="Liberation Sans" w:eastAsia="Liberation Sans"/>
          <w:b/>
          <w:color w:val="A67833"/>
          <w:sz w:val="15"/>
          <w:vertAlign w:val="superscript"/>
        </w:rPr>
        <w:t>17</w:t>
      </w:r>
      <w:r>
        <w:rPr>
          <w:rFonts w:ascii="Liberation Serif" w:hAnsi="Liberation Serif" w:eastAsia="Liberation Serif"/>
          <w:color w:val="20262E"/>
          <w:sz w:val="18"/>
        </w:rPr>
        <w:t xml:space="preserve"> For we being many are one bread, and one body: for we are all partakers of that one bread.</w:t>
      </w:r>
      <w:r>
        <w:t xml:space="preserve"> </w:t>
      </w:r>
      <w:r>
        <w:rPr>
          <w:rFonts w:ascii="Liberation Sans" w:hAnsi="Liberation Sans" w:eastAsia="Liberation Sans"/>
          <w:b/>
          <w:color w:val="A67833"/>
          <w:sz w:val="15"/>
          <w:vertAlign w:val="superscript"/>
        </w:rPr>
        <w:t>18</w:t>
      </w:r>
      <w:r>
        <w:rPr>
          <w:rFonts w:ascii="Liberation Serif" w:hAnsi="Liberation Serif" w:eastAsia="Liberation Serif"/>
          <w:color w:val="20262E"/>
          <w:sz w:val="18"/>
        </w:rPr>
        <w:t xml:space="preserve"> Behold Israel after the flesh: are not they which eat of the sacrifices partakers of the altar?</w:t>
      </w:r>
      <w:r>
        <w:t xml:space="preserve"> </w:t>
      </w:r>
      <w:r>
        <w:rPr>
          <w:rFonts w:ascii="Liberation Sans" w:hAnsi="Liberation Sans" w:eastAsia="Liberation Sans"/>
          <w:b/>
          <w:color w:val="A67833"/>
          <w:sz w:val="15"/>
          <w:vertAlign w:val="superscript"/>
        </w:rPr>
        <w:t>19</w:t>
      </w:r>
      <w:r>
        <w:rPr>
          <w:rFonts w:ascii="Liberation Serif" w:hAnsi="Liberation Serif" w:eastAsia="Liberation Serif"/>
          <w:color w:val="20262E"/>
          <w:sz w:val="18"/>
        </w:rPr>
        <w:t xml:space="preserve"> What say I then? that the idol is any thing, or that which is offered in sacrifice to idols is any thing?</w:t>
      </w:r>
      <w:r>
        <w:t xml:space="preserve"> </w:t>
      </w:r>
      <w:r>
        <w:rPr>
          <w:rFonts w:ascii="Liberation Sans" w:hAnsi="Liberation Sans" w:eastAsia="Liberation Sans"/>
          <w:b/>
          <w:color w:val="A67833"/>
          <w:sz w:val="15"/>
          <w:vertAlign w:val="superscript"/>
        </w:rPr>
        <w:t>20</w:t>
      </w:r>
      <w:r>
        <w:rPr>
          <w:rFonts w:ascii="Liberation Serif" w:hAnsi="Liberation Serif" w:eastAsia="Liberation Serif"/>
          <w:color w:val="20262E"/>
          <w:sz w:val="18"/>
        </w:rPr>
        <w:t xml:space="preserve"> But I say, that the things which the Gentiles sacrifice, they sacrifice to devils, and not to God: and I would not that ye should have fellowship with devils.</w:t>
      </w:r>
      <w:r>
        <w:t xml:space="preserve"> </w:t>
      </w:r>
      <w:r>
        <w:rPr>
          <w:rFonts w:ascii="Liberation Sans" w:hAnsi="Liberation Sans" w:eastAsia="Liberation Sans"/>
          <w:b/>
          <w:color w:val="A67833"/>
          <w:sz w:val="15"/>
          <w:vertAlign w:val="superscript"/>
        </w:rPr>
        <w:t>21</w:t>
      </w:r>
      <w:r>
        <w:rPr>
          <w:rFonts w:ascii="Liberation Serif" w:hAnsi="Liberation Serif" w:eastAsia="Liberation Serif"/>
          <w:color w:val="20262E"/>
          <w:sz w:val="18"/>
        </w:rPr>
        <w:t xml:space="preserve"> Ye cannot drink the cup of the Lord, and the cup of devils: ye cannot be partakers of the Lord's table, and of the table of devils.</w:t>
      </w:r>
      <w:r>
        <w:t xml:space="preserve"> </w:t>
      </w:r>
      <w:r>
        <w:rPr>
          <w:rFonts w:ascii="Liberation Sans" w:hAnsi="Liberation Sans" w:eastAsia="Liberation Sans"/>
          <w:b/>
          <w:color w:val="A67833"/>
          <w:sz w:val="15"/>
          <w:vertAlign w:val="superscript"/>
        </w:rPr>
        <w:t>22</w:t>
      </w:r>
      <w:r>
        <w:rPr>
          <w:rFonts w:ascii="Liberation Serif" w:hAnsi="Liberation Serif" w:eastAsia="Liberation Serif"/>
          <w:color w:val="20262E"/>
          <w:sz w:val="18"/>
        </w:rPr>
        <w:t xml:space="preserve"> Do we provoke the Lord to jealousy? are we stronger than he?</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a person has knowingly practiced divination, spiritism, magic, idolatry, occult ritual, or sought supernatural guidance apart from God.</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Confess the involvement, renounce allegiance and practices, remove personally owned occult materials lawfully, affirm loyalty to Jesus, and rebuild through Scripture and Christian community.</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Do not conduct witch hunts, accuse others without evidence, destroy another person's property, or treat cultural difference as occultism.</w:t>
      </w:r>
    </w:p>
    <w:p>
      <w:pPr>
        <w:pStyle w:val="ScriptureReference"/>
        <w:keepNext/>
        <w:pBdr>
          <w:bottom w:val="single" w:sz="2" w:space="1" w:color="D5DBE0"/>
        </w:pBdr>
      </w:pPr>
      <w:r>
        <w:t>1 Timothy 4:1-5</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w:t>
      </w:r>
      <w:r>
        <w:rPr>
          <w:rFonts w:ascii="Liberation Serif" w:hAnsi="Liberation Serif" w:eastAsia="Liberation Serif"/>
          <w:color w:val="20262E"/>
          <w:sz w:val="18"/>
        </w:rPr>
        <w:t xml:space="preserve"> Now the Spirit speaketh expressly, that in the latter times some shall depart from the faith, giving heed to seducing spirits, and doctrines of devils;</w:t>
      </w:r>
      <w:r>
        <w:t xml:space="preserve"> </w:t>
      </w:r>
      <w:r>
        <w:rPr>
          <w:rFonts w:ascii="Liberation Sans" w:hAnsi="Liberation Sans" w:eastAsia="Liberation Sans"/>
          <w:b/>
          <w:color w:val="A67833"/>
          <w:sz w:val="15"/>
          <w:vertAlign w:val="superscript"/>
        </w:rPr>
        <w:t>2</w:t>
      </w:r>
      <w:r>
        <w:rPr>
          <w:rFonts w:ascii="Liberation Serif" w:hAnsi="Liberation Serif" w:eastAsia="Liberation Serif"/>
          <w:color w:val="20262E"/>
          <w:sz w:val="18"/>
        </w:rPr>
        <w:t xml:space="preserve"> Speaking lies in hypocrisy; having their conscience seared with a hot iron;</w:t>
      </w:r>
      <w:r>
        <w:t xml:space="preserve"> </w:t>
      </w:r>
      <w:r>
        <w:rPr>
          <w:rFonts w:ascii="Liberation Sans" w:hAnsi="Liberation Sans" w:eastAsia="Liberation Sans"/>
          <w:b/>
          <w:color w:val="A67833"/>
          <w:sz w:val="15"/>
          <w:vertAlign w:val="superscript"/>
        </w:rPr>
        <w:t>3</w:t>
      </w:r>
      <w:r>
        <w:rPr>
          <w:rFonts w:ascii="Liberation Serif" w:hAnsi="Liberation Serif" w:eastAsia="Liberation Serif"/>
          <w:color w:val="20262E"/>
          <w:sz w:val="18"/>
        </w:rPr>
        <w:t xml:space="preserve"> Forbidding to marry, and commanding to abstain from meats, which God hath created to be received with thanksgiving of them which believe and know the truth.</w:t>
      </w:r>
      <w:r>
        <w:t xml:space="preserve"> </w:t>
      </w:r>
      <w:r>
        <w:rPr>
          <w:rFonts w:ascii="Liberation Sans" w:hAnsi="Liberation Sans" w:eastAsia="Liberation Sans"/>
          <w:b/>
          <w:color w:val="A67833"/>
          <w:sz w:val="15"/>
          <w:vertAlign w:val="superscript"/>
        </w:rPr>
        <w:t>4</w:t>
      </w:r>
      <w:r>
        <w:rPr>
          <w:rFonts w:ascii="Liberation Serif" w:hAnsi="Liberation Serif" w:eastAsia="Liberation Serif"/>
          <w:color w:val="20262E"/>
          <w:sz w:val="18"/>
        </w:rPr>
        <w:t xml:space="preserve"> For every creature of God is good, and nothing to be refused, if it be received with thanksgiving:</w:t>
      </w:r>
      <w:r>
        <w:t xml:space="preserve"> </w:t>
      </w:r>
      <w:r>
        <w:rPr>
          <w:rFonts w:ascii="Liberation Sans" w:hAnsi="Liberation Sans" w:eastAsia="Liberation Sans"/>
          <w:b/>
          <w:color w:val="A67833"/>
          <w:sz w:val="15"/>
          <w:vertAlign w:val="superscript"/>
        </w:rPr>
        <w:t>5</w:t>
      </w:r>
      <w:r>
        <w:rPr>
          <w:rFonts w:ascii="Liberation Serif" w:hAnsi="Liberation Serif" w:eastAsia="Liberation Serif"/>
          <w:color w:val="20262E"/>
          <w:sz w:val="18"/>
        </w:rPr>
        <w:t xml:space="preserve"> For it is sanctified by the word of God and prayer.</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a person has knowingly practiced divination, spiritism, magic, idolatry, occult ritual, or sought supernatural guidance apart from God.</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Confess the involvement, renounce allegiance and practices, remove personally owned occult materials lawfully, affirm loyalty to Jesus, and rebuild through Scripture and Christian community.</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Do not conduct witch hunts, accuse others without evidence, destroy another person's property, or treat cultural difference as occultism.</w:t>
      </w:r>
    </w:p>
    <w:p>
      <w:pPr>
        <w:pStyle w:val="ScriptureReference"/>
        <w:keepNext/>
        <w:pBdr>
          <w:bottom w:val="single" w:sz="2" w:space="1" w:color="D5DBE0"/>
        </w:pBdr>
      </w:pPr>
      <w:r>
        <w:t>1 John 4:1-6</w:t>
      </w:r>
    </w:p>
    <w:p>
      <w:pPr>
        <w:pStyle w:val="EvidenceTag"/>
        <w:keepNext/>
      </w:pPr>
      <w:r>
        <w:t>Evidence A | Source IDs: S02, S13 | Win Worley / LHBC; Impact Christian Books / Frank Hammond</w:t>
      </w:r>
    </w:p>
    <w:p>
      <w:pPr>
        <w:pStyle w:val="ScriptureText"/>
        <w:keepNext/>
      </w:pPr>
      <w:r>
        <w:rPr>
          <w:rFonts w:ascii="Liberation Sans" w:hAnsi="Liberation Sans" w:eastAsia="Liberation Sans"/>
          <w:b/>
          <w:color w:val="A67833"/>
          <w:sz w:val="15"/>
          <w:vertAlign w:val="superscript"/>
        </w:rPr>
        <w:t>1</w:t>
      </w:r>
      <w:r>
        <w:rPr>
          <w:rFonts w:ascii="Liberation Serif" w:hAnsi="Liberation Serif" w:eastAsia="Liberation Serif"/>
          <w:color w:val="20262E"/>
          <w:sz w:val="18"/>
        </w:rPr>
        <w:t xml:space="preserve"> Beloved, believe not every spirit, but try the spirits whether they are of God: because many false prophets are gone out into the world.</w:t>
      </w:r>
      <w:r>
        <w:t xml:space="preserve"> </w:t>
      </w:r>
      <w:r>
        <w:rPr>
          <w:rFonts w:ascii="Liberation Sans" w:hAnsi="Liberation Sans" w:eastAsia="Liberation Sans"/>
          <w:b/>
          <w:color w:val="A67833"/>
          <w:sz w:val="15"/>
          <w:vertAlign w:val="superscript"/>
        </w:rPr>
        <w:t>2</w:t>
      </w:r>
      <w:r>
        <w:rPr>
          <w:rFonts w:ascii="Liberation Serif" w:hAnsi="Liberation Serif" w:eastAsia="Liberation Serif"/>
          <w:color w:val="20262E"/>
          <w:sz w:val="18"/>
        </w:rPr>
        <w:t xml:space="preserve"> Hereby know ye the Spirit of God: Every spirit that confesseth that Jesus Christ is come in the flesh is of God:</w:t>
      </w:r>
      <w:r>
        <w:t xml:space="preserve"> </w:t>
      </w:r>
      <w:r>
        <w:rPr>
          <w:rFonts w:ascii="Liberation Sans" w:hAnsi="Liberation Sans" w:eastAsia="Liberation Sans"/>
          <w:b/>
          <w:color w:val="A67833"/>
          <w:sz w:val="15"/>
          <w:vertAlign w:val="superscript"/>
        </w:rPr>
        <w:t>3</w:t>
      </w:r>
      <w:r>
        <w:rPr>
          <w:rFonts w:ascii="Liberation Serif" w:hAnsi="Liberation Serif" w:eastAsia="Liberation Serif"/>
          <w:color w:val="20262E"/>
          <w:sz w:val="18"/>
        </w:rPr>
        <w:t xml:space="preserve"> And every spirit that confesseth not that Jesus Christ is come in the flesh is not of God: and this is that spirit of antichrist, whereof ye have heard that it should come; and even now already is it in the world.</w:t>
      </w:r>
      <w:r>
        <w:t xml:space="preserve"> </w:t>
      </w:r>
      <w:r>
        <w:rPr>
          <w:rFonts w:ascii="Liberation Sans" w:hAnsi="Liberation Sans" w:eastAsia="Liberation Sans"/>
          <w:b/>
          <w:color w:val="A67833"/>
          <w:sz w:val="15"/>
          <w:vertAlign w:val="superscript"/>
        </w:rPr>
        <w:t>4</w:t>
      </w:r>
      <w:r>
        <w:rPr>
          <w:rFonts w:ascii="Liberation Serif" w:hAnsi="Liberation Serif" w:eastAsia="Liberation Serif"/>
          <w:color w:val="20262E"/>
          <w:sz w:val="18"/>
        </w:rPr>
        <w:t xml:space="preserve"> Ye are of God, little children, and have overcome them: because greater is he that is in you, than he that is in the world.</w:t>
      </w:r>
      <w:r>
        <w:t xml:space="preserve"> </w:t>
      </w:r>
      <w:r>
        <w:rPr>
          <w:rFonts w:ascii="Liberation Sans" w:hAnsi="Liberation Sans" w:eastAsia="Liberation Sans"/>
          <w:b/>
          <w:color w:val="A67833"/>
          <w:sz w:val="15"/>
          <w:vertAlign w:val="superscript"/>
        </w:rPr>
        <w:t>5</w:t>
      </w:r>
      <w:r>
        <w:rPr>
          <w:rFonts w:ascii="Liberation Serif" w:hAnsi="Liberation Serif" w:eastAsia="Liberation Serif"/>
          <w:color w:val="20262E"/>
          <w:sz w:val="18"/>
        </w:rPr>
        <w:t xml:space="preserve"> They are of the world: therefore speak they of the world, and the world heareth them.</w:t>
      </w:r>
      <w:r>
        <w:t xml:space="preserve"> </w:t>
      </w:r>
      <w:r>
        <w:rPr>
          <w:rFonts w:ascii="Liberation Sans" w:hAnsi="Liberation Sans" w:eastAsia="Liberation Sans"/>
          <w:b/>
          <w:color w:val="A67833"/>
          <w:sz w:val="15"/>
          <w:vertAlign w:val="superscript"/>
        </w:rPr>
        <w:t>6</w:t>
      </w:r>
      <w:r>
        <w:rPr>
          <w:rFonts w:ascii="Liberation Serif" w:hAnsi="Liberation Serif" w:eastAsia="Liberation Serif"/>
          <w:color w:val="20262E"/>
          <w:sz w:val="18"/>
        </w:rPr>
        <w:t xml:space="preserve"> We are of God: he that knoweth God heareth us; he that is not of God heareth not us. Hereby know we the spirit of truth, and the spirit of error.</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When testing spiritual messages, voices, manifestations, prophecy, or doctrinal claims.</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Test confession about Jesus, apostolic truth, and whether the teaching listens to the witness of Scripture.</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Testing is commanded; credulity and fear are both rejected.</w:t>
      </w:r>
    </w:p>
    <w:p>
      <w:pPr>
        <w:pStyle w:val="Heading1"/>
        <w:keepNext/>
        <w:pageBreakBefore/>
        <w:pBdr>
          <w:bottom w:val="single" w:sz="8" w:space="2" w:color="A67833"/>
        </w:pBdr>
      </w:pPr>
      <w:r>
        <w:t>6.8 Curses, Blessing, Ancestral Sin, and New-Covenant Controls</w:t>
      </w:r>
    </w:p>
    <w:p>
      <w:pPr>
        <w:pStyle w:val="Guidance"/>
      </w:pPr>
      <w:r>
        <w:rPr>
          <w:rFonts w:ascii="Liberation Sans" w:hAnsi="Liberation Sans" w:eastAsia="Liberation Sans"/>
          <w:b/>
          <w:color w:val="18324A"/>
          <w:sz w:val="17"/>
        </w:rPr>
        <w:t xml:space="preserve">Use this section when: </w:t>
      </w:r>
      <w:r>
        <w:rPr>
          <w:rFonts w:ascii="Liberation Sans" w:hAnsi="Liberation Sans" w:eastAsia="Liberation Sans"/>
          <w:color w:val="20262E"/>
          <w:sz w:val="17"/>
        </w:rPr>
        <w:t>Use when curse language, inherited patterns, family sin, spoken malice, or fear of ancestral bondage dominates the case.</w:t>
      </w:r>
    </w:p>
    <w:p>
      <w:pPr>
        <w:pStyle w:val="Guidance"/>
      </w:pPr>
      <w:r>
        <w:rPr>
          <w:rFonts w:ascii="Liberation Sans" w:hAnsi="Liberation Sans" w:eastAsia="Liberation Sans"/>
          <w:b/>
          <w:color w:val="18324A"/>
          <w:sz w:val="17"/>
        </w:rPr>
        <w:t xml:space="preserve">Ministry method: </w:t>
      </w:r>
      <w:r>
        <w:rPr>
          <w:rFonts w:ascii="Liberation Sans" w:hAnsi="Liberation Sans" w:eastAsia="Liberation Sans"/>
          <w:color w:val="20262E"/>
          <w:sz w:val="17"/>
        </w:rPr>
        <w:t>Center on Christ's redemption, confess one's own sin, forgive family members, reject sinful patterns, bless rather than curse, and use Ezekiel 18 and Jeremiah 31 to preserve personal responsibility.</w:t>
      </w:r>
    </w:p>
    <w:p>
      <w:pPr>
        <w:pStyle w:val="Guidance"/>
      </w:pPr>
      <w:r>
        <w:rPr>
          <w:rFonts w:ascii="Liberation Sans" w:hAnsi="Liberation Sans" w:eastAsia="Liberation Sans"/>
          <w:b/>
          <w:color w:val="18324A"/>
          <w:sz w:val="17"/>
        </w:rPr>
        <w:t xml:space="preserve">Section control: </w:t>
      </w:r>
      <w:r>
        <w:rPr>
          <w:rFonts w:ascii="Liberation Sans" w:hAnsi="Liberation Sans" w:eastAsia="Liberation Sans"/>
          <w:color w:val="20262E"/>
          <w:sz w:val="17"/>
        </w:rPr>
        <w:t>'Generational curse breaking' is a later ministry model, not a single New Testament ritual. Never tell a person that ancestry makes freedom impossible or that every family problem is demonic.</w:t>
      </w:r>
    </w:p>
    <w:p>
      <w:pPr>
        <w:pStyle w:val="SmallNote"/>
      </w:pPr>
      <w:r>
        <w:t>13 operational passage entries</w:t>
      </w:r>
    </w:p>
    <w:p>
      <w:pPr>
        <w:pStyle w:val="ScriptureReference"/>
        <w:keepNext/>
        <w:pBdr>
          <w:bottom w:val="single" w:sz="2" w:space="1" w:color="D5DBE0"/>
        </w:pBdr>
      </w:pPr>
      <w:r>
        <w:t>Exodus 34:6-7</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6</w:t>
      </w:r>
      <w:r>
        <w:rPr>
          <w:rFonts w:ascii="Liberation Serif" w:hAnsi="Liberation Serif" w:eastAsia="Liberation Serif"/>
          <w:color w:val="20262E"/>
          <w:sz w:val="18"/>
        </w:rPr>
        <w:t xml:space="preserve"> And the LORD passed by before him, and proclaimed, The LORD, The LORD God, merciful and gracious, longsuffering, and abundant in goodness and truth,</w:t>
      </w:r>
      <w:r>
        <w:t xml:space="preserve"> </w:t>
      </w:r>
      <w:r>
        <w:rPr>
          <w:rFonts w:ascii="Liberation Sans" w:hAnsi="Liberation Sans" w:eastAsia="Liberation Sans"/>
          <w:b/>
          <w:color w:val="A67833"/>
          <w:sz w:val="15"/>
          <w:vertAlign w:val="superscript"/>
        </w:rPr>
        <w:t>7</w:t>
      </w:r>
      <w:r>
        <w:rPr>
          <w:rFonts w:ascii="Liberation Serif" w:hAnsi="Liberation Serif" w:eastAsia="Liberation Serif"/>
          <w:color w:val="20262E"/>
          <w:sz w:val="18"/>
        </w:rPr>
        <w:t xml:space="preserve"> Keeping mercy for thousands, forgiving iniquity and transgression and sin, and that will by no means clear the guilty; visiting the iniquity of the fathers upon the children, and upon the children's children, unto the third and to the fourth generation.</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curse language, inherited patterns, family sin, spoken malice, or fear of ancestral bondage dominates the case.</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Center on Christ's redemption, confess one's own sin, forgive family members, reject sinful patterns, bless rather than curse, and use Ezekiel 18 and Jeremiah 31 to preserve personal responsibility.</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'Generational curse breaking' is a later ministry model, not a single New Testament ritual. Never tell a person that ancestry makes freedom impossible or that every family problem is demonic.</w:t>
      </w:r>
    </w:p>
    <w:p>
      <w:pPr>
        <w:pStyle w:val="ScriptureReference"/>
        <w:keepNext/>
        <w:pBdr>
          <w:bottom w:val="single" w:sz="2" w:space="1" w:color="D5DBE0"/>
        </w:pBdr>
      </w:pPr>
      <w:r>
        <w:t>Numbers 23:19-23</w:t>
      </w:r>
    </w:p>
    <w:p>
      <w:pPr>
        <w:pStyle w:val="EvidenceTag"/>
        <w:keepNext/>
      </w:pPr>
      <w:r>
        <w:t>Evidence A | Source IDs: S01 | Lake Hamilton Bible Camp</w:t>
      </w:r>
    </w:p>
    <w:p>
      <w:pPr>
        <w:pStyle w:val="ScriptureText"/>
        <w:keepNext/>
      </w:pPr>
      <w:r>
        <w:rPr>
          <w:rFonts w:ascii="Liberation Sans" w:hAnsi="Liberation Sans" w:eastAsia="Liberation Sans"/>
          <w:b/>
          <w:color w:val="A67833"/>
          <w:sz w:val="15"/>
          <w:vertAlign w:val="superscript"/>
        </w:rPr>
        <w:t>19</w:t>
      </w:r>
      <w:r>
        <w:rPr>
          <w:rFonts w:ascii="Liberation Serif" w:hAnsi="Liberation Serif" w:eastAsia="Liberation Serif"/>
          <w:color w:val="20262E"/>
          <w:sz w:val="18"/>
        </w:rPr>
        <w:t xml:space="preserve"> God is not a man, that he should lie; neither the son of man, that he should repent: hath he said, and shall he not do it? or hath he spoken, and shall he not make it good?</w:t>
      </w:r>
      <w:r>
        <w:t xml:space="preserve"> </w:t>
      </w:r>
      <w:r>
        <w:rPr>
          <w:rFonts w:ascii="Liberation Sans" w:hAnsi="Liberation Sans" w:eastAsia="Liberation Sans"/>
          <w:b/>
          <w:color w:val="A67833"/>
          <w:sz w:val="15"/>
          <w:vertAlign w:val="superscript"/>
        </w:rPr>
        <w:t>20</w:t>
      </w:r>
      <w:r>
        <w:rPr>
          <w:rFonts w:ascii="Liberation Serif" w:hAnsi="Liberation Serif" w:eastAsia="Liberation Serif"/>
          <w:color w:val="20262E"/>
          <w:sz w:val="18"/>
        </w:rPr>
        <w:t xml:space="preserve"> Behold, I have received commandment to bless: and he hath blessed; and I cannot reverse it.</w:t>
      </w:r>
      <w:r>
        <w:t xml:space="preserve"> </w:t>
      </w:r>
      <w:r>
        <w:rPr>
          <w:rFonts w:ascii="Liberation Sans" w:hAnsi="Liberation Sans" w:eastAsia="Liberation Sans"/>
          <w:b/>
          <w:color w:val="A67833"/>
          <w:sz w:val="15"/>
          <w:vertAlign w:val="superscript"/>
        </w:rPr>
        <w:t>21</w:t>
      </w:r>
      <w:r>
        <w:rPr>
          <w:rFonts w:ascii="Liberation Serif" w:hAnsi="Liberation Serif" w:eastAsia="Liberation Serif"/>
          <w:color w:val="20262E"/>
          <w:sz w:val="18"/>
        </w:rPr>
        <w:t xml:space="preserve"> He hath not beheld iniquity in Jacob, neither hath he seen perverseness in Israel: the LORD his God is with him, and the shout of a king is among them.</w:t>
      </w:r>
      <w:r>
        <w:t xml:space="preserve"> </w:t>
      </w:r>
      <w:r>
        <w:rPr>
          <w:rFonts w:ascii="Liberation Sans" w:hAnsi="Liberation Sans" w:eastAsia="Liberation Sans"/>
          <w:b/>
          <w:color w:val="A67833"/>
          <w:sz w:val="15"/>
          <w:vertAlign w:val="superscript"/>
        </w:rPr>
        <w:t>22</w:t>
      </w:r>
      <w:r>
        <w:rPr>
          <w:rFonts w:ascii="Liberation Serif" w:hAnsi="Liberation Serif" w:eastAsia="Liberation Serif"/>
          <w:color w:val="20262E"/>
          <w:sz w:val="18"/>
        </w:rPr>
        <w:t xml:space="preserve"> God brought them out of Egypt; he hath as it were the strength of an unicorn.</w:t>
      </w:r>
      <w:r>
        <w:t xml:space="preserve"> </w:t>
      </w:r>
      <w:r>
        <w:rPr>
          <w:rFonts w:ascii="Liberation Sans" w:hAnsi="Liberation Sans" w:eastAsia="Liberation Sans"/>
          <w:b/>
          <w:color w:val="A67833"/>
          <w:sz w:val="15"/>
          <w:vertAlign w:val="superscript"/>
        </w:rPr>
        <w:t>23</w:t>
      </w:r>
      <w:r>
        <w:rPr>
          <w:rFonts w:ascii="Liberation Serif" w:hAnsi="Liberation Serif" w:eastAsia="Liberation Serif"/>
          <w:color w:val="20262E"/>
          <w:sz w:val="18"/>
        </w:rPr>
        <w:t xml:space="preserve"> Surely there is no enchantment against Jacob, neither is there any divination against Israel: according to this time it shall be said of Jacob and of Israel, What hath God wrought!</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curse language, inherited patterns, family sin, spoken malice, or fear of ancestral bondage dominates the case.</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Center on Christ's redemption, confess one's own sin, forgive family members, reject sinful patterns, bless rather than curse, and use Ezekiel 18 and Jeremiah 31 to preserve personal responsibility.</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'Generational curse breaking' is a later ministry model, not a single New Testament ritual. Never tell a person that ancestry makes freedom impossible or that every family problem is demonic.</w:t>
      </w:r>
    </w:p>
    <w:p>
      <w:pPr>
        <w:pStyle w:val="ScriptureReference"/>
        <w:keepNext/>
        <w:pBdr>
          <w:bottom w:val="single" w:sz="2" w:space="1" w:color="D5DBE0"/>
        </w:pBdr>
      </w:pPr>
      <w:r>
        <w:t>Deuteronomy 21:22-23</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22</w:t>
      </w:r>
      <w:r>
        <w:rPr>
          <w:rFonts w:ascii="Liberation Serif" w:hAnsi="Liberation Serif" w:eastAsia="Liberation Serif"/>
          <w:color w:val="20262E"/>
          <w:sz w:val="18"/>
        </w:rPr>
        <w:t xml:space="preserve"> And if a man have committed a sin worthy of death, and he be to be put to death, and thou hang him on a tree:</w:t>
      </w:r>
      <w:r>
        <w:t xml:space="preserve"> </w:t>
      </w:r>
      <w:r>
        <w:rPr>
          <w:rFonts w:ascii="Liberation Sans" w:hAnsi="Liberation Sans" w:eastAsia="Liberation Sans"/>
          <w:b/>
          <w:color w:val="A67833"/>
          <w:sz w:val="15"/>
          <w:vertAlign w:val="superscript"/>
        </w:rPr>
        <w:t>23</w:t>
      </w:r>
      <w:r>
        <w:rPr>
          <w:rFonts w:ascii="Liberation Serif" w:hAnsi="Liberation Serif" w:eastAsia="Liberation Serif"/>
          <w:color w:val="20262E"/>
          <w:sz w:val="18"/>
        </w:rPr>
        <w:t xml:space="preserve"> His body shall not remain all night upon the tree, but thou shalt in any wise bury him that day; (for he that is hanged is accursed of God;) that thy land be not defiled, which the LORD thy God giveth thee for an inheritance.</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curse language, inherited patterns, family sin, spoken malice, or fear of ancestral bondage dominates the case.</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Center on Christ's redemption, confess one's own sin, forgive family members, reject sinful patterns, bless rather than curse, and use Ezekiel 18 and Jeremiah 31 to preserve personal responsibility.</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'Generational curse breaking' is a later ministry model, not a single New Testament ritual. Never tell a person that ancestry makes freedom impossible or that every family problem is demonic.</w:t>
      </w:r>
    </w:p>
    <w:p>
      <w:pPr>
        <w:pStyle w:val="ScriptureReference"/>
        <w:keepNext/>
        <w:pBdr>
          <w:bottom w:val="single" w:sz="2" w:space="1" w:color="D5DBE0"/>
        </w:pBdr>
      </w:pPr>
      <w:r>
        <w:t>Joshua 24:14-15</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14</w:t>
      </w:r>
      <w:r>
        <w:rPr>
          <w:rFonts w:ascii="Liberation Serif" w:hAnsi="Liberation Serif" w:eastAsia="Liberation Serif"/>
          <w:color w:val="20262E"/>
          <w:sz w:val="18"/>
        </w:rPr>
        <w:t xml:space="preserve"> Now therefore fear the LORD, and serve him in sincerity and in truth: and put away the gods which your fathers served on the other side of the flood, and in Egypt; and serve ye the LORD.</w:t>
      </w:r>
      <w:r>
        <w:t xml:space="preserve"> </w:t>
      </w:r>
      <w:r>
        <w:rPr>
          <w:rFonts w:ascii="Liberation Sans" w:hAnsi="Liberation Sans" w:eastAsia="Liberation Sans"/>
          <w:b/>
          <w:color w:val="A67833"/>
          <w:sz w:val="15"/>
          <w:vertAlign w:val="superscript"/>
        </w:rPr>
        <w:t>15</w:t>
      </w:r>
      <w:r>
        <w:rPr>
          <w:rFonts w:ascii="Liberation Serif" w:hAnsi="Liberation Serif" w:eastAsia="Liberation Serif"/>
          <w:color w:val="20262E"/>
          <w:sz w:val="18"/>
        </w:rPr>
        <w:t xml:space="preserve"> And if it seem evil unto you to serve the LORD, choose you this day whom ye will serve; whether the gods which your fathers served that were on the other side of the flood, or the gods of the Amorites, in whose land ye dwell: but as for me and my house, we will serve the LORD.</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curse language, inherited patterns, family sin, spoken malice, or fear of ancestral bondage dominates the case.</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Center on Christ's redemption, confess one's own sin, forgive family members, reject sinful patterns, bless rather than curse, and use Ezekiel 18 and Jeremiah 31 to preserve personal responsibility.</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'Generational curse breaking' is a later ministry model, not a single New Testament ritual. Never tell a person that ancestry makes freedom impossible or that every family problem is demonic.</w:t>
      </w:r>
    </w:p>
    <w:p>
      <w:pPr>
        <w:pStyle w:val="ScriptureReference"/>
        <w:keepNext/>
        <w:pBdr>
          <w:bottom w:val="single" w:sz="2" w:space="1" w:color="D5DBE0"/>
        </w:pBdr>
      </w:pPr>
      <w:r>
        <w:t>Proverbs 26:2</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2</w:t>
      </w:r>
      <w:r>
        <w:rPr>
          <w:rFonts w:ascii="Liberation Serif" w:hAnsi="Liberation Serif" w:eastAsia="Liberation Serif"/>
          <w:color w:val="20262E"/>
          <w:sz w:val="18"/>
        </w:rPr>
        <w:t xml:space="preserve"> As the bird by wandering, as the swallow by flying, so the curse causeless shall not come.</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curse language, inherited patterns, family sin, spoken malice, or fear of ancestral bondage dominates the case.</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Center on Christ's redemption, confess one's own sin, forgive family members, reject sinful patterns, bless rather than curse, and use Ezekiel 18 and Jeremiah 31 to preserve personal responsibility.</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'Generational curse breaking' is a later ministry model, not a single New Testament ritual. Never tell a person that ancestry makes freedom impossible or that every family problem is demonic.</w:t>
      </w:r>
    </w:p>
    <w:p>
      <w:pPr>
        <w:pStyle w:val="ScriptureReference"/>
        <w:keepNext/>
        <w:pBdr>
          <w:bottom w:val="single" w:sz="2" w:space="1" w:color="D5DBE0"/>
        </w:pBdr>
      </w:pPr>
      <w:r>
        <w:t>Jeremiah 17:5-8</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5</w:t>
      </w:r>
      <w:r>
        <w:rPr>
          <w:rFonts w:ascii="Liberation Serif" w:hAnsi="Liberation Serif" w:eastAsia="Liberation Serif"/>
          <w:color w:val="20262E"/>
          <w:sz w:val="18"/>
        </w:rPr>
        <w:t xml:space="preserve"> Thus saith the LORD; Cursed be the man that trusteth in man, and maketh flesh his arm, and whose heart departeth from the LORD.</w:t>
      </w:r>
      <w:r>
        <w:t xml:space="preserve"> </w:t>
      </w:r>
      <w:r>
        <w:rPr>
          <w:rFonts w:ascii="Liberation Sans" w:hAnsi="Liberation Sans" w:eastAsia="Liberation Sans"/>
          <w:b/>
          <w:color w:val="A67833"/>
          <w:sz w:val="15"/>
          <w:vertAlign w:val="superscript"/>
        </w:rPr>
        <w:t>6</w:t>
      </w:r>
      <w:r>
        <w:rPr>
          <w:rFonts w:ascii="Liberation Serif" w:hAnsi="Liberation Serif" w:eastAsia="Liberation Serif"/>
          <w:color w:val="20262E"/>
          <w:sz w:val="18"/>
        </w:rPr>
        <w:t xml:space="preserve"> For he shall be like the heath in the desert, and shall not see when good cometh; but shall inhabit the parched places in the wilderness, in a salt land and not inhabited.</w:t>
      </w:r>
      <w:r>
        <w:t xml:space="preserve"> </w:t>
      </w:r>
      <w:r>
        <w:rPr>
          <w:rFonts w:ascii="Liberation Sans" w:hAnsi="Liberation Sans" w:eastAsia="Liberation Sans"/>
          <w:b/>
          <w:color w:val="A67833"/>
          <w:sz w:val="15"/>
          <w:vertAlign w:val="superscript"/>
        </w:rPr>
        <w:t>7</w:t>
      </w:r>
      <w:r>
        <w:rPr>
          <w:rFonts w:ascii="Liberation Serif" w:hAnsi="Liberation Serif" w:eastAsia="Liberation Serif"/>
          <w:color w:val="20262E"/>
          <w:sz w:val="18"/>
        </w:rPr>
        <w:t xml:space="preserve"> Blessed is the man that trusteth in the LORD, and whose hope the LORD is.</w:t>
      </w:r>
      <w:r>
        <w:t xml:space="preserve"> </w:t>
      </w:r>
      <w:r>
        <w:rPr>
          <w:rFonts w:ascii="Liberation Sans" w:hAnsi="Liberation Sans" w:eastAsia="Liberation Sans"/>
          <w:b/>
          <w:color w:val="A67833"/>
          <w:sz w:val="15"/>
          <w:vertAlign w:val="superscript"/>
        </w:rPr>
        <w:t>8</w:t>
      </w:r>
      <w:r>
        <w:rPr>
          <w:rFonts w:ascii="Liberation Serif" w:hAnsi="Liberation Serif" w:eastAsia="Liberation Serif"/>
          <w:color w:val="20262E"/>
          <w:sz w:val="18"/>
        </w:rPr>
        <w:t xml:space="preserve"> For he shall be as a tree planted by the waters, and that spreadeth out her roots by the river, and shall not see when heat cometh, but her leaf shall be green; and shall not be careful in the year of drought, neither shall cease from yielding fruit.</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curse language, inherited patterns, family sin, spoken malice, or fear of ancestral bondage dominates the case.</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Center on Christ's redemption, confess one's own sin, forgive family members, reject sinful patterns, bless rather than curse, and use Ezekiel 18 and Jeremiah 31 to preserve personal responsibility.</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'Generational curse breaking' is a later ministry model, not a single New Testament ritual. Never tell a person that ancestry makes freedom impossible or that every family problem is demonic.</w:t>
      </w:r>
    </w:p>
    <w:p>
      <w:pPr>
        <w:pStyle w:val="ScriptureReference"/>
        <w:keepNext/>
        <w:pBdr>
          <w:bottom w:val="single" w:sz="2" w:space="1" w:color="D5DBE0"/>
        </w:pBdr>
      </w:pPr>
      <w:r>
        <w:t>Jeremiah 31:29-34</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29</w:t>
      </w:r>
      <w:r>
        <w:rPr>
          <w:rFonts w:ascii="Liberation Serif" w:hAnsi="Liberation Serif" w:eastAsia="Liberation Serif"/>
          <w:color w:val="20262E"/>
          <w:sz w:val="18"/>
        </w:rPr>
        <w:t xml:space="preserve"> In those days they shall say no more, The fathers have eaten a sour grape, and the children's teeth are set on edge.</w:t>
      </w:r>
      <w:r>
        <w:t xml:space="preserve"> </w:t>
      </w:r>
      <w:r>
        <w:rPr>
          <w:rFonts w:ascii="Liberation Sans" w:hAnsi="Liberation Sans" w:eastAsia="Liberation Sans"/>
          <w:b/>
          <w:color w:val="A67833"/>
          <w:sz w:val="15"/>
          <w:vertAlign w:val="superscript"/>
        </w:rPr>
        <w:t>30</w:t>
      </w:r>
      <w:r>
        <w:rPr>
          <w:rFonts w:ascii="Liberation Serif" w:hAnsi="Liberation Serif" w:eastAsia="Liberation Serif"/>
          <w:color w:val="20262E"/>
          <w:sz w:val="18"/>
        </w:rPr>
        <w:t xml:space="preserve"> But every one shall die for his own iniquity: every man that eateth the sour grape, his teeth shall be set on edge.</w:t>
      </w:r>
      <w:r>
        <w:t xml:space="preserve"> </w:t>
      </w:r>
      <w:r>
        <w:rPr>
          <w:rFonts w:ascii="Liberation Sans" w:hAnsi="Liberation Sans" w:eastAsia="Liberation Sans"/>
          <w:b/>
          <w:color w:val="A67833"/>
          <w:sz w:val="15"/>
          <w:vertAlign w:val="superscript"/>
        </w:rPr>
        <w:t>31</w:t>
      </w:r>
      <w:r>
        <w:rPr>
          <w:rFonts w:ascii="Liberation Serif" w:hAnsi="Liberation Serif" w:eastAsia="Liberation Serif"/>
          <w:color w:val="20262E"/>
          <w:sz w:val="18"/>
        </w:rPr>
        <w:t xml:space="preserve"> Behold, the days come, saith the LORD, that I will make a new covenant with the house of Israel, and with the house of Judah:</w:t>
      </w:r>
      <w:r>
        <w:t xml:space="preserve"> </w:t>
      </w:r>
      <w:r>
        <w:rPr>
          <w:rFonts w:ascii="Liberation Sans" w:hAnsi="Liberation Sans" w:eastAsia="Liberation Sans"/>
          <w:b/>
          <w:color w:val="A67833"/>
          <w:sz w:val="15"/>
          <w:vertAlign w:val="superscript"/>
        </w:rPr>
        <w:t>32</w:t>
      </w:r>
      <w:r>
        <w:rPr>
          <w:rFonts w:ascii="Liberation Serif" w:hAnsi="Liberation Serif" w:eastAsia="Liberation Serif"/>
          <w:color w:val="20262E"/>
          <w:sz w:val="18"/>
        </w:rPr>
        <w:t xml:space="preserve"> Not according to the covenant that I made with their fathers in the day that I took them by the hand to bring them out of the land of Egypt; which my covenant they brake, although I was an husband unto them, saith the LORD:</w:t>
      </w:r>
      <w:r>
        <w:t xml:space="preserve"> </w:t>
      </w:r>
      <w:r>
        <w:rPr>
          <w:rFonts w:ascii="Liberation Sans" w:hAnsi="Liberation Sans" w:eastAsia="Liberation Sans"/>
          <w:b/>
          <w:color w:val="A67833"/>
          <w:sz w:val="15"/>
          <w:vertAlign w:val="superscript"/>
        </w:rPr>
        <w:t>33</w:t>
      </w:r>
      <w:r>
        <w:rPr>
          <w:rFonts w:ascii="Liberation Serif" w:hAnsi="Liberation Serif" w:eastAsia="Liberation Serif"/>
          <w:color w:val="20262E"/>
          <w:sz w:val="18"/>
        </w:rPr>
        <w:t xml:space="preserve"> But this shall be the covenant that I will make with the house of Israel; After those days, saith the LORD, I will put my law in their inward parts, and write it in their hearts; and will be their God, and they shall be my people.</w:t>
      </w:r>
      <w:r>
        <w:t xml:space="preserve"> </w:t>
      </w:r>
      <w:r>
        <w:rPr>
          <w:rFonts w:ascii="Liberation Sans" w:hAnsi="Liberation Sans" w:eastAsia="Liberation Sans"/>
          <w:b/>
          <w:color w:val="A67833"/>
          <w:sz w:val="15"/>
          <w:vertAlign w:val="superscript"/>
        </w:rPr>
        <w:t>34</w:t>
      </w:r>
      <w:r>
        <w:rPr>
          <w:rFonts w:ascii="Liberation Serif" w:hAnsi="Liberation Serif" w:eastAsia="Liberation Serif"/>
          <w:color w:val="20262E"/>
          <w:sz w:val="18"/>
        </w:rPr>
        <w:t xml:space="preserve"> And they shall teach no more every man his neighbour, and every man his brother, saying, Know the LORD: for they shall all know me, from the least of them unto the greatest of them, saith the LORD: for I will forgive their iniquity, and I will remember their sin no more.</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When discussing inherited consequences and the new covenant.</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Acknowledge family effects without transferring personal guilt; emphasize God's law written on the heart and forgiveness.</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The proverb about fathers eating sour grapes is rejected as a final account of personal responsibility.</w:t>
      </w:r>
    </w:p>
    <w:p>
      <w:pPr>
        <w:pStyle w:val="ScriptureReference"/>
        <w:keepNext/>
        <w:pBdr>
          <w:bottom w:val="single" w:sz="2" w:space="1" w:color="D5DBE0"/>
        </w:pBdr>
      </w:pPr>
      <w:r>
        <w:t>Ezekiel 18:1-4,19-23</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w:t>
      </w:r>
      <w:r>
        <w:rPr>
          <w:rFonts w:ascii="Liberation Serif" w:hAnsi="Liberation Serif" w:eastAsia="Liberation Serif"/>
          <w:color w:val="20262E"/>
          <w:sz w:val="18"/>
        </w:rPr>
        <w:t xml:space="preserve"> The word of the LORD came unto me again, saying,</w:t>
      </w:r>
      <w:r>
        <w:t xml:space="preserve"> </w:t>
      </w:r>
      <w:r>
        <w:rPr>
          <w:rFonts w:ascii="Liberation Sans" w:hAnsi="Liberation Sans" w:eastAsia="Liberation Sans"/>
          <w:b/>
          <w:color w:val="A67833"/>
          <w:sz w:val="15"/>
          <w:vertAlign w:val="superscript"/>
        </w:rPr>
        <w:t>2</w:t>
      </w:r>
      <w:r>
        <w:rPr>
          <w:rFonts w:ascii="Liberation Serif" w:hAnsi="Liberation Serif" w:eastAsia="Liberation Serif"/>
          <w:color w:val="20262E"/>
          <w:sz w:val="18"/>
        </w:rPr>
        <w:t xml:space="preserve"> What mean ye, that ye use this proverb concerning the land of Israel, saying, The fathers have eaten sour grapes, and the children's teeth are set on edge?</w:t>
      </w:r>
      <w:r>
        <w:t xml:space="preserve"> </w:t>
      </w:r>
      <w:r>
        <w:rPr>
          <w:rFonts w:ascii="Liberation Sans" w:hAnsi="Liberation Sans" w:eastAsia="Liberation Sans"/>
          <w:b/>
          <w:color w:val="A67833"/>
          <w:sz w:val="15"/>
          <w:vertAlign w:val="superscript"/>
        </w:rPr>
        <w:t>3</w:t>
      </w:r>
      <w:r>
        <w:rPr>
          <w:rFonts w:ascii="Liberation Serif" w:hAnsi="Liberation Serif" w:eastAsia="Liberation Serif"/>
          <w:color w:val="20262E"/>
          <w:sz w:val="18"/>
        </w:rPr>
        <w:t xml:space="preserve"> As I live, saith the Lord GOD, ye shall not have occasion any more to use this proverb in Israel.</w:t>
      </w:r>
      <w:r>
        <w:t xml:space="preserve"> </w:t>
      </w:r>
      <w:r>
        <w:rPr>
          <w:rFonts w:ascii="Liberation Sans" w:hAnsi="Liberation Sans" w:eastAsia="Liberation Sans"/>
          <w:b/>
          <w:color w:val="A67833"/>
          <w:sz w:val="15"/>
          <w:vertAlign w:val="superscript"/>
        </w:rPr>
        <w:t>4</w:t>
      </w:r>
      <w:r>
        <w:rPr>
          <w:rFonts w:ascii="Liberation Serif" w:hAnsi="Liberation Serif" w:eastAsia="Liberation Serif"/>
          <w:color w:val="20262E"/>
          <w:sz w:val="18"/>
        </w:rPr>
        <w:t xml:space="preserve"> Behold, all souls are mine; as the soul of the father, so also the soul of the son is mine: the soul that sinneth, it shall die.</w:t>
      </w:r>
      <w:r>
        <w:t xml:space="preserve"> </w:t>
      </w:r>
      <w:r>
        <w:rPr>
          <w:rFonts w:ascii="Liberation Sans" w:hAnsi="Liberation Sans" w:eastAsia="Liberation Sans"/>
          <w:b/>
          <w:color w:val="A67833"/>
          <w:sz w:val="15"/>
          <w:vertAlign w:val="superscript"/>
        </w:rPr>
        <w:t>19</w:t>
      </w:r>
      <w:r>
        <w:rPr>
          <w:rFonts w:ascii="Liberation Serif" w:hAnsi="Liberation Serif" w:eastAsia="Liberation Serif"/>
          <w:color w:val="20262E"/>
          <w:sz w:val="18"/>
        </w:rPr>
        <w:t xml:space="preserve"> Yet say ye, Why? doth not the son bear the iniquity of the father? When the son hath done that which is lawful and right, and hath kept all my statutes, and hath done them, he shall surely live.</w:t>
      </w:r>
      <w:r>
        <w:t xml:space="preserve"> </w:t>
      </w:r>
      <w:r>
        <w:rPr>
          <w:rFonts w:ascii="Liberation Sans" w:hAnsi="Liberation Sans" w:eastAsia="Liberation Sans"/>
          <w:b/>
          <w:color w:val="A67833"/>
          <w:sz w:val="15"/>
          <w:vertAlign w:val="superscript"/>
        </w:rPr>
        <w:t>20</w:t>
      </w:r>
      <w:r>
        <w:rPr>
          <w:rFonts w:ascii="Liberation Serif" w:hAnsi="Liberation Serif" w:eastAsia="Liberation Serif"/>
          <w:color w:val="20262E"/>
          <w:sz w:val="18"/>
        </w:rPr>
        <w:t xml:space="preserve"> The soul that sinneth, it shall die. The son shall not bear the iniquity of the father, neither shall the father bear the iniquity of the son: the righteousness of the righteous shall be upon him, and the wickedness of the wicked shall be upon him.</w:t>
      </w:r>
      <w:r>
        <w:t xml:space="preserve"> </w:t>
      </w:r>
      <w:r>
        <w:rPr>
          <w:rFonts w:ascii="Liberation Sans" w:hAnsi="Liberation Sans" w:eastAsia="Liberation Sans"/>
          <w:b/>
          <w:color w:val="A67833"/>
          <w:sz w:val="15"/>
          <w:vertAlign w:val="superscript"/>
        </w:rPr>
        <w:t>21</w:t>
      </w:r>
      <w:r>
        <w:rPr>
          <w:rFonts w:ascii="Liberation Serif" w:hAnsi="Liberation Serif" w:eastAsia="Liberation Serif"/>
          <w:color w:val="20262E"/>
          <w:sz w:val="18"/>
        </w:rPr>
        <w:t xml:space="preserve"> But if the wicked will turn from all his sins that he hath committed, and keep all my statutes, and do that which is lawful and right, he shall surely live, he shall not die.</w:t>
      </w:r>
      <w:r>
        <w:t xml:space="preserve"> </w:t>
      </w:r>
      <w:r>
        <w:rPr>
          <w:rFonts w:ascii="Liberation Sans" w:hAnsi="Liberation Sans" w:eastAsia="Liberation Sans"/>
          <w:b/>
          <w:color w:val="A67833"/>
          <w:sz w:val="15"/>
          <w:vertAlign w:val="superscript"/>
        </w:rPr>
        <w:t>22</w:t>
      </w:r>
      <w:r>
        <w:rPr>
          <w:rFonts w:ascii="Liberation Serif" w:hAnsi="Liberation Serif" w:eastAsia="Liberation Serif"/>
          <w:color w:val="20262E"/>
          <w:sz w:val="18"/>
        </w:rPr>
        <w:t xml:space="preserve"> All his transgressions that he hath committed, they shall not be mentioned unto him: in his righteousness that he hath done he shall live.</w:t>
      </w:r>
      <w:r>
        <w:t xml:space="preserve"> </w:t>
      </w:r>
      <w:r>
        <w:rPr>
          <w:rFonts w:ascii="Liberation Sans" w:hAnsi="Liberation Sans" w:eastAsia="Liberation Sans"/>
          <w:b/>
          <w:color w:val="A67833"/>
          <w:sz w:val="15"/>
          <w:vertAlign w:val="superscript"/>
        </w:rPr>
        <w:t>23</w:t>
      </w:r>
      <w:r>
        <w:rPr>
          <w:rFonts w:ascii="Liberation Serif" w:hAnsi="Liberation Serif" w:eastAsia="Liberation Serif"/>
          <w:color w:val="20262E"/>
          <w:sz w:val="18"/>
        </w:rPr>
        <w:t xml:space="preserve"> Have I any pleasure at all that the wicked should die? saith the Lord GOD: and not that he should return from his ways, and live?</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When people fear that ancestors determine their guilt or make freedom impossible.</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Affirm personal responsibility, God's desire for repentance and life, and the possibility of breaking family patterns through obedience.</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This passage is a necessary control on overextended generational-curse teaching.</w:t>
      </w:r>
    </w:p>
    <w:p>
      <w:pPr>
        <w:pStyle w:val="ScriptureReference"/>
        <w:keepNext/>
        <w:pBdr>
          <w:bottom w:val="single" w:sz="2" w:space="1" w:color="D5DBE0"/>
        </w:pBdr>
      </w:pPr>
      <w:r>
        <w:t>Nehemiah 9:1-3</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w:t>
      </w:r>
      <w:r>
        <w:rPr>
          <w:rFonts w:ascii="Liberation Serif" w:hAnsi="Liberation Serif" w:eastAsia="Liberation Serif"/>
          <w:color w:val="20262E"/>
          <w:sz w:val="18"/>
        </w:rPr>
        <w:t xml:space="preserve"> Now in the twenty and fourth day of this month the children of Israel were assembled with fasting, and with sackclothes, and earth upon them.</w:t>
      </w:r>
      <w:r>
        <w:t xml:space="preserve"> </w:t>
      </w:r>
      <w:r>
        <w:rPr>
          <w:rFonts w:ascii="Liberation Sans" w:hAnsi="Liberation Sans" w:eastAsia="Liberation Sans"/>
          <w:b/>
          <w:color w:val="A67833"/>
          <w:sz w:val="15"/>
          <w:vertAlign w:val="superscript"/>
        </w:rPr>
        <w:t>2</w:t>
      </w:r>
      <w:r>
        <w:rPr>
          <w:rFonts w:ascii="Liberation Serif" w:hAnsi="Liberation Serif" w:eastAsia="Liberation Serif"/>
          <w:color w:val="20262E"/>
          <w:sz w:val="18"/>
        </w:rPr>
        <w:t xml:space="preserve"> And the seed of Israel separated themselves from all strangers, and stood and confessed their sins, and the iniquities of their fathers.</w:t>
      </w:r>
      <w:r>
        <w:t xml:space="preserve"> </w:t>
      </w:r>
      <w:r>
        <w:rPr>
          <w:rFonts w:ascii="Liberation Sans" w:hAnsi="Liberation Sans" w:eastAsia="Liberation Sans"/>
          <w:b/>
          <w:color w:val="A67833"/>
          <w:sz w:val="15"/>
          <w:vertAlign w:val="superscript"/>
        </w:rPr>
        <w:t>3</w:t>
      </w:r>
      <w:r>
        <w:rPr>
          <w:rFonts w:ascii="Liberation Serif" w:hAnsi="Liberation Serif" w:eastAsia="Liberation Serif"/>
          <w:color w:val="20262E"/>
          <w:sz w:val="18"/>
        </w:rPr>
        <w:t xml:space="preserve"> And they stood up in their place, and read in the book of the law of the LORD their God one fourth part of the day; and another fourth part they confessed, and worshipped the LORD their God.</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curse language, inherited patterns, family sin, spoken malice, or fear of ancestral bondage dominates the case.</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Center on Christ's redemption, confess one's own sin, forgive family members, reject sinful patterns, bless rather than curse, and use Ezekiel 18 and Jeremiah 31 to preserve personal responsibility.</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'Generational curse breaking' is a later ministry model, not a single New Testament ritual. Never tell a person that ancestry makes freedom impossible or that every family problem is demonic.</w:t>
      </w:r>
    </w:p>
    <w:p>
      <w:pPr>
        <w:pStyle w:val="ScriptureReference"/>
        <w:keepNext/>
        <w:pBdr>
          <w:bottom w:val="single" w:sz="2" w:space="1" w:color="D5DBE0"/>
        </w:pBdr>
      </w:pPr>
      <w:r>
        <w:t>Daniel 9:3-19</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3</w:t>
      </w:r>
      <w:r>
        <w:rPr>
          <w:rFonts w:ascii="Liberation Serif" w:hAnsi="Liberation Serif" w:eastAsia="Liberation Serif"/>
          <w:color w:val="20262E"/>
          <w:sz w:val="18"/>
        </w:rPr>
        <w:t xml:space="preserve"> And I set my face unto the Lord God, to seek by prayer and supplications, with fasting, and sackcloth, and ashes:</w:t>
      </w:r>
      <w:r>
        <w:t xml:space="preserve"> </w:t>
      </w:r>
      <w:r>
        <w:rPr>
          <w:rFonts w:ascii="Liberation Sans" w:hAnsi="Liberation Sans" w:eastAsia="Liberation Sans"/>
          <w:b/>
          <w:color w:val="A67833"/>
          <w:sz w:val="15"/>
          <w:vertAlign w:val="superscript"/>
        </w:rPr>
        <w:t>4</w:t>
      </w:r>
      <w:r>
        <w:rPr>
          <w:rFonts w:ascii="Liberation Serif" w:hAnsi="Liberation Serif" w:eastAsia="Liberation Serif"/>
          <w:color w:val="20262E"/>
          <w:sz w:val="18"/>
        </w:rPr>
        <w:t xml:space="preserve"> And I prayed unto the LORD my God, and made my confession, and said, O Lord, the great and dreadful God, keeping the covenant and mercy to them that love him, and to them that keep his commandments;</w:t>
      </w:r>
      <w:r>
        <w:t xml:space="preserve"> </w:t>
      </w:r>
      <w:r>
        <w:rPr>
          <w:rFonts w:ascii="Liberation Sans" w:hAnsi="Liberation Sans" w:eastAsia="Liberation Sans"/>
          <w:b/>
          <w:color w:val="A67833"/>
          <w:sz w:val="15"/>
          <w:vertAlign w:val="superscript"/>
        </w:rPr>
        <w:t>5</w:t>
      </w:r>
      <w:r>
        <w:rPr>
          <w:rFonts w:ascii="Liberation Serif" w:hAnsi="Liberation Serif" w:eastAsia="Liberation Serif"/>
          <w:color w:val="20262E"/>
          <w:sz w:val="18"/>
        </w:rPr>
        <w:t xml:space="preserve"> We have sinned, and have committed iniquity, and have done wickedly, and have rebelled, even by departing from thy precepts and from thy judgments:</w:t>
      </w:r>
      <w:r>
        <w:t xml:space="preserve"> </w:t>
      </w:r>
      <w:r>
        <w:rPr>
          <w:rFonts w:ascii="Liberation Sans" w:hAnsi="Liberation Sans" w:eastAsia="Liberation Sans"/>
          <w:b/>
          <w:color w:val="A67833"/>
          <w:sz w:val="15"/>
          <w:vertAlign w:val="superscript"/>
        </w:rPr>
        <w:t>6</w:t>
      </w:r>
      <w:r>
        <w:rPr>
          <w:rFonts w:ascii="Liberation Serif" w:hAnsi="Liberation Serif" w:eastAsia="Liberation Serif"/>
          <w:color w:val="20262E"/>
          <w:sz w:val="18"/>
        </w:rPr>
        <w:t xml:space="preserve"> Neither have we hearkened unto thy servants the prophets, which spake in thy name to our kings, our princes, and our fathers, and to all the people of the land.</w:t>
      </w:r>
      <w:r>
        <w:t xml:space="preserve"> </w:t>
      </w:r>
      <w:r>
        <w:rPr>
          <w:rFonts w:ascii="Liberation Sans" w:hAnsi="Liberation Sans" w:eastAsia="Liberation Sans"/>
          <w:b/>
          <w:color w:val="A67833"/>
          <w:sz w:val="15"/>
          <w:vertAlign w:val="superscript"/>
        </w:rPr>
        <w:t>7</w:t>
      </w:r>
      <w:r>
        <w:rPr>
          <w:rFonts w:ascii="Liberation Serif" w:hAnsi="Liberation Serif" w:eastAsia="Liberation Serif"/>
          <w:color w:val="20262E"/>
          <w:sz w:val="18"/>
        </w:rPr>
        <w:t xml:space="preserve"> O Lord, righteousness belongeth unto thee, but unto us confusion of faces, as at this day; to the men of Judah, and to the inhabitants of Jerusalem, and unto all Israel, that are near, and that are far off, through all the countries whither thou hast driven them, because of their trespass that they have trespassed against thee.</w:t>
      </w:r>
      <w:r>
        <w:t xml:space="preserve"> </w:t>
      </w:r>
      <w:r>
        <w:rPr>
          <w:rFonts w:ascii="Liberation Sans" w:hAnsi="Liberation Sans" w:eastAsia="Liberation Sans"/>
          <w:b/>
          <w:color w:val="A67833"/>
          <w:sz w:val="15"/>
          <w:vertAlign w:val="superscript"/>
        </w:rPr>
        <w:t>8</w:t>
      </w:r>
      <w:r>
        <w:rPr>
          <w:rFonts w:ascii="Liberation Serif" w:hAnsi="Liberation Serif" w:eastAsia="Liberation Serif"/>
          <w:color w:val="20262E"/>
          <w:sz w:val="18"/>
        </w:rPr>
        <w:t xml:space="preserve"> O Lord, to us belongeth confusion of face, to our kings, to our princes, and to our fathers, because we have sinned against thee.</w:t>
      </w:r>
      <w:r>
        <w:t xml:space="preserve"> </w:t>
      </w:r>
      <w:r>
        <w:rPr>
          <w:rFonts w:ascii="Liberation Sans" w:hAnsi="Liberation Sans" w:eastAsia="Liberation Sans"/>
          <w:b/>
          <w:color w:val="A67833"/>
          <w:sz w:val="15"/>
          <w:vertAlign w:val="superscript"/>
        </w:rPr>
        <w:t>9</w:t>
      </w:r>
      <w:r>
        <w:rPr>
          <w:rFonts w:ascii="Liberation Serif" w:hAnsi="Liberation Serif" w:eastAsia="Liberation Serif"/>
          <w:color w:val="20262E"/>
          <w:sz w:val="18"/>
        </w:rPr>
        <w:t xml:space="preserve"> To the Lord our God belong mercies and forgivenesses, though we have rebelled against him;</w:t>
      </w:r>
      <w:r>
        <w:t xml:space="preserve"> </w:t>
      </w:r>
      <w:r>
        <w:rPr>
          <w:rFonts w:ascii="Liberation Sans" w:hAnsi="Liberation Sans" w:eastAsia="Liberation Sans"/>
          <w:b/>
          <w:color w:val="A67833"/>
          <w:sz w:val="15"/>
          <w:vertAlign w:val="superscript"/>
        </w:rPr>
        <w:t>10</w:t>
      </w:r>
      <w:r>
        <w:rPr>
          <w:rFonts w:ascii="Liberation Serif" w:hAnsi="Liberation Serif" w:eastAsia="Liberation Serif"/>
          <w:color w:val="20262E"/>
          <w:sz w:val="18"/>
        </w:rPr>
        <w:t xml:space="preserve"> Neither have we obeyed the voice of the LORD our God, to walk in his laws, which he set before us by his servants the prophets.</w:t>
      </w:r>
      <w:r>
        <w:t xml:space="preserve"> </w:t>
      </w:r>
      <w:r>
        <w:rPr>
          <w:rFonts w:ascii="Liberation Sans" w:hAnsi="Liberation Sans" w:eastAsia="Liberation Sans"/>
          <w:b/>
          <w:color w:val="A67833"/>
          <w:sz w:val="15"/>
          <w:vertAlign w:val="superscript"/>
        </w:rPr>
        <w:t>11</w:t>
      </w:r>
      <w:r>
        <w:rPr>
          <w:rFonts w:ascii="Liberation Serif" w:hAnsi="Liberation Serif" w:eastAsia="Liberation Serif"/>
          <w:color w:val="20262E"/>
          <w:sz w:val="18"/>
        </w:rPr>
        <w:t xml:space="preserve"> Yea, all Israel have transgressed thy law, even by departing, that they might not obey thy voice; therefore the curse is poured upon us, and the oath that is written in the law of Moses the servant of God, because we have sinned against him.</w:t>
      </w:r>
      <w:r>
        <w:t xml:space="preserve"> </w:t>
      </w:r>
      <w:r>
        <w:rPr>
          <w:rFonts w:ascii="Liberation Sans" w:hAnsi="Liberation Sans" w:eastAsia="Liberation Sans"/>
          <w:b/>
          <w:color w:val="A67833"/>
          <w:sz w:val="15"/>
          <w:vertAlign w:val="superscript"/>
        </w:rPr>
        <w:t>12</w:t>
      </w:r>
      <w:r>
        <w:rPr>
          <w:rFonts w:ascii="Liberation Serif" w:hAnsi="Liberation Serif" w:eastAsia="Liberation Serif"/>
          <w:color w:val="20262E"/>
          <w:sz w:val="18"/>
        </w:rPr>
        <w:t xml:space="preserve"> And he hath confirmed his words, which he spake against us, and against our judges that judged us, by bringing upon us a great evil: for under the whole heaven hath not been done as hath been done upon Jerusalem.</w:t>
      </w:r>
      <w:r>
        <w:t xml:space="preserve"> </w:t>
      </w:r>
      <w:r>
        <w:rPr>
          <w:rFonts w:ascii="Liberation Sans" w:hAnsi="Liberation Sans" w:eastAsia="Liberation Sans"/>
          <w:b/>
          <w:color w:val="A67833"/>
          <w:sz w:val="15"/>
          <w:vertAlign w:val="superscript"/>
        </w:rPr>
        <w:t>13</w:t>
      </w:r>
      <w:r>
        <w:rPr>
          <w:rFonts w:ascii="Liberation Serif" w:hAnsi="Liberation Serif" w:eastAsia="Liberation Serif"/>
          <w:color w:val="20262E"/>
          <w:sz w:val="18"/>
        </w:rPr>
        <w:t xml:space="preserve"> As it is written in the law of Moses, all this evil is come upon us: yet made we not our prayer before the LORD our God, that we might turn from our iniquities, and understand thy truth.</w:t>
      </w:r>
      <w:r>
        <w:t xml:space="preserve"> </w:t>
      </w:r>
      <w:r>
        <w:rPr>
          <w:rFonts w:ascii="Liberation Sans" w:hAnsi="Liberation Sans" w:eastAsia="Liberation Sans"/>
          <w:b/>
          <w:color w:val="A67833"/>
          <w:sz w:val="15"/>
          <w:vertAlign w:val="superscript"/>
        </w:rPr>
        <w:t>14</w:t>
      </w:r>
      <w:r>
        <w:rPr>
          <w:rFonts w:ascii="Liberation Serif" w:hAnsi="Liberation Serif" w:eastAsia="Liberation Serif"/>
          <w:color w:val="20262E"/>
          <w:sz w:val="18"/>
        </w:rPr>
        <w:t xml:space="preserve"> Therefore hath the LORD watched upon the evil, and brought it upon us: for the LORD our God is righteous in all his works which he doeth: for we obeyed not his voice.</w:t>
      </w:r>
      <w:r>
        <w:t xml:space="preserve"> </w:t>
      </w:r>
      <w:r>
        <w:rPr>
          <w:rFonts w:ascii="Liberation Sans" w:hAnsi="Liberation Sans" w:eastAsia="Liberation Sans"/>
          <w:b/>
          <w:color w:val="A67833"/>
          <w:sz w:val="15"/>
          <w:vertAlign w:val="superscript"/>
        </w:rPr>
        <w:t>15</w:t>
      </w:r>
      <w:r>
        <w:rPr>
          <w:rFonts w:ascii="Liberation Serif" w:hAnsi="Liberation Serif" w:eastAsia="Liberation Serif"/>
          <w:color w:val="20262E"/>
          <w:sz w:val="18"/>
        </w:rPr>
        <w:t xml:space="preserve"> And now, O Lord our God, that hast brought thy people forth out of the land of Egypt with a mighty hand, and hast gotten thee renown, as at this day; we have sinned, we have done wickedly.</w:t>
      </w:r>
      <w:r>
        <w:t xml:space="preserve"> </w:t>
      </w:r>
      <w:r>
        <w:rPr>
          <w:rFonts w:ascii="Liberation Sans" w:hAnsi="Liberation Sans" w:eastAsia="Liberation Sans"/>
          <w:b/>
          <w:color w:val="A67833"/>
          <w:sz w:val="15"/>
          <w:vertAlign w:val="superscript"/>
        </w:rPr>
        <w:t>16</w:t>
      </w:r>
      <w:r>
        <w:rPr>
          <w:rFonts w:ascii="Liberation Serif" w:hAnsi="Liberation Serif" w:eastAsia="Liberation Serif"/>
          <w:color w:val="20262E"/>
          <w:sz w:val="18"/>
        </w:rPr>
        <w:t xml:space="preserve"> O Lord, according to all thy righteousness, I beseech thee, let thine anger and thy fury be turned away from thy city Jerusalem, thy holy mountain: because for our sins, and for the iniquities of our fathers, Jerusalem and thy people are become a reproach to all that are about us.</w:t>
      </w:r>
      <w:r>
        <w:t xml:space="preserve"> </w:t>
      </w:r>
      <w:r>
        <w:rPr>
          <w:rFonts w:ascii="Liberation Sans" w:hAnsi="Liberation Sans" w:eastAsia="Liberation Sans"/>
          <w:b/>
          <w:color w:val="A67833"/>
          <w:sz w:val="15"/>
          <w:vertAlign w:val="superscript"/>
        </w:rPr>
        <w:t>17</w:t>
      </w:r>
      <w:r>
        <w:rPr>
          <w:rFonts w:ascii="Liberation Serif" w:hAnsi="Liberation Serif" w:eastAsia="Liberation Serif"/>
          <w:color w:val="20262E"/>
          <w:sz w:val="18"/>
        </w:rPr>
        <w:t xml:space="preserve"> Now therefore, O our God, hear the prayer of thy servant, and his supplications, and cause thy face to shine upon thy sanctuary that is desolate, for the Lord's sake.</w:t>
      </w:r>
      <w:r>
        <w:t xml:space="preserve"> </w:t>
      </w:r>
      <w:r>
        <w:rPr>
          <w:rFonts w:ascii="Liberation Sans" w:hAnsi="Liberation Sans" w:eastAsia="Liberation Sans"/>
          <w:b/>
          <w:color w:val="A67833"/>
          <w:sz w:val="15"/>
          <w:vertAlign w:val="superscript"/>
        </w:rPr>
        <w:t>18</w:t>
      </w:r>
      <w:r>
        <w:rPr>
          <w:rFonts w:ascii="Liberation Serif" w:hAnsi="Liberation Serif" w:eastAsia="Liberation Serif"/>
          <w:color w:val="20262E"/>
          <w:sz w:val="18"/>
        </w:rPr>
        <w:t xml:space="preserve"> O my God, incline thine ear, and hear; open thine eyes, and behold our desolations, and the city which is called by thy name: for we do not present our supplications before thee for our righteousnesses, but for thy great mercies.</w:t>
      </w:r>
      <w:r>
        <w:t xml:space="preserve"> </w:t>
      </w:r>
      <w:r>
        <w:rPr>
          <w:rFonts w:ascii="Liberation Sans" w:hAnsi="Liberation Sans" w:eastAsia="Liberation Sans"/>
          <w:b/>
          <w:color w:val="A67833"/>
          <w:sz w:val="15"/>
          <w:vertAlign w:val="superscript"/>
        </w:rPr>
        <w:t>19</w:t>
      </w:r>
      <w:r>
        <w:rPr>
          <w:rFonts w:ascii="Liberation Serif" w:hAnsi="Liberation Serif" w:eastAsia="Liberation Serif"/>
          <w:color w:val="20262E"/>
          <w:sz w:val="18"/>
        </w:rPr>
        <w:t xml:space="preserve"> O Lord, hear; O Lord, forgive; O Lord, hearken and do; defer not, for thine own sake, O my God: for thy city and thy people are called by thy name.</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curse language, inherited patterns, family sin, spoken malice, or fear of ancestral bondage dominates the case.</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Center on Christ's redemption, confess one's own sin, forgive family members, reject sinful patterns, bless rather than curse, and use Ezekiel 18 and Jeremiah 31 to preserve personal responsibility.</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'Generational curse breaking' is a later ministry model, not a single New Testament ritual. Never tell a person that ancestry makes freedom impossible or that every family problem is demonic.</w:t>
      </w:r>
    </w:p>
    <w:p>
      <w:pPr>
        <w:pStyle w:val="ScriptureReference"/>
        <w:keepNext/>
        <w:pBdr>
          <w:bottom w:val="single" w:sz="2" w:space="1" w:color="D5DBE0"/>
        </w:pBdr>
      </w:pPr>
      <w:r>
        <w:t>Galatians 3:10-14</w:t>
      </w:r>
    </w:p>
    <w:p>
      <w:pPr>
        <w:pStyle w:val="EvidenceTag"/>
        <w:keepNext/>
      </w:pPr>
      <w:r>
        <w:t>Evidence A | Source IDs: S02, S08 | Win Worley / LHBC; Derek Prince Ministries</w:t>
      </w:r>
    </w:p>
    <w:p>
      <w:pPr>
        <w:pStyle w:val="ScriptureText"/>
        <w:keepNext/>
      </w:pPr>
      <w:r>
        <w:rPr>
          <w:rFonts w:ascii="Liberation Sans" w:hAnsi="Liberation Sans" w:eastAsia="Liberation Sans"/>
          <w:b/>
          <w:color w:val="A67833"/>
          <w:sz w:val="15"/>
          <w:vertAlign w:val="superscript"/>
        </w:rPr>
        <w:t>10</w:t>
      </w:r>
      <w:r>
        <w:rPr>
          <w:rFonts w:ascii="Liberation Serif" w:hAnsi="Liberation Serif" w:eastAsia="Liberation Serif"/>
          <w:color w:val="20262E"/>
          <w:sz w:val="18"/>
        </w:rPr>
        <w:t xml:space="preserve"> For as many as are of the works of the law are under the curse: for it is written, Cursed is every one that continueth not in all things which are written in the book of the law to do them.</w:t>
      </w:r>
      <w:r>
        <w:t xml:space="preserve"> </w:t>
      </w:r>
      <w:r>
        <w:rPr>
          <w:rFonts w:ascii="Liberation Sans" w:hAnsi="Liberation Sans" w:eastAsia="Liberation Sans"/>
          <w:b/>
          <w:color w:val="A67833"/>
          <w:sz w:val="15"/>
          <w:vertAlign w:val="superscript"/>
        </w:rPr>
        <w:t>11</w:t>
      </w:r>
      <w:r>
        <w:rPr>
          <w:rFonts w:ascii="Liberation Serif" w:hAnsi="Liberation Serif" w:eastAsia="Liberation Serif"/>
          <w:color w:val="20262E"/>
          <w:sz w:val="18"/>
        </w:rPr>
        <w:t xml:space="preserve"> But that no man is justified by the law in the sight of God, it is evident: for, The just shall live by faith.</w:t>
      </w:r>
      <w:r>
        <w:t xml:space="preserve"> </w:t>
      </w:r>
      <w:r>
        <w:rPr>
          <w:rFonts w:ascii="Liberation Sans" w:hAnsi="Liberation Sans" w:eastAsia="Liberation Sans"/>
          <w:b/>
          <w:color w:val="A67833"/>
          <w:sz w:val="15"/>
          <w:vertAlign w:val="superscript"/>
        </w:rPr>
        <w:t>12</w:t>
      </w:r>
      <w:r>
        <w:rPr>
          <w:rFonts w:ascii="Liberation Serif" w:hAnsi="Liberation Serif" w:eastAsia="Liberation Serif"/>
          <w:color w:val="20262E"/>
          <w:sz w:val="18"/>
        </w:rPr>
        <w:t xml:space="preserve"> And the law is not of faith: but, The man that doeth them shall live in them.</w:t>
      </w:r>
      <w:r>
        <w:t xml:space="preserve"> </w:t>
      </w:r>
      <w:r>
        <w:rPr>
          <w:rFonts w:ascii="Liberation Sans" w:hAnsi="Liberation Sans" w:eastAsia="Liberation Sans"/>
          <w:b/>
          <w:color w:val="A67833"/>
          <w:sz w:val="15"/>
          <w:vertAlign w:val="superscript"/>
        </w:rPr>
        <w:t>13</w:t>
      </w:r>
      <w:r>
        <w:rPr>
          <w:rFonts w:ascii="Liberation Serif" w:hAnsi="Liberation Serif" w:eastAsia="Liberation Serif"/>
          <w:color w:val="20262E"/>
          <w:sz w:val="18"/>
        </w:rPr>
        <w:t xml:space="preserve"> Christ hath redeemed us from the curse of the law, being made a curse for us: for it is written, Cursed is every one that hangeth on a tree:</w:t>
      </w:r>
      <w:r>
        <w:t xml:space="preserve"> </w:t>
      </w:r>
      <w:r>
        <w:rPr>
          <w:rFonts w:ascii="Liberation Sans" w:hAnsi="Liberation Sans" w:eastAsia="Liberation Sans"/>
          <w:b/>
          <w:color w:val="A67833"/>
          <w:sz w:val="15"/>
          <w:vertAlign w:val="superscript"/>
        </w:rPr>
        <w:t>14</w:t>
      </w:r>
      <w:r>
        <w:rPr>
          <w:rFonts w:ascii="Liberation Serif" w:hAnsi="Liberation Serif" w:eastAsia="Liberation Serif"/>
          <w:color w:val="20262E"/>
          <w:sz w:val="18"/>
        </w:rPr>
        <w:t xml:space="preserve"> That the blessing of Abraham might come on the Gentiles through Jesus Christ; that we might receive the promise of the Spirit through faith.</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curse language, inherited patterns, family sin, spoken malice, or fear of ancestral bondage dominates the case.</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Center on Christ's redemption, confess one's own sin, forgive family members, reject sinful patterns, bless rather than curse, and use Ezekiel 18 and Jeremiah 31 to preserve personal responsibility.</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'Generational curse breaking' is a later ministry model, not a single New Testament ritual. Never tell a person that ancestry makes freedom impossible or that every family problem is demonic.</w:t>
      </w:r>
    </w:p>
    <w:p>
      <w:pPr>
        <w:pStyle w:val="ScriptureReference"/>
        <w:keepNext/>
        <w:pBdr>
          <w:bottom w:val="single" w:sz="2" w:space="1" w:color="D5DBE0"/>
        </w:pBdr>
      </w:pPr>
      <w:r>
        <w:t>Ephesians 1:3</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3</w:t>
      </w:r>
      <w:r>
        <w:rPr>
          <w:rFonts w:ascii="Liberation Serif" w:hAnsi="Liberation Serif" w:eastAsia="Liberation Serif"/>
          <w:color w:val="20262E"/>
          <w:sz w:val="18"/>
        </w:rPr>
        <w:t xml:space="preserve"> Blessed be the God and Father of our Lord Jesus Christ, who hath blessed us with all spiritual blessings in heavenly places in Christ:</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curse language, inherited patterns, family sin, spoken malice, or fear of ancestral bondage dominates the case.</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Center on Christ's redemption, confess one's own sin, forgive family members, reject sinful patterns, bless rather than curse, and use Ezekiel 18 and Jeremiah 31 to preserve personal responsibility.</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'Generational curse breaking' is a later ministry model, not a single New Testament ritual. Never tell a person that ancestry makes freedom impossible or that every family problem is demonic.</w:t>
      </w:r>
    </w:p>
    <w:p>
      <w:pPr>
        <w:pStyle w:val="ScriptureReference"/>
        <w:keepNext/>
        <w:pBdr>
          <w:bottom w:val="single" w:sz="2" w:space="1" w:color="D5DBE0"/>
        </w:pBdr>
      </w:pPr>
      <w:r>
        <w:t>1 Peter 1:18-19</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18</w:t>
      </w:r>
      <w:r>
        <w:rPr>
          <w:rFonts w:ascii="Liberation Serif" w:hAnsi="Liberation Serif" w:eastAsia="Liberation Serif"/>
          <w:color w:val="20262E"/>
          <w:sz w:val="18"/>
        </w:rPr>
        <w:t xml:space="preserve"> Forasmuch as ye know that ye were not redeemed with corruptible things, as silver and gold, from your vain conversation received by tradition from your fathers;</w:t>
      </w:r>
      <w:r>
        <w:t xml:space="preserve"> </w:t>
      </w:r>
      <w:r>
        <w:rPr>
          <w:rFonts w:ascii="Liberation Sans" w:hAnsi="Liberation Sans" w:eastAsia="Liberation Sans"/>
          <w:b/>
          <w:color w:val="A67833"/>
          <w:sz w:val="15"/>
          <w:vertAlign w:val="superscript"/>
        </w:rPr>
        <w:t>19</w:t>
      </w:r>
      <w:r>
        <w:rPr>
          <w:rFonts w:ascii="Liberation Serif" w:hAnsi="Liberation Serif" w:eastAsia="Liberation Serif"/>
          <w:color w:val="20262E"/>
          <w:sz w:val="18"/>
        </w:rPr>
        <w:t xml:space="preserve"> But with the precious blood of Christ, as of a lamb without blemish and without spot:</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curse language, inherited patterns, family sin, spoken malice, or fear of ancestral bondage dominates the case.</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Center on Christ's redemption, confess one's own sin, forgive family members, reject sinful patterns, bless rather than curse, and use Ezekiel 18 and Jeremiah 31 to preserve personal responsibility.</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'Generational curse breaking' is a later ministry model, not a single New Testament ritual. Never tell a person that ancestry makes freedom impossible or that every family problem is demonic.</w:t>
      </w:r>
    </w:p>
    <w:p>
      <w:pPr>
        <w:pStyle w:val="Heading1"/>
        <w:keepNext/>
        <w:pageBreakBefore/>
        <w:pBdr>
          <w:bottom w:val="single" w:sz="8" w:space="2" w:color="A67833"/>
        </w:pBdr>
      </w:pPr>
      <w:r>
        <w:t>6.9 Binding, Loosing, the Strong Man, Rebuke, and Direct Command</w:t>
      </w:r>
    </w:p>
    <w:p>
      <w:pPr>
        <w:pStyle w:val="Guidance"/>
      </w:pPr>
      <w:r>
        <w:rPr>
          <w:rFonts w:ascii="Liberation Sans" w:hAnsi="Liberation Sans" w:eastAsia="Liberation Sans"/>
          <w:b/>
          <w:color w:val="18324A"/>
          <w:sz w:val="17"/>
        </w:rPr>
        <w:t xml:space="preserve">Use this section when: </w:t>
      </w:r>
      <w:r>
        <w:rPr>
          <w:rFonts w:ascii="Liberation Sans" w:hAnsi="Liberation Sans" w:eastAsia="Liberation Sans"/>
          <w:color w:val="20262E"/>
          <w:sz w:val="17"/>
        </w:rPr>
        <w:t>Use during focused prayer when Scripture and discernment support direct resistance to spiritual oppression.</w:t>
      </w:r>
    </w:p>
    <w:p>
      <w:pPr>
        <w:pStyle w:val="Guidance"/>
      </w:pPr>
      <w:r>
        <w:rPr>
          <w:rFonts w:ascii="Liberation Sans" w:hAnsi="Liberation Sans" w:eastAsia="Liberation Sans"/>
          <w:b/>
          <w:color w:val="18324A"/>
          <w:sz w:val="17"/>
        </w:rPr>
        <w:t xml:space="preserve">Ministry method: </w:t>
      </w:r>
      <w:r>
        <w:rPr>
          <w:rFonts w:ascii="Liberation Sans" w:hAnsi="Liberation Sans" w:eastAsia="Liberation Sans"/>
          <w:color w:val="20262E"/>
          <w:sz w:val="17"/>
        </w:rPr>
        <w:t>Keep commands brief, Christ-centered, non-theatrical, and directed at spiritual evil - never at the person. Prefer biblical language and stop if consent or safety deteriorates.</w:t>
      </w:r>
    </w:p>
    <w:p>
      <w:pPr>
        <w:pStyle w:val="Guidance"/>
      </w:pPr>
      <w:r>
        <w:rPr>
          <w:rFonts w:ascii="Liberation Sans" w:hAnsi="Liberation Sans" w:eastAsia="Liberation Sans"/>
          <w:b/>
          <w:color w:val="18324A"/>
          <w:sz w:val="17"/>
        </w:rPr>
        <w:t xml:space="preserve">Section control: </w:t>
      </w:r>
      <w:r>
        <w:rPr>
          <w:rFonts w:ascii="Liberation Sans" w:hAnsi="Liberation Sans" w:eastAsia="Liberation Sans"/>
          <w:color w:val="20262E"/>
          <w:sz w:val="17"/>
        </w:rPr>
        <w:t>Binding/loosing texts also concern kingdom authority, discipline, and communal decisions. Avoid speculative rankings, abusive interrogation, and presumptuous railing against celestial beings.</w:t>
      </w:r>
    </w:p>
    <w:p>
      <w:pPr>
        <w:pStyle w:val="SmallNote"/>
      </w:pPr>
      <w:r>
        <w:t>8 operational passage entries</w:t>
      </w:r>
    </w:p>
    <w:p>
      <w:pPr>
        <w:pStyle w:val="ScriptureReference"/>
        <w:keepNext/>
        <w:pBdr>
          <w:bottom w:val="single" w:sz="2" w:space="1" w:color="D5DBE0"/>
        </w:pBdr>
      </w:pPr>
      <w:r>
        <w:t>Zechariah 3:1-5</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w:t>
      </w:r>
      <w:r>
        <w:rPr>
          <w:rFonts w:ascii="Liberation Serif" w:hAnsi="Liberation Serif" w:eastAsia="Liberation Serif"/>
          <w:color w:val="20262E"/>
          <w:sz w:val="18"/>
        </w:rPr>
        <w:t xml:space="preserve"> And he shewed me Joshua the high priest standing before the angel of the LORD, and Satan standing at his right hand to resist him.</w:t>
      </w:r>
      <w:r>
        <w:t xml:space="preserve"> </w:t>
      </w:r>
      <w:r>
        <w:rPr>
          <w:rFonts w:ascii="Liberation Sans" w:hAnsi="Liberation Sans" w:eastAsia="Liberation Sans"/>
          <w:b/>
          <w:color w:val="A67833"/>
          <w:sz w:val="15"/>
          <w:vertAlign w:val="superscript"/>
        </w:rPr>
        <w:t>2</w:t>
      </w:r>
      <w:r>
        <w:rPr>
          <w:rFonts w:ascii="Liberation Serif" w:hAnsi="Liberation Serif" w:eastAsia="Liberation Serif"/>
          <w:color w:val="20262E"/>
          <w:sz w:val="18"/>
        </w:rPr>
        <w:t xml:space="preserve"> And the LORD said unto Satan, The LORD rebuke thee, O Satan; even the LORD that hath chosen Jerusalem rebuke thee: is not this a brand plucked out of the fire?</w:t>
      </w:r>
      <w:r>
        <w:t xml:space="preserve"> </w:t>
      </w:r>
      <w:r>
        <w:rPr>
          <w:rFonts w:ascii="Liberation Sans" w:hAnsi="Liberation Sans" w:eastAsia="Liberation Sans"/>
          <w:b/>
          <w:color w:val="A67833"/>
          <w:sz w:val="15"/>
          <w:vertAlign w:val="superscript"/>
        </w:rPr>
        <w:t>3</w:t>
      </w:r>
      <w:r>
        <w:rPr>
          <w:rFonts w:ascii="Liberation Serif" w:hAnsi="Liberation Serif" w:eastAsia="Liberation Serif"/>
          <w:color w:val="20262E"/>
          <w:sz w:val="18"/>
        </w:rPr>
        <w:t xml:space="preserve"> Now Joshua was clothed with filthy garments, and stood before the angel.</w:t>
      </w:r>
      <w:r>
        <w:t xml:space="preserve"> </w:t>
      </w:r>
      <w:r>
        <w:rPr>
          <w:rFonts w:ascii="Liberation Sans" w:hAnsi="Liberation Sans" w:eastAsia="Liberation Sans"/>
          <w:b/>
          <w:color w:val="A67833"/>
          <w:sz w:val="15"/>
          <w:vertAlign w:val="superscript"/>
        </w:rPr>
        <w:t>4</w:t>
      </w:r>
      <w:r>
        <w:rPr>
          <w:rFonts w:ascii="Liberation Serif" w:hAnsi="Liberation Serif" w:eastAsia="Liberation Serif"/>
          <w:color w:val="20262E"/>
          <w:sz w:val="18"/>
        </w:rPr>
        <w:t xml:space="preserve"> And he answered and spake unto those that stood before him, saying, Take away the filthy garments from him. And unto him he said, Behold, I have caused thine iniquity to pass from thee, and I will clothe thee with change of raiment.</w:t>
      </w:r>
      <w:r>
        <w:t xml:space="preserve"> </w:t>
      </w:r>
      <w:r>
        <w:rPr>
          <w:rFonts w:ascii="Liberation Sans" w:hAnsi="Liberation Sans" w:eastAsia="Liberation Sans"/>
          <w:b/>
          <w:color w:val="A67833"/>
          <w:sz w:val="15"/>
          <w:vertAlign w:val="superscript"/>
        </w:rPr>
        <w:t>5</w:t>
      </w:r>
      <w:r>
        <w:rPr>
          <w:rFonts w:ascii="Liberation Serif" w:hAnsi="Liberation Serif" w:eastAsia="Liberation Serif"/>
          <w:color w:val="20262E"/>
          <w:sz w:val="18"/>
        </w:rPr>
        <w:t xml:space="preserve"> And I said, Let them set a fair mitre upon his head. So they set a fair mitre upon his head, and clothed him with garments. And the angel of the LORD stood by.</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during focused prayer when Scripture and discernment support direct resistance to spiritual oppression.</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Keep commands brief, Christ-centered, non-theatrical, and directed at spiritual evil - never at the person. Prefer biblical language and stop if consent or safety deteriorates.</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Binding/loosing texts also concern kingdom authority, discipline, and communal decisions. Avoid speculative rankings, abusive interrogation, and presumptuous railing against celestial beings.</w:t>
      </w:r>
    </w:p>
    <w:p>
      <w:pPr>
        <w:pStyle w:val="ScriptureReference"/>
        <w:keepNext/>
        <w:pBdr>
          <w:bottom w:val="single" w:sz="2" w:space="1" w:color="D5DBE0"/>
        </w:pBdr>
      </w:pPr>
      <w:r>
        <w:t>Matthew 12:28-30</w:t>
      </w:r>
    </w:p>
    <w:p>
      <w:pPr>
        <w:pStyle w:val="EvidenceTag"/>
        <w:keepNext/>
      </w:pPr>
      <w:r>
        <w:t>Evidence A | Source IDs: S04 | Frank and Ida Mae Hammond / LHBC</w:t>
      </w:r>
    </w:p>
    <w:p>
      <w:pPr>
        <w:pStyle w:val="ScriptureText"/>
        <w:keepNext/>
      </w:pPr>
      <w:r>
        <w:rPr>
          <w:rFonts w:ascii="Liberation Sans" w:hAnsi="Liberation Sans" w:eastAsia="Liberation Sans"/>
          <w:b/>
          <w:color w:val="A67833"/>
          <w:sz w:val="15"/>
          <w:vertAlign w:val="superscript"/>
        </w:rPr>
        <w:t>28</w:t>
      </w:r>
      <w:r>
        <w:rPr>
          <w:rFonts w:ascii="Liberation Serif" w:hAnsi="Liberation Serif" w:eastAsia="Liberation Serif"/>
          <w:color w:val="20262E"/>
          <w:sz w:val="18"/>
        </w:rPr>
        <w:t xml:space="preserve"> But if I cast out devils by the Spirit of God, then the kingdom of God is come unto you.</w:t>
      </w:r>
      <w:r>
        <w:t xml:space="preserve"> </w:t>
      </w:r>
      <w:r>
        <w:rPr>
          <w:rFonts w:ascii="Liberation Sans" w:hAnsi="Liberation Sans" w:eastAsia="Liberation Sans"/>
          <w:b/>
          <w:color w:val="A67833"/>
          <w:sz w:val="15"/>
          <w:vertAlign w:val="superscript"/>
        </w:rPr>
        <w:t>29</w:t>
      </w:r>
      <w:r>
        <w:rPr>
          <w:rFonts w:ascii="Liberation Serif" w:hAnsi="Liberation Serif" w:eastAsia="Liberation Serif"/>
          <w:color w:val="20262E"/>
          <w:sz w:val="18"/>
        </w:rPr>
        <w:t xml:space="preserve"> Or else how can one enter into a strong man's house, and spoil his goods, except he first bind the strong man? and then he will spoil his house.</w:t>
      </w:r>
      <w:r>
        <w:t xml:space="preserve"> </w:t>
      </w:r>
      <w:r>
        <w:rPr>
          <w:rFonts w:ascii="Liberation Sans" w:hAnsi="Liberation Sans" w:eastAsia="Liberation Sans"/>
          <w:b/>
          <w:color w:val="A67833"/>
          <w:sz w:val="15"/>
          <w:vertAlign w:val="superscript"/>
        </w:rPr>
        <w:t>30</w:t>
      </w:r>
      <w:r>
        <w:rPr>
          <w:rFonts w:ascii="Liberation Serif" w:hAnsi="Liberation Serif" w:eastAsia="Liberation Serif"/>
          <w:color w:val="20262E"/>
          <w:sz w:val="18"/>
        </w:rPr>
        <w:t xml:space="preserve"> He that is not with me is against me; and he that gathereth not with me scattereth abroad.</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during focused prayer when Scripture and discernment support direct resistance to spiritual oppression.</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Keep commands brief, Christ-centered, non-theatrical, and directed at spiritual evil - never at the person. Prefer biblical language and stop if consent or safety deteriorates.</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Binding/loosing texts also concern kingdom authority, discipline, and communal decisions. Avoid speculative rankings, abusive interrogation, and presumptuous railing against celestial beings.</w:t>
      </w:r>
    </w:p>
    <w:p>
      <w:pPr>
        <w:pStyle w:val="ScriptureReference"/>
        <w:keepNext/>
        <w:pBdr>
          <w:bottom w:val="single" w:sz="2" w:space="1" w:color="D5DBE0"/>
        </w:pBdr>
      </w:pPr>
      <w:r>
        <w:t>Matthew 16:18-19</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18</w:t>
      </w:r>
      <w:r>
        <w:rPr>
          <w:rFonts w:ascii="Liberation Serif" w:hAnsi="Liberation Serif" w:eastAsia="Liberation Serif"/>
          <w:color w:val="20262E"/>
          <w:sz w:val="18"/>
        </w:rPr>
        <w:t xml:space="preserve"> And I say also unto thee, That thou art Peter, and upon this rock I will build my church; and the gates of hell shall not prevail against it.</w:t>
      </w:r>
      <w:r>
        <w:t xml:space="preserve"> </w:t>
      </w:r>
      <w:r>
        <w:rPr>
          <w:rFonts w:ascii="Liberation Sans" w:hAnsi="Liberation Sans" w:eastAsia="Liberation Sans"/>
          <w:b/>
          <w:color w:val="A67833"/>
          <w:sz w:val="15"/>
          <w:vertAlign w:val="superscript"/>
        </w:rPr>
        <w:t>19</w:t>
      </w:r>
      <w:r>
        <w:rPr>
          <w:rFonts w:ascii="Liberation Serif" w:hAnsi="Liberation Serif" w:eastAsia="Liberation Serif"/>
          <w:color w:val="20262E"/>
          <w:sz w:val="18"/>
        </w:rPr>
        <w:t xml:space="preserve"> And I will give unto thee the keys of the kingdom of heaven: and whatsoever thou shalt bind on earth shall be bound in heaven: and whatsoever thou shalt loose on earth shall be loosed in heaven.</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during focused prayer when Scripture and discernment support direct resistance to spiritual oppression.</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Keep commands brief, Christ-centered, non-theatrical, and directed at spiritual evil - never at the person. Prefer biblical language and stop if consent or safety deteriorates.</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Binding/loosing texts also concern kingdom authority, discipline, and communal decisions. Avoid speculative rankings, abusive interrogation, and presumptuous railing against celestial beings.</w:t>
      </w:r>
    </w:p>
    <w:p>
      <w:pPr>
        <w:pStyle w:val="ScriptureReference"/>
        <w:keepNext/>
        <w:pBdr>
          <w:bottom w:val="single" w:sz="2" w:space="1" w:color="D5DBE0"/>
        </w:pBdr>
      </w:pPr>
      <w:r>
        <w:t>Matthew 18:18-20</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18</w:t>
      </w:r>
      <w:r>
        <w:rPr>
          <w:rFonts w:ascii="Liberation Serif" w:hAnsi="Liberation Serif" w:eastAsia="Liberation Serif"/>
          <w:color w:val="20262E"/>
          <w:sz w:val="18"/>
        </w:rPr>
        <w:t xml:space="preserve"> Verily I say unto you, Whatsoever ye shall bind on earth shall be bound in heaven: and whatsoever ye shall loose on earth shall be loosed in heaven.</w:t>
      </w:r>
      <w:r>
        <w:t xml:space="preserve"> </w:t>
      </w:r>
      <w:r>
        <w:rPr>
          <w:rFonts w:ascii="Liberation Sans" w:hAnsi="Liberation Sans" w:eastAsia="Liberation Sans"/>
          <w:b/>
          <w:color w:val="A67833"/>
          <w:sz w:val="15"/>
          <w:vertAlign w:val="superscript"/>
        </w:rPr>
        <w:t>19</w:t>
      </w:r>
      <w:r>
        <w:rPr>
          <w:rFonts w:ascii="Liberation Serif" w:hAnsi="Liberation Serif" w:eastAsia="Liberation Serif"/>
          <w:color w:val="20262E"/>
          <w:sz w:val="18"/>
        </w:rPr>
        <w:t xml:space="preserve"> Again I say unto you, That if two of you shall agree on earth as touching any thing that they shall ask, it shall be done for them of my Father which is in heaven.</w:t>
      </w:r>
      <w:r>
        <w:t xml:space="preserve"> </w:t>
      </w:r>
      <w:r>
        <w:rPr>
          <w:rFonts w:ascii="Liberation Sans" w:hAnsi="Liberation Sans" w:eastAsia="Liberation Sans"/>
          <w:b/>
          <w:color w:val="A67833"/>
          <w:sz w:val="15"/>
          <w:vertAlign w:val="superscript"/>
        </w:rPr>
        <w:t>20</w:t>
      </w:r>
      <w:r>
        <w:rPr>
          <w:rFonts w:ascii="Liberation Serif" w:hAnsi="Liberation Serif" w:eastAsia="Liberation Serif"/>
          <w:color w:val="20262E"/>
          <w:sz w:val="18"/>
        </w:rPr>
        <w:t xml:space="preserve"> For where two or three are gathered together in my name, there am I in the midst of them.</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during focused prayer when Scripture and discernment support direct resistance to spiritual oppression.</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Keep commands brief, Christ-centered, non-theatrical, and directed at spiritual evil - never at the person. Prefer biblical language and stop if consent or safety deteriorates.</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Binding/loosing texts also concern kingdom authority, discipline, and communal decisions. Avoid speculative rankings, abusive interrogation, and presumptuous railing against celestial beings.</w:t>
      </w:r>
    </w:p>
    <w:p>
      <w:pPr>
        <w:pStyle w:val="ScriptureReference"/>
        <w:keepNext/>
        <w:pBdr>
          <w:bottom w:val="single" w:sz="2" w:space="1" w:color="D5DBE0"/>
        </w:pBdr>
      </w:pPr>
      <w:r>
        <w:t>Luke 11:20-23</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20</w:t>
      </w:r>
      <w:r>
        <w:rPr>
          <w:rFonts w:ascii="Liberation Serif" w:hAnsi="Liberation Serif" w:eastAsia="Liberation Serif"/>
          <w:color w:val="20262E"/>
          <w:sz w:val="18"/>
        </w:rPr>
        <w:t xml:space="preserve"> But if I with the finger of God cast out devils, no doubt the kingdom of God is come upon you.</w:t>
      </w:r>
      <w:r>
        <w:t xml:space="preserve"> </w:t>
      </w:r>
      <w:r>
        <w:rPr>
          <w:rFonts w:ascii="Liberation Sans" w:hAnsi="Liberation Sans" w:eastAsia="Liberation Sans"/>
          <w:b/>
          <w:color w:val="A67833"/>
          <w:sz w:val="15"/>
          <w:vertAlign w:val="superscript"/>
        </w:rPr>
        <w:t>21</w:t>
      </w:r>
      <w:r>
        <w:rPr>
          <w:rFonts w:ascii="Liberation Serif" w:hAnsi="Liberation Serif" w:eastAsia="Liberation Serif"/>
          <w:color w:val="20262E"/>
          <w:sz w:val="18"/>
        </w:rPr>
        <w:t xml:space="preserve"> When a strong man armed keepeth his palace, his goods are in peace:</w:t>
      </w:r>
      <w:r>
        <w:t xml:space="preserve"> </w:t>
      </w:r>
      <w:r>
        <w:rPr>
          <w:rFonts w:ascii="Liberation Sans" w:hAnsi="Liberation Sans" w:eastAsia="Liberation Sans"/>
          <w:b/>
          <w:color w:val="A67833"/>
          <w:sz w:val="15"/>
          <w:vertAlign w:val="superscript"/>
        </w:rPr>
        <w:t>22</w:t>
      </w:r>
      <w:r>
        <w:rPr>
          <w:rFonts w:ascii="Liberation Serif" w:hAnsi="Liberation Serif" w:eastAsia="Liberation Serif"/>
          <w:color w:val="20262E"/>
          <w:sz w:val="18"/>
        </w:rPr>
        <w:t xml:space="preserve"> But when a stronger than he shall come upon him, and overcome him, he taketh from him all his armour wherein he trusted, and divideth his spoils.</w:t>
      </w:r>
      <w:r>
        <w:t xml:space="preserve"> </w:t>
      </w:r>
      <w:r>
        <w:rPr>
          <w:rFonts w:ascii="Liberation Sans" w:hAnsi="Liberation Sans" w:eastAsia="Liberation Sans"/>
          <w:b/>
          <w:color w:val="A67833"/>
          <w:sz w:val="15"/>
          <w:vertAlign w:val="superscript"/>
        </w:rPr>
        <w:t>23</w:t>
      </w:r>
      <w:r>
        <w:rPr>
          <w:rFonts w:ascii="Liberation Serif" w:hAnsi="Liberation Serif" w:eastAsia="Liberation Serif"/>
          <w:color w:val="20262E"/>
          <w:sz w:val="18"/>
        </w:rPr>
        <w:t xml:space="preserve"> He that is not with me is against me: and he that gathereth not with me scattereth.</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during focused prayer when Scripture and discernment support direct resistance to spiritual oppression.</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Keep commands brief, Christ-centered, non-theatrical, and directed at spiritual evil - never at the person. Prefer biblical language and stop if consent or safety deteriorates.</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Binding/loosing texts also concern kingdom authority, discipline, and communal decisions. Avoid speculative rankings, abusive interrogation, and presumptuous railing against celestial beings.</w:t>
      </w:r>
    </w:p>
    <w:p>
      <w:pPr>
        <w:pStyle w:val="ScriptureReference"/>
        <w:keepNext/>
        <w:pBdr>
          <w:bottom w:val="single" w:sz="2" w:space="1" w:color="D5DBE0"/>
        </w:pBdr>
      </w:pPr>
      <w:r>
        <w:t>Acts 16:18</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18</w:t>
      </w:r>
      <w:r>
        <w:rPr>
          <w:rFonts w:ascii="Liberation Serif" w:hAnsi="Liberation Serif" w:eastAsia="Liberation Serif"/>
          <w:color w:val="20262E"/>
          <w:sz w:val="18"/>
        </w:rPr>
        <w:t xml:space="preserve"> And this did she many days. But Paul, being grieved, turned and said to the spirit, I command thee in the name of Jesus Christ to come out of her. And he came out the same hour.</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during focused prayer when Scripture and discernment support direct resistance to spiritual oppression.</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Keep commands brief, Christ-centered, non-theatrical, and directed at spiritual evil - never at the person. Prefer biblical language and stop if consent or safety deteriorates.</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Binding/loosing texts also concern kingdom authority, discipline, and communal decisions. Avoid speculative rankings, abusive interrogation, and presumptuous railing against celestial beings.</w:t>
      </w:r>
    </w:p>
    <w:p>
      <w:pPr>
        <w:pStyle w:val="ScriptureReference"/>
        <w:keepNext/>
        <w:pBdr>
          <w:bottom w:val="single" w:sz="2" w:space="1" w:color="D5DBE0"/>
        </w:pBdr>
      </w:pPr>
      <w:r>
        <w:t>Jude 8-10</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8</w:t>
      </w:r>
      <w:r>
        <w:rPr>
          <w:rFonts w:ascii="Liberation Serif" w:hAnsi="Liberation Serif" w:eastAsia="Liberation Serif"/>
          <w:color w:val="20262E"/>
          <w:sz w:val="18"/>
        </w:rPr>
        <w:t xml:space="preserve"> Likewise also these filthy dreamers defile the flesh, despise dominion, and speak evil of dignities.</w:t>
      </w:r>
      <w:r>
        <w:t xml:space="preserve"> </w:t>
      </w:r>
      <w:r>
        <w:rPr>
          <w:rFonts w:ascii="Liberation Sans" w:hAnsi="Liberation Sans" w:eastAsia="Liberation Sans"/>
          <w:b/>
          <w:color w:val="A67833"/>
          <w:sz w:val="15"/>
          <w:vertAlign w:val="superscript"/>
        </w:rPr>
        <w:t>9</w:t>
      </w:r>
      <w:r>
        <w:rPr>
          <w:rFonts w:ascii="Liberation Serif" w:hAnsi="Liberation Serif" w:eastAsia="Liberation Serif"/>
          <w:color w:val="20262E"/>
          <w:sz w:val="18"/>
        </w:rPr>
        <w:t xml:space="preserve"> Yet Michael the archangel, when contending with the devil he disputed about the body of Moses, durst not bring against him a railing accusation, but said, The Lord rebuke thee.</w:t>
      </w:r>
      <w:r>
        <w:t xml:space="preserve"> </w:t>
      </w:r>
      <w:r>
        <w:rPr>
          <w:rFonts w:ascii="Liberation Sans" w:hAnsi="Liberation Sans" w:eastAsia="Liberation Sans"/>
          <w:b/>
          <w:color w:val="A67833"/>
          <w:sz w:val="15"/>
          <w:vertAlign w:val="superscript"/>
        </w:rPr>
        <w:t>10</w:t>
      </w:r>
      <w:r>
        <w:rPr>
          <w:rFonts w:ascii="Liberation Serif" w:hAnsi="Liberation Serif" w:eastAsia="Liberation Serif"/>
          <w:color w:val="20262E"/>
          <w:sz w:val="18"/>
        </w:rPr>
        <w:t xml:space="preserve"> But these speak evil of those things which they know not: but what they know naturally, as brute beasts, in those things they corrupt themselves.</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When ministry language becomes boastful, insulting, or presumptuous toward spiritual beings.</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Use restrained biblical language and depend on the Lord's authority rather than theatrical abuse.</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Jude rebukes people who rail at dignities and contrasts them with Michael's restraint.</w:t>
      </w:r>
    </w:p>
    <w:p>
      <w:pPr>
        <w:pStyle w:val="ScriptureReference"/>
        <w:keepNext/>
        <w:pBdr>
          <w:bottom w:val="single" w:sz="2" w:space="1" w:color="D5DBE0"/>
        </w:pBdr>
      </w:pPr>
      <w:r>
        <w:t>2 Peter 2:10-11</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10</w:t>
      </w:r>
      <w:r>
        <w:rPr>
          <w:rFonts w:ascii="Liberation Serif" w:hAnsi="Liberation Serif" w:eastAsia="Liberation Serif"/>
          <w:color w:val="20262E"/>
          <w:sz w:val="18"/>
        </w:rPr>
        <w:t xml:space="preserve"> But chiefly them that walk after the flesh in the lust of uncleanness, and despise government. Presumptuous are they, selfwilled, they are not afraid to speak evil of dignities.</w:t>
      </w:r>
      <w:r>
        <w:t xml:space="preserve"> </w:t>
      </w:r>
      <w:r>
        <w:rPr>
          <w:rFonts w:ascii="Liberation Sans" w:hAnsi="Liberation Sans" w:eastAsia="Liberation Sans"/>
          <w:b/>
          <w:color w:val="A67833"/>
          <w:sz w:val="15"/>
          <w:vertAlign w:val="superscript"/>
        </w:rPr>
        <w:t>11</w:t>
      </w:r>
      <w:r>
        <w:rPr>
          <w:rFonts w:ascii="Liberation Serif" w:hAnsi="Liberation Serif" w:eastAsia="Liberation Serif"/>
          <w:color w:val="20262E"/>
          <w:sz w:val="18"/>
        </w:rPr>
        <w:t xml:space="preserve"> Whereas angels, which are greater in power and might, bring not railing accusation against them before the Lord.</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during focused prayer when Scripture and discernment support direct resistance to spiritual oppression.</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Keep commands brief, Christ-centered, non-theatrical, and directed at spiritual evil - never at the person. Prefer biblical language and stop if consent or safety deteriorates.</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Binding/loosing texts also concern kingdom authority, discipline, and communal decisions. Avoid speculative rankings, abusive interrogation, and presumptuous railing against celestial beings.</w:t>
      </w:r>
    </w:p>
    <w:p>
      <w:pPr>
        <w:pStyle w:val="Heading1"/>
        <w:keepNext/>
        <w:pageBreakBefore/>
        <w:pBdr>
          <w:bottom w:val="single" w:sz="8" w:space="2" w:color="A67833"/>
        </w:pBdr>
      </w:pPr>
      <w:r>
        <w:t>6.10 Testing Spirits, Discernment, Truth, and Protection from Deception</w:t>
      </w:r>
    </w:p>
    <w:p>
      <w:pPr>
        <w:pStyle w:val="Guidance"/>
      </w:pPr>
      <w:r>
        <w:rPr>
          <w:rFonts w:ascii="Liberation Sans" w:hAnsi="Liberation Sans" w:eastAsia="Liberation Sans"/>
          <w:b/>
          <w:color w:val="18324A"/>
          <w:sz w:val="17"/>
        </w:rPr>
        <w:t xml:space="preserve">Use this section when: </w:t>
      </w:r>
      <w:r>
        <w:rPr>
          <w:rFonts w:ascii="Liberation Sans" w:hAnsi="Liberation Sans" w:eastAsia="Liberation Sans"/>
          <w:color w:val="20262E"/>
          <w:sz w:val="17"/>
        </w:rPr>
        <w:t>Use when revelations, prophecies, inner voices, manifestations, unusual experiences, or ministry claims need evaluation.</w:t>
      </w:r>
    </w:p>
    <w:p>
      <w:pPr>
        <w:pStyle w:val="Guidance"/>
      </w:pPr>
      <w:r>
        <w:rPr>
          <w:rFonts w:ascii="Liberation Sans" w:hAnsi="Liberation Sans" w:eastAsia="Liberation Sans"/>
          <w:b/>
          <w:color w:val="18324A"/>
          <w:sz w:val="17"/>
        </w:rPr>
        <w:t xml:space="preserve">Ministry method: </w:t>
      </w:r>
      <w:r>
        <w:rPr>
          <w:rFonts w:ascii="Liberation Sans" w:hAnsi="Liberation Sans" w:eastAsia="Liberation Sans"/>
          <w:color w:val="20262E"/>
          <w:sz w:val="17"/>
        </w:rPr>
        <w:t>Test confession about Jesus, agreement with Scripture, moral fruit, wisdom, accountability, and facts. Seek multiple mature witnesses and remain teachable.</w:t>
      </w:r>
    </w:p>
    <w:p>
      <w:pPr>
        <w:pStyle w:val="Guidance"/>
      </w:pPr>
      <w:r>
        <w:rPr>
          <w:rFonts w:ascii="Liberation Sans" w:hAnsi="Liberation Sans" w:eastAsia="Liberation Sans"/>
          <w:b/>
          <w:color w:val="18324A"/>
          <w:sz w:val="17"/>
        </w:rPr>
        <w:t xml:space="preserve">Section control: </w:t>
      </w:r>
      <w:r>
        <w:rPr>
          <w:rFonts w:ascii="Liberation Sans" w:hAnsi="Liberation Sans" w:eastAsia="Liberation Sans"/>
          <w:color w:val="20262E"/>
          <w:sz w:val="17"/>
        </w:rPr>
        <w:t>Discernment is not suspicion without evidence. Mental-health symptoms, trauma reactions, neurological events, or ordinary mistakes must not automatically be labeled demonic.</w:t>
      </w:r>
    </w:p>
    <w:p>
      <w:pPr>
        <w:pStyle w:val="SmallNote"/>
      </w:pPr>
      <w:r>
        <w:t>16 operational passage entries</w:t>
      </w:r>
    </w:p>
    <w:p>
      <w:pPr>
        <w:pStyle w:val="ScriptureReference"/>
        <w:keepNext/>
        <w:pBdr>
          <w:bottom w:val="single" w:sz="2" w:space="1" w:color="D5DBE0"/>
        </w:pBdr>
      </w:pPr>
      <w:r>
        <w:t>Deuteronomy 13:1-5</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w:t>
      </w:r>
      <w:r>
        <w:rPr>
          <w:rFonts w:ascii="Liberation Serif" w:hAnsi="Liberation Serif" w:eastAsia="Liberation Serif"/>
          <w:color w:val="20262E"/>
          <w:sz w:val="18"/>
        </w:rPr>
        <w:t xml:space="preserve"> If there arise among you a prophet, or a dreamer of dreams, and giveth thee a sign or a wonder,</w:t>
      </w:r>
      <w:r>
        <w:t xml:space="preserve"> </w:t>
      </w:r>
      <w:r>
        <w:rPr>
          <w:rFonts w:ascii="Liberation Sans" w:hAnsi="Liberation Sans" w:eastAsia="Liberation Sans"/>
          <w:b/>
          <w:color w:val="A67833"/>
          <w:sz w:val="15"/>
          <w:vertAlign w:val="superscript"/>
        </w:rPr>
        <w:t>2</w:t>
      </w:r>
      <w:r>
        <w:rPr>
          <w:rFonts w:ascii="Liberation Serif" w:hAnsi="Liberation Serif" w:eastAsia="Liberation Serif"/>
          <w:color w:val="20262E"/>
          <w:sz w:val="18"/>
        </w:rPr>
        <w:t xml:space="preserve"> And the sign or the wonder come to pass, whereof he spake unto thee, saying, Let us go after other gods, which thou hast not known, and let us serve them;</w:t>
      </w:r>
      <w:r>
        <w:t xml:space="preserve"> </w:t>
      </w:r>
      <w:r>
        <w:rPr>
          <w:rFonts w:ascii="Liberation Sans" w:hAnsi="Liberation Sans" w:eastAsia="Liberation Sans"/>
          <w:b/>
          <w:color w:val="A67833"/>
          <w:sz w:val="15"/>
          <w:vertAlign w:val="superscript"/>
        </w:rPr>
        <w:t>3</w:t>
      </w:r>
      <w:r>
        <w:rPr>
          <w:rFonts w:ascii="Liberation Serif" w:hAnsi="Liberation Serif" w:eastAsia="Liberation Serif"/>
          <w:color w:val="20262E"/>
          <w:sz w:val="18"/>
        </w:rPr>
        <w:t xml:space="preserve"> Thou shalt not hearken unto the words of that prophet, or that dreamer of dreams: for the LORD your God proveth you, to know whether ye love the LORD your God with all your heart and with all your soul.</w:t>
      </w:r>
      <w:r>
        <w:t xml:space="preserve"> </w:t>
      </w:r>
      <w:r>
        <w:rPr>
          <w:rFonts w:ascii="Liberation Sans" w:hAnsi="Liberation Sans" w:eastAsia="Liberation Sans"/>
          <w:b/>
          <w:color w:val="A67833"/>
          <w:sz w:val="15"/>
          <w:vertAlign w:val="superscript"/>
        </w:rPr>
        <w:t>4</w:t>
      </w:r>
      <w:r>
        <w:rPr>
          <w:rFonts w:ascii="Liberation Serif" w:hAnsi="Liberation Serif" w:eastAsia="Liberation Serif"/>
          <w:color w:val="20262E"/>
          <w:sz w:val="18"/>
        </w:rPr>
        <w:t xml:space="preserve"> Ye shall walk after the LORD your God, and fear him, and keep his commandments, and obey his voice, and ye shall serve him, and cleave unto him.</w:t>
      </w:r>
      <w:r>
        <w:t xml:space="preserve"> </w:t>
      </w:r>
      <w:r>
        <w:rPr>
          <w:rFonts w:ascii="Liberation Sans" w:hAnsi="Liberation Sans" w:eastAsia="Liberation Sans"/>
          <w:b/>
          <w:color w:val="A67833"/>
          <w:sz w:val="15"/>
          <w:vertAlign w:val="superscript"/>
        </w:rPr>
        <w:t>5</w:t>
      </w:r>
      <w:r>
        <w:rPr>
          <w:rFonts w:ascii="Liberation Serif" w:hAnsi="Liberation Serif" w:eastAsia="Liberation Serif"/>
          <w:color w:val="20262E"/>
          <w:sz w:val="18"/>
        </w:rPr>
        <w:t xml:space="preserve"> And that prophet, or that dreamer of dreams, shall be put to death; because he hath spoken to turn you away from the LORD your God, which brought you out of the land of Egypt, and redeemed you out of the house of bondage, to thrust thee out of the way which the LORD thy God commanded thee to walk in. So shalt thou put the evil away from the midst of thee.</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revelations, prophecies, inner voices, manifestations, unusual experiences, or ministry claims need evaluation.</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Test confession about Jesus, agreement with Scripture, moral fruit, wisdom, accountability, and facts. Seek multiple mature witnesses and remain teachable.</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Discernment is not suspicion without evidence. Mental-health symptoms, trauma reactions, neurological events, or ordinary mistakes must not automatically be labeled demonic.</w:t>
      </w:r>
    </w:p>
    <w:p>
      <w:pPr>
        <w:pStyle w:val="ScriptureReference"/>
        <w:keepNext/>
        <w:pBdr>
          <w:bottom w:val="single" w:sz="2" w:space="1" w:color="D5DBE0"/>
        </w:pBdr>
      </w:pPr>
      <w:r>
        <w:t>Matthew 7:15-23</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15</w:t>
      </w:r>
      <w:r>
        <w:rPr>
          <w:rFonts w:ascii="Liberation Serif" w:hAnsi="Liberation Serif" w:eastAsia="Liberation Serif"/>
          <w:color w:val="20262E"/>
          <w:sz w:val="18"/>
        </w:rPr>
        <w:t xml:space="preserve"> Beware of false prophets, which come to you in sheep's clothing, but inwardly they are ravening wolves.</w:t>
      </w:r>
      <w:r>
        <w:t xml:space="preserve"> </w:t>
      </w:r>
      <w:r>
        <w:rPr>
          <w:rFonts w:ascii="Liberation Sans" w:hAnsi="Liberation Sans" w:eastAsia="Liberation Sans"/>
          <w:b/>
          <w:color w:val="A67833"/>
          <w:sz w:val="15"/>
          <w:vertAlign w:val="superscript"/>
        </w:rPr>
        <w:t>16</w:t>
      </w:r>
      <w:r>
        <w:rPr>
          <w:rFonts w:ascii="Liberation Serif" w:hAnsi="Liberation Serif" w:eastAsia="Liberation Serif"/>
          <w:color w:val="20262E"/>
          <w:sz w:val="18"/>
        </w:rPr>
        <w:t xml:space="preserve"> Ye shall know them by their fruits. Do men gather grapes of thorns, or figs of thistles?</w:t>
      </w:r>
      <w:r>
        <w:t xml:space="preserve"> </w:t>
      </w:r>
      <w:r>
        <w:rPr>
          <w:rFonts w:ascii="Liberation Sans" w:hAnsi="Liberation Sans" w:eastAsia="Liberation Sans"/>
          <w:b/>
          <w:color w:val="A67833"/>
          <w:sz w:val="15"/>
          <w:vertAlign w:val="superscript"/>
        </w:rPr>
        <w:t>17</w:t>
      </w:r>
      <w:r>
        <w:rPr>
          <w:rFonts w:ascii="Liberation Serif" w:hAnsi="Liberation Serif" w:eastAsia="Liberation Serif"/>
          <w:color w:val="20262E"/>
          <w:sz w:val="18"/>
        </w:rPr>
        <w:t xml:space="preserve"> Even so every good tree bringeth forth good fruit; but a corrupt tree bringeth forth evil fruit.</w:t>
      </w:r>
      <w:r>
        <w:t xml:space="preserve"> </w:t>
      </w:r>
      <w:r>
        <w:rPr>
          <w:rFonts w:ascii="Liberation Sans" w:hAnsi="Liberation Sans" w:eastAsia="Liberation Sans"/>
          <w:b/>
          <w:color w:val="A67833"/>
          <w:sz w:val="15"/>
          <w:vertAlign w:val="superscript"/>
        </w:rPr>
        <w:t>18</w:t>
      </w:r>
      <w:r>
        <w:rPr>
          <w:rFonts w:ascii="Liberation Serif" w:hAnsi="Liberation Serif" w:eastAsia="Liberation Serif"/>
          <w:color w:val="20262E"/>
          <w:sz w:val="18"/>
        </w:rPr>
        <w:t xml:space="preserve"> A good tree cannot bring forth evil fruit, neither can a corrupt tree bring forth good fruit.</w:t>
      </w:r>
      <w:r>
        <w:t xml:space="preserve"> </w:t>
      </w:r>
      <w:r>
        <w:rPr>
          <w:rFonts w:ascii="Liberation Sans" w:hAnsi="Liberation Sans" w:eastAsia="Liberation Sans"/>
          <w:b/>
          <w:color w:val="A67833"/>
          <w:sz w:val="15"/>
          <w:vertAlign w:val="superscript"/>
        </w:rPr>
        <w:t>19</w:t>
      </w:r>
      <w:r>
        <w:rPr>
          <w:rFonts w:ascii="Liberation Serif" w:hAnsi="Liberation Serif" w:eastAsia="Liberation Serif"/>
          <w:color w:val="20262E"/>
          <w:sz w:val="18"/>
        </w:rPr>
        <w:t xml:space="preserve"> Every tree that bringeth not forth good fruit is hewn down, and cast into the fire.</w:t>
      </w:r>
      <w:r>
        <w:t xml:space="preserve"> </w:t>
      </w:r>
      <w:r>
        <w:rPr>
          <w:rFonts w:ascii="Liberation Sans" w:hAnsi="Liberation Sans" w:eastAsia="Liberation Sans"/>
          <w:b/>
          <w:color w:val="A67833"/>
          <w:sz w:val="15"/>
          <w:vertAlign w:val="superscript"/>
        </w:rPr>
        <w:t>20</w:t>
      </w:r>
      <w:r>
        <w:rPr>
          <w:rFonts w:ascii="Liberation Serif" w:hAnsi="Liberation Serif" w:eastAsia="Liberation Serif"/>
          <w:color w:val="20262E"/>
          <w:sz w:val="18"/>
        </w:rPr>
        <w:t xml:space="preserve"> Wherefore by their fruits ye shall know them.</w:t>
      </w:r>
      <w:r>
        <w:t xml:space="preserve"> </w:t>
      </w:r>
      <w:r>
        <w:rPr>
          <w:rFonts w:ascii="Liberation Sans" w:hAnsi="Liberation Sans" w:eastAsia="Liberation Sans"/>
          <w:b/>
          <w:color w:val="A67833"/>
          <w:sz w:val="15"/>
          <w:vertAlign w:val="superscript"/>
        </w:rPr>
        <w:t>21</w:t>
      </w:r>
      <w:r>
        <w:rPr>
          <w:rFonts w:ascii="Liberation Serif" w:hAnsi="Liberation Serif" w:eastAsia="Liberation Serif"/>
          <w:color w:val="20262E"/>
          <w:sz w:val="18"/>
        </w:rPr>
        <w:t xml:space="preserve"> Not every one that saith unto me, Lord, Lord, shall enter into the kingdom of heaven; but he that doeth the will of my Father which is in heaven.</w:t>
      </w:r>
      <w:r>
        <w:t xml:space="preserve"> </w:t>
      </w:r>
      <w:r>
        <w:rPr>
          <w:rFonts w:ascii="Liberation Sans" w:hAnsi="Liberation Sans" w:eastAsia="Liberation Sans"/>
          <w:b/>
          <w:color w:val="A67833"/>
          <w:sz w:val="15"/>
          <w:vertAlign w:val="superscript"/>
        </w:rPr>
        <w:t>22</w:t>
      </w:r>
      <w:r>
        <w:rPr>
          <w:rFonts w:ascii="Liberation Serif" w:hAnsi="Liberation Serif" w:eastAsia="Liberation Serif"/>
          <w:color w:val="20262E"/>
          <w:sz w:val="18"/>
        </w:rPr>
        <w:t xml:space="preserve"> Many will say to me in that day, Lord, Lord, have we not prophesied in thy name? and in thy name have cast out devils? and in thy name done many wonderful works?</w:t>
      </w:r>
      <w:r>
        <w:t xml:space="preserve"> </w:t>
      </w:r>
      <w:r>
        <w:rPr>
          <w:rFonts w:ascii="Liberation Sans" w:hAnsi="Liberation Sans" w:eastAsia="Liberation Sans"/>
          <w:b/>
          <w:color w:val="A67833"/>
          <w:sz w:val="15"/>
          <w:vertAlign w:val="superscript"/>
        </w:rPr>
        <w:t>23</w:t>
      </w:r>
      <w:r>
        <w:rPr>
          <w:rFonts w:ascii="Liberation Serif" w:hAnsi="Liberation Serif" w:eastAsia="Liberation Serif"/>
          <w:color w:val="20262E"/>
          <w:sz w:val="18"/>
        </w:rPr>
        <w:t xml:space="preserve"> And then will I profess unto them, I never knew you: depart from me, ye that work iniquity.</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revelations, prophecies, inner voices, manifestations, unusual experiences, or ministry claims need evaluation.</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Test confession about Jesus, agreement with Scripture, moral fruit, wisdom, accountability, and facts. Seek multiple mature witnesses and remain teachable.</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Discernment is not suspicion without evidence. Mental-health symptoms, trauma reactions, neurological events, or ordinary mistakes must not automatically be labeled demonic.</w:t>
      </w:r>
    </w:p>
    <w:p>
      <w:pPr>
        <w:pStyle w:val="ScriptureReference"/>
        <w:keepNext/>
        <w:pBdr>
          <w:bottom w:val="single" w:sz="2" w:space="1" w:color="D5DBE0"/>
        </w:pBdr>
      </w:pPr>
      <w:r>
        <w:t>Matthew 24:4-5,23-27</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4</w:t>
      </w:r>
      <w:r>
        <w:rPr>
          <w:rFonts w:ascii="Liberation Serif" w:hAnsi="Liberation Serif" w:eastAsia="Liberation Serif"/>
          <w:color w:val="20262E"/>
          <w:sz w:val="18"/>
        </w:rPr>
        <w:t xml:space="preserve"> And Jesus answered and said unto them, Take heed that no man deceive you.</w:t>
      </w:r>
      <w:r>
        <w:t xml:space="preserve"> </w:t>
      </w:r>
      <w:r>
        <w:rPr>
          <w:rFonts w:ascii="Liberation Sans" w:hAnsi="Liberation Sans" w:eastAsia="Liberation Sans"/>
          <w:b/>
          <w:color w:val="A67833"/>
          <w:sz w:val="15"/>
          <w:vertAlign w:val="superscript"/>
        </w:rPr>
        <w:t>5</w:t>
      </w:r>
      <w:r>
        <w:rPr>
          <w:rFonts w:ascii="Liberation Serif" w:hAnsi="Liberation Serif" w:eastAsia="Liberation Serif"/>
          <w:color w:val="20262E"/>
          <w:sz w:val="18"/>
        </w:rPr>
        <w:t xml:space="preserve"> For many shall come in my name, saying, I am Christ; and shall deceive many.</w:t>
      </w:r>
      <w:r>
        <w:t xml:space="preserve"> </w:t>
      </w:r>
      <w:r>
        <w:rPr>
          <w:rFonts w:ascii="Liberation Sans" w:hAnsi="Liberation Sans" w:eastAsia="Liberation Sans"/>
          <w:b/>
          <w:color w:val="A67833"/>
          <w:sz w:val="15"/>
          <w:vertAlign w:val="superscript"/>
        </w:rPr>
        <w:t>23</w:t>
      </w:r>
      <w:r>
        <w:rPr>
          <w:rFonts w:ascii="Liberation Serif" w:hAnsi="Liberation Serif" w:eastAsia="Liberation Serif"/>
          <w:color w:val="20262E"/>
          <w:sz w:val="18"/>
        </w:rPr>
        <w:t xml:space="preserve"> Then if any man shall say unto you, Lo, here is Christ, or there; believe it not.</w:t>
      </w:r>
      <w:r>
        <w:t xml:space="preserve"> </w:t>
      </w:r>
      <w:r>
        <w:rPr>
          <w:rFonts w:ascii="Liberation Sans" w:hAnsi="Liberation Sans" w:eastAsia="Liberation Sans"/>
          <w:b/>
          <w:color w:val="A67833"/>
          <w:sz w:val="15"/>
          <w:vertAlign w:val="superscript"/>
        </w:rPr>
        <w:t>24</w:t>
      </w:r>
      <w:r>
        <w:rPr>
          <w:rFonts w:ascii="Liberation Serif" w:hAnsi="Liberation Serif" w:eastAsia="Liberation Serif"/>
          <w:color w:val="20262E"/>
          <w:sz w:val="18"/>
        </w:rPr>
        <w:t xml:space="preserve"> For there shall arise false Christs, and false prophets, and shall shew great signs and wonders; insomuch that, if it were possible, they shall deceive the very elect.</w:t>
      </w:r>
      <w:r>
        <w:t xml:space="preserve"> </w:t>
      </w:r>
      <w:r>
        <w:rPr>
          <w:rFonts w:ascii="Liberation Sans" w:hAnsi="Liberation Sans" w:eastAsia="Liberation Sans"/>
          <w:b/>
          <w:color w:val="A67833"/>
          <w:sz w:val="15"/>
          <w:vertAlign w:val="superscript"/>
        </w:rPr>
        <w:t>25</w:t>
      </w:r>
      <w:r>
        <w:rPr>
          <w:rFonts w:ascii="Liberation Serif" w:hAnsi="Liberation Serif" w:eastAsia="Liberation Serif"/>
          <w:color w:val="20262E"/>
          <w:sz w:val="18"/>
        </w:rPr>
        <w:t xml:space="preserve"> Behold, I have told you before.</w:t>
      </w:r>
      <w:r>
        <w:t xml:space="preserve"> </w:t>
      </w:r>
      <w:r>
        <w:rPr>
          <w:rFonts w:ascii="Liberation Sans" w:hAnsi="Liberation Sans" w:eastAsia="Liberation Sans"/>
          <w:b/>
          <w:color w:val="A67833"/>
          <w:sz w:val="15"/>
          <w:vertAlign w:val="superscript"/>
        </w:rPr>
        <w:t>26</w:t>
      </w:r>
      <w:r>
        <w:rPr>
          <w:rFonts w:ascii="Liberation Serif" w:hAnsi="Liberation Serif" w:eastAsia="Liberation Serif"/>
          <w:color w:val="20262E"/>
          <w:sz w:val="18"/>
        </w:rPr>
        <w:t xml:space="preserve"> Wherefore if they shall say unto you, Behold, he is in the desert; go not forth: behold, he is in the secret chambers; believe it not.</w:t>
      </w:r>
      <w:r>
        <w:t xml:space="preserve"> </w:t>
      </w:r>
      <w:r>
        <w:rPr>
          <w:rFonts w:ascii="Liberation Sans" w:hAnsi="Liberation Sans" w:eastAsia="Liberation Sans"/>
          <w:b/>
          <w:color w:val="A67833"/>
          <w:sz w:val="15"/>
          <w:vertAlign w:val="superscript"/>
        </w:rPr>
        <w:t>27</w:t>
      </w:r>
      <w:r>
        <w:rPr>
          <w:rFonts w:ascii="Liberation Serif" w:hAnsi="Liberation Serif" w:eastAsia="Liberation Serif"/>
          <w:color w:val="20262E"/>
          <w:sz w:val="18"/>
        </w:rPr>
        <w:t xml:space="preserve"> For as the lightning cometh out of the east, and shineth even unto the west; so shall also the coming of the Son of man be.</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revelations, prophecies, inner voices, manifestations, unusual experiences, or ministry claims need evaluation.</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Test confession about Jesus, agreement with Scripture, moral fruit, wisdom, accountability, and facts. Seek multiple mature witnesses and remain teachable.</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Discernment is not suspicion without evidence. Mental-health symptoms, trauma reactions, neurological events, or ordinary mistakes must not automatically be labeled demonic.</w:t>
      </w:r>
    </w:p>
    <w:p>
      <w:pPr>
        <w:pStyle w:val="ScriptureReference"/>
        <w:keepNext/>
        <w:pBdr>
          <w:bottom w:val="single" w:sz="2" w:space="1" w:color="D5DBE0"/>
        </w:pBdr>
      </w:pPr>
      <w:r>
        <w:t>John 7:17</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17</w:t>
      </w:r>
      <w:r>
        <w:rPr>
          <w:rFonts w:ascii="Liberation Serif" w:hAnsi="Liberation Serif" w:eastAsia="Liberation Serif"/>
          <w:color w:val="20262E"/>
          <w:sz w:val="18"/>
        </w:rPr>
        <w:t xml:space="preserve"> If any man will do his will, he shall know of the doctrine, whether it be of God, or whether I speak of myself.</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revelations, prophecies, inner voices, manifestations, unusual experiences, or ministry claims need evaluation.</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Test confession about Jesus, agreement with Scripture, moral fruit, wisdom, accountability, and facts. Seek multiple mature witnesses and remain teachable.</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Discernment is not suspicion without evidence. Mental-health symptoms, trauma reactions, neurological events, or ordinary mistakes must not automatically be labeled demonic.</w:t>
      </w:r>
    </w:p>
    <w:p>
      <w:pPr>
        <w:pStyle w:val="ScriptureReference"/>
        <w:keepNext/>
        <w:pBdr>
          <w:bottom w:val="single" w:sz="2" w:space="1" w:color="D5DBE0"/>
        </w:pBdr>
      </w:pPr>
      <w:r>
        <w:t>Acts 17:10-12</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10</w:t>
      </w:r>
      <w:r>
        <w:rPr>
          <w:rFonts w:ascii="Liberation Serif" w:hAnsi="Liberation Serif" w:eastAsia="Liberation Serif"/>
          <w:color w:val="20262E"/>
          <w:sz w:val="18"/>
        </w:rPr>
        <w:t xml:space="preserve"> And the brethren immediately sent away Paul and Silas by night unto Berea: who coming thither went into the synagogue of the Jews.</w:t>
      </w:r>
      <w:r>
        <w:t xml:space="preserve"> </w:t>
      </w:r>
      <w:r>
        <w:rPr>
          <w:rFonts w:ascii="Liberation Sans" w:hAnsi="Liberation Sans" w:eastAsia="Liberation Sans"/>
          <w:b/>
          <w:color w:val="A67833"/>
          <w:sz w:val="15"/>
          <w:vertAlign w:val="superscript"/>
        </w:rPr>
        <w:t>11</w:t>
      </w:r>
      <w:r>
        <w:rPr>
          <w:rFonts w:ascii="Liberation Serif" w:hAnsi="Liberation Serif" w:eastAsia="Liberation Serif"/>
          <w:color w:val="20262E"/>
          <w:sz w:val="18"/>
        </w:rPr>
        <w:t xml:space="preserve"> These were more noble than those in Thessalonica, in that they received the word with all readiness of mind, and searched the scriptures daily, whether those things were so.</w:t>
      </w:r>
      <w:r>
        <w:t xml:space="preserve"> </w:t>
      </w:r>
      <w:r>
        <w:rPr>
          <w:rFonts w:ascii="Liberation Sans" w:hAnsi="Liberation Sans" w:eastAsia="Liberation Sans"/>
          <w:b/>
          <w:color w:val="A67833"/>
          <w:sz w:val="15"/>
          <w:vertAlign w:val="superscript"/>
        </w:rPr>
        <w:t>12</w:t>
      </w:r>
      <w:r>
        <w:rPr>
          <w:rFonts w:ascii="Liberation Serif" w:hAnsi="Liberation Serif" w:eastAsia="Liberation Serif"/>
          <w:color w:val="20262E"/>
          <w:sz w:val="18"/>
        </w:rPr>
        <w:t xml:space="preserve"> Therefore many of them believed; also of honourable women which were Greeks, and of men, not a few.</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revelations, prophecies, inner voices, manifestations, unusual experiences, or ministry claims need evaluation.</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Test confession about Jesus, agreement with Scripture, moral fruit, wisdom, accountability, and facts. Seek multiple mature witnesses and remain teachable.</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Discernment is not suspicion without evidence. Mental-health symptoms, trauma reactions, neurological events, or ordinary mistakes must not automatically be labeled demonic.</w:t>
      </w:r>
    </w:p>
    <w:p>
      <w:pPr>
        <w:pStyle w:val="ScriptureReference"/>
        <w:keepNext/>
        <w:pBdr>
          <w:bottom w:val="single" w:sz="2" w:space="1" w:color="D5DBE0"/>
        </w:pBdr>
      </w:pPr>
      <w:r>
        <w:t>Romans 16:17-20</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17</w:t>
      </w:r>
      <w:r>
        <w:rPr>
          <w:rFonts w:ascii="Liberation Serif" w:hAnsi="Liberation Serif" w:eastAsia="Liberation Serif"/>
          <w:color w:val="20262E"/>
          <w:sz w:val="18"/>
        </w:rPr>
        <w:t xml:space="preserve"> Now I beseech you, brethren, mark them which cause divisions and offences contrary to the doctrine which ye have learned; and avoid them.</w:t>
      </w:r>
      <w:r>
        <w:t xml:space="preserve"> </w:t>
      </w:r>
      <w:r>
        <w:rPr>
          <w:rFonts w:ascii="Liberation Sans" w:hAnsi="Liberation Sans" w:eastAsia="Liberation Sans"/>
          <w:b/>
          <w:color w:val="A67833"/>
          <w:sz w:val="15"/>
          <w:vertAlign w:val="superscript"/>
        </w:rPr>
        <w:t>18</w:t>
      </w:r>
      <w:r>
        <w:rPr>
          <w:rFonts w:ascii="Liberation Serif" w:hAnsi="Liberation Serif" w:eastAsia="Liberation Serif"/>
          <w:color w:val="20262E"/>
          <w:sz w:val="18"/>
        </w:rPr>
        <w:t xml:space="preserve"> For they that are such serve not our Lord Jesus Christ, but their own belly; and by good words and fair speeches deceive the hearts of the simple.</w:t>
      </w:r>
      <w:r>
        <w:t xml:space="preserve"> </w:t>
      </w:r>
      <w:r>
        <w:rPr>
          <w:rFonts w:ascii="Liberation Sans" w:hAnsi="Liberation Sans" w:eastAsia="Liberation Sans"/>
          <w:b/>
          <w:color w:val="A67833"/>
          <w:sz w:val="15"/>
          <w:vertAlign w:val="superscript"/>
        </w:rPr>
        <w:t>19</w:t>
      </w:r>
      <w:r>
        <w:rPr>
          <w:rFonts w:ascii="Liberation Serif" w:hAnsi="Liberation Serif" w:eastAsia="Liberation Serif"/>
          <w:color w:val="20262E"/>
          <w:sz w:val="18"/>
        </w:rPr>
        <w:t xml:space="preserve"> For your obedience is come abroad unto all men. I am glad therefore on your behalf: but yet I would have you wise unto that which is good, and simple concerning evil.</w:t>
      </w:r>
      <w:r>
        <w:t xml:space="preserve"> </w:t>
      </w:r>
      <w:r>
        <w:rPr>
          <w:rFonts w:ascii="Liberation Sans" w:hAnsi="Liberation Sans" w:eastAsia="Liberation Sans"/>
          <w:b/>
          <w:color w:val="A67833"/>
          <w:sz w:val="15"/>
          <w:vertAlign w:val="superscript"/>
        </w:rPr>
        <w:t>20</w:t>
      </w:r>
      <w:r>
        <w:rPr>
          <w:rFonts w:ascii="Liberation Serif" w:hAnsi="Liberation Serif" w:eastAsia="Liberation Serif"/>
          <w:color w:val="20262E"/>
          <w:sz w:val="18"/>
        </w:rPr>
        <w:t xml:space="preserve"> And the God of peace shall bruise Satan under your feet shortly. The grace of our Lord Jesus Christ be with you. Amen.</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revelations, prophecies, inner voices, manifestations, unusual experiences, or ministry claims need evaluation.</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Test confession about Jesus, agreement with Scripture, moral fruit, wisdom, accountability, and facts. Seek multiple mature witnesses and remain teachable.</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Discernment is not suspicion without evidence. Mental-health symptoms, trauma reactions, neurological events, or ordinary mistakes must not automatically be labeled demonic.</w:t>
      </w:r>
    </w:p>
    <w:p>
      <w:pPr>
        <w:pStyle w:val="ScriptureReference"/>
        <w:keepNext/>
        <w:pBdr>
          <w:bottom w:val="single" w:sz="2" w:space="1" w:color="D5DBE0"/>
        </w:pBdr>
      </w:pPr>
      <w:r>
        <w:t>1 Corinthians 12:1-11</w:t>
      </w:r>
    </w:p>
    <w:p>
      <w:pPr>
        <w:pStyle w:val="EvidenceTag"/>
        <w:keepNext/>
      </w:pPr>
      <w:r>
        <w:t>Evidence A | Source IDs: S13, S04 | Impact Christian Books / Frank Hammond; Frank and Ida Mae Hammond / LHBC</w:t>
      </w:r>
    </w:p>
    <w:p>
      <w:pPr>
        <w:pStyle w:val="ScriptureText"/>
        <w:keepNext/>
      </w:pPr>
      <w:r>
        <w:rPr>
          <w:rFonts w:ascii="Liberation Sans" w:hAnsi="Liberation Sans" w:eastAsia="Liberation Sans"/>
          <w:b/>
          <w:color w:val="A67833"/>
          <w:sz w:val="15"/>
          <w:vertAlign w:val="superscript"/>
        </w:rPr>
        <w:t>1</w:t>
      </w:r>
      <w:r>
        <w:rPr>
          <w:rFonts w:ascii="Liberation Serif" w:hAnsi="Liberation Serif" w:eastAsia="Liberation Serif"/>
          <w:color w:val="20262E"/>
          <w:sz w:val="18"/>
        </w:rPr>
        <w:t xml:space="preserve"> Now concerning spiritual gifts, brethren, I would not have you ignorant.</w:t>
      </w:r>
      <w:r>
        <w:t xml:space="preserve"> </w:t>
      </w:r>
      <w:r>
        <w:rPr>
          <w:rFonts w:ascii="Liberation Sans" w:hAnsi="Liberation Sans" w:eastAsia="Liberation Sans"/>
          <w:b/>
          <w:color w:val="A67833"/>
          <w:sz w:val="15"/>
          <w:vertAlign w:val="superscript"/>
        </w:rPr>
        <w:t>2</w:t>
      </w:r>
      <w:r>
        <w:rPr>
          <w:rFonts w:ascii="Liberation Serif" w:hAnsi="Liberation Serif" w:eastAsia="Liberation Serif"/>
          <w:color w:val="20262E"/>
          <w:sz w:val="18"/>
        </w:rPr>
        <w:t xml:space="preserve"> Ye know that ye were Gentiles, carried away unto these dumb idols, even as ye were led.</w:t>
      </w:r>
      <w:r>
        <w:t xml:space="preserve"> </w:t>
      </w:r>
      <w:r>
        <w:rPr>
          <w:rFonts w:ascii="Liberation Sans" w:hAnsi="Liberation Sans" w:eastAsia="Liberation Sans"/>
          <w:b/>
          <w:color w:val="A67833"/>
          <w:sz w:val="15"/>
          <w:vertAlign w:val="superscript"/>
        </w:rPr>
        <w:t>3</w:t>
      </w:r>
      <w:r>
        <w:rPr>
          <w:rFonts w:ascii="Liberation Serif" w:hAnsi="Liberation Serif" w:eastAsia="Liberation Serif"/>
          <w:color w:val="20262E"/>
          <w:sz w:val="18"/>
        </w:rPr>
        <w:t xml:space="preserve"> Wherefore I give you to understand, that no man speaking by the Spirit of God calleth Jesus accursed: and that no man can say that Jesus is the Lord, but by the Holy Ghost.</w:t>
      </w:r>
      <w:r>
        <w:t xml:space="preserve"> </w:t>
      </w:r>
      <w:r>
        <w:rPr>
          <w:rFonts w:ascii="Liberation Sans" w:hAnsi="Liberation Sans" w:eastAsia="Liberation Sans"/>
          <w:b/>
          <w:color w:val="A67833"/>
          <w:sz w:val="15"/>
          <w:vertAlign w:val="superscript"/>
        </w:rPr>
        <w:t>4</w:t>
      </w:r>
      <w:r>
        <w:rPr>
          <w:rFonts w:ascii="Liberation Serif" w:hAnsi="Liberation Serif" w:eastAsia="Liberation Serif"/>
          <w:color w:val="20262E"/>
          <w:sz w:val="18"/>
        </w:rPr>
        <w:t xml:space="preserve"> Now there are diversities of gifts, but the same Spirit.</w:t>
      </w:r>
      <w:r>
        <w:t xml:space="preserve"> </w:t>
      </w:r>
      <w:r>
        <w:rPr>
          <w:rFonts w:ascii="Liberation Sans" w:hAnsi="Liberation Sans" w:eastAsia="Liberation Sans"/>
          <w:b/>
          <w:color w:val="A67833"/>
          <w:sz w:val="15"/>
          <w:vertAlign w:val="superscript"/>
        </w:rPr>
        <w:t>5</w:t>
      </w:r>
      <w:r>
        <w:rPr>
          <w:rFonts w:ascii="Liberation Serif" w:hAnsi="Liberation Serif" w:eastAsia="Liberation Serif"/>
          <w:color w:val="20262E"/>
          <w:sz w:val="18"/>
        </w:rPr>
        <w:t xml:space="preserve"> And there are differences of administrations, but the same Lord.</w:t>
      </w:r>
      <w:r>
        <w:t xml:space="preserve"> </w:t>
      </w:r>
      <w:r>
        <w:rPr>
          <w:rFonts w:ascii="Liberation Sans" w:hAnsi="Liberation Sans" w:eastAsia="Liberation Sans"/>
          <w:b/>
          <w:color w:val="A67833"/>
          <w:sz w:val="15"/>
          <w:vertAlign w:val="superscript"/>
        </w:rPr>
        <w:t>6</w:t>
      </w:r>
      <w:r>
        <w:rPr>
          <w:rFonts w:ascii="Liberation Serif" w:hAnsi="Liberation Serif" w:eastAsia="Liberation Serif"/>
          <w:color w:val="20262E"/>
          <w:sz w:val="18"/>
        </w:rPr>
        <w:t xml:space="preserve"> And there are diversities of operations, but it is the same God which worketh all in all.</w:t>
      </w:r>
      <w:r>
        <w:t xml:space="preserve"> </w:t>
      </w:r>
      <w:r>
        <w:rPr>
          <w:rFonts w:ascii="Liberation Sans" w:hAnsi="Liberation Sans" w:eastAsia="Liberation Sans"/>
          <w:b/>
          <w:color w:val="A67833"/>
          <w:sz w:val="15"/>
          <w:vertAlign w:val="superscript"/>
        </w:rPr>
        <w:t>7</w:t>
      </w:r>
      <w:r>
        <w:rPr>
          <w:rFonts w:ascii="Liberation Serif" w:hAnsi="Liberation Serif" w:eastAsia="Liberation Serif"/>
          <w:color w:val="20262E"/>
          <w:sz w:val="18"/>
        </w:rPr>
        <w:t xml:space="preserve"> But the manifestation of the Spirit is given to every man to profit withal.</w:t>
      </w:r>
      <w:r>
        <w:t xml:space="preserve"> </w:t>
      </w:r>
      <w:r>
        <w:rPr>
          <w:rFonts w:ascii="Liberation Sans" w:hAnsi="Liberation Sans" w:eastAsia="Liberation Sans"/>
          <w:b/>
          <w:color w:val="A67833"/>
          <w:sz w:val="15"/>
          <w:vertAlign w:val="superscript"/>
        </w:rPr>
        <w:t>8</w:t>
      </w:r>
      <w:r>
        <w:rPr>
          <w:rFonts w:ascii="Liberation Serif" w:hAnsi="Liberation Serif" w:eastAsia="Liberation Serif"/>
          <w:color w:val="20262E"/>
          <w:sz w:val="18"/>
        </w:rPr>
        <w:t xml:space="preserve"> For to one is given by the Spirit the word of wisdom; to another the word of knowledge by the same Spirit;</w:t>
      </w:r>
      <w:r>
        <w:t xml:space="preserve"> </w:t>
      </w:r>
      <w:r>
        <w:rPr>
          <w:rFonts w:ascii="Liberation Sans" w:hAnsi="Liberation Sans" w:eastAsia="Liberation Sans"/>
          <w:b/>
          <w:color w:val="A67833"/>
          <w:sz w:val="15"/>
          <w:vertAlign w:val="superscript"/>
        </w:rPr>
        <w:t>9</w:t>
      </w:r>
      <w:r>
        <w:rPr>
          <w:rFonts w:ascii="Liberation Serif" w:hAnsi="Liberation Serif" w:eastAsia="Liberation Serif"/>
          <w:color w:val="20262E"/>
          <w:sz w:val="18"/>
        </w:rPr>
        <w:t xml:space="preserve"> To another faith by the same Spirit; to another the gifts of healing by the same Spirit;</w:t>
      </w:r>
      <w:r>
        <w:t xml:space="preserve"> </w:t>
      </w:r>
      <w:r>
        <w:rPr>
          <w:rFonts w:ascii="Liberation Sans" w:hAnsi="Liberation Sans" w:eastAsia="Liberation Sans"/>
          <w:b/>
          <w:color w:val="A67833"/>
          <w:sz w:val="15"/>
          <w:vertAlign w:val="superscript"/>
        </w:rPr>
        <w:t>10</w:t>
      </w:r>
      <w:r>
        <w:rPr>
          <w:rFonts w:ascii="Liberation Serif" w:hAnsi="Liberation Serif" w:eastAsia="Liberation Serif"/>
          <w:color w:val="20262E"/>
          <w:sz w:val="18"/>
        </w:rPr>
        <w:t xml:space="preserve"> To another the working of miracles; to another prophecy; to another discerning of spirits; to another divers kinds of tongues; to another the interpretation of tongues:</w:t>
      </w:r>
      <w:r>
        <w:t xml:space="preserve"> </w:t>
      </w:r>
      <w:r>
        <w:rPr>
          <w:rFonts w:ascii="Liberation Sans" w:hAnsi="Liberation Sans" w:eastAsia="Liberation Sans"/>
          <w:b/>
          <w:color w:val="A67833"/>
          <w:sz w:val="15"/>
          <w:vertAlign w:val="superscript"/>
        </w:rPr>
        <w:t>11</w:t>
      </w:r>
      <w:r>
        <w:rPr>
          <w:rFonts w:ascii="Liberation Serif" w:hAnsi="Liberation Serif" w:eastAsia="Liberation Serif"/>
          <w:color w:val="20262E"/>
          <w:sz w:val="18"/>
        </w:rPr>
        <w:t xml:space="preserve"> But all these worketh that one and the selfsame Spirit, dividing to every man severally as he will.</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revelations, prophecies, inner voices, manifestations, unusual experiences, or ministry claims need evaluation.</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Test confession about Jesus, agreement with Scripture, moral fruit, wisdom, accountability, and facts. Seek multiple mature witnesses and remain teachable.</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Discernment is not suspicion without evidence. Mental-health symptoms, trauma reactions, neurological events, or ordinary mistakes must not automatically be labeled demonic.</w:t>
      </w:r>
    </w:p>
    <w:p>
      <w:pPr>
        <w:pStyle w:val="ScriptureReference"/>
        <w:keepNext/>
        <w:pBdr>
          <w:bottom w:val="single" w:sz="2" w:space="1" w:color="D5DBE0"/>
        </w:pBdr>
      </w:pPr>
      <w:r>
        <w:t>1 Corinthians 14:29-33</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29</w:t>
      </w:r>
      <w:r>
        <w:rPr>
          <w:rFonts w:ascii="Liberation Serif" w:hAnsi="Liberation Serif" w:eastAsia="Liberation Serif"/>
          <w:color w:val="20262E"/>
          <w:sz w:val="18"/>
        </w:rPr>
        <w:t xml:space="preserve"> Let the prophets speak two or three, and let the other judge.</w:t>
      </w:r>
      <w:r>
        <w:t xml:space="preserve"> </w:t>
      </w:r>
      <w:r>
        <w:rPr>
          <w:rFonts w:ascii="Liberation Sans" w:hAnsi="Liberation Sans" w:eastAsia="Liberation Sans"/>
          <w:b/>
          <w:color w:val="A67833"/>
          <w:sz w:val="15"/>
          <w:vertAlign w:val="superscript"/>
        </w:rPr>
        <w:t>30</w:t>
      </w:r>
      <w:r>
        <w:rPr>
          <w:rFonts w:ascii="Liberation Serif" w:hAnsi="Liberation Serif" w:eastAsia="Liberation Serif"/>
          <w:color w:val="20262E"/>
          <w:sz w:val="18"/>
        </w:rPr>
        <w:t xml:space="preserve"> If any thing be revealed to another that sitteth by, let the first hold his peace.</w:t>
      </w:r>
      <w:r>
        <w:t xml:space="preserve"> </w:t>
      </w:r>
      <w:r>
        <w:rPr>
          <w:rFonts w:ascii="Liberation Sans" w:hAnsi="Liberation Sans" w:eastAsia="Liberation Sans"/>
          <w:b/>
          <w:color w:val="A67833"/>
          <w:sz w:val="15"/>
          <w:vertAlign w:val="superscript"/>
        </w:rPr>
        <w:t>31</w:t>
      </w:r>
      <w:r>
        <w:rPr>
          <w:rFonts w:ascii="Liberation Serif" w:hAnsi="Liberation Serif" w:eastAsia="Liberation Serif"/>
          <w:color w:val="20262E"/>
          <w:sz w:val="18"/>
        </w:rPr>
        <w:t xml:space="preserve"> For ye may all prophesy one by one, that all may learn, and all may be comforted.</w:t>
      </w:r>
      <w:r>
        <w:t xml:space="preserve"> </w:t>
      </w:r>
      <w:r>
        <w:rPr>
          <w:rFonts w:ascii="Liberation Sans" w:hAnsi="Liberation Sans" w:eastAsia="Liberation Sans"/>
          <w:b/>
          <w:color w:val="A67833"/>
          <w:sz w:val="15"/>
          <w:vertAlign w:val="superscript"/>
        </w:rPr>
        <w:t>32</w:t>
      </w:r>
      <w:r>
        <w:rPr>
          <w:rFonts w:ascii="Liberation Serif" w:hAnsi="Liberation Serif" w:eastAsia="Liberation Serif"/>
          <w:color w:val="20262E"/>
          <w:sz w:val="18"/>
        </w:rPr>
        <w:t xml:space="preserve"> And the spirits of the prophets are subject to the prophets.</w:t>
      </w:r>
      <w:r>
        <w:t xml:space="preserve"> </w:t>
      </w:r>
      <w:r>
        <w:rPr>
          <w:rFonts w:ascii="Liberation Sans" w:hAnsi="Liberation Sans" w:eastAsia="Liberation Sans"/>
          <w:b/>
          <w:color w:val="A67833"/>
          <w:sz w:val="15"/>
          <w:vertAlign w:val="superscript"/>
        </w:rPr>
        <w:t>33</w:t>
      </w:r>
      <w:r>
        <w:rPr>
          <w:rFonts w:ascii="Liberation Serif" w:hAnsi="Liberation Serif" w:eastAsia="Liberation Serif"/>
          <w:color w:val="20262E"/>
          <w:sz w:val="18"/>
        </w:rPr>
        <w:t xml:space="preserve"> For God is not the author of confusion, but of peace, as in all churches of the saints.</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revelations, prophecies, inner voices, manifestations, unusual experiences, or ministry claims need evaluation.</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Test confession about Jesus, agreement with Scripture, moral fruit, wisdom, accountability, and facts. Seek multiple mature witnesses and remain teachable.</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Discernment is not suspicion without evidence. Mental-health symptoms, trauma reactions, neurological events, or ordinary mistakes must not automatically be labeled demonic.</w:t>
      </w:r>
    </w:p>
    <w:p>
      <w:pPr>
        <w:pStyle w:val="ScriptureReference"/>
        <w:keepNext/>
        <w:pBdr>
          <w:bottom w:val="single" w:sz="2" w:space="1" w:color="D5DBE0"/>
        </w:pBdr>
      </w:pPr>
      <w:r>
        <w:t>2 Corinthians 11:3-4,13-15</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3</w:t>
      </w:r>
      <w:r>
        <w:rPr>
          <w:rFonts w:ascii="Liberation Serif" w:hAnsi="Liberation Serif" w:eastAsia="Liberation Serif"/>
          <w:color w:val="20262E"/>
          <w:sz w:val="18"/>
        </w:rPr>
        <w:t xml:space="preserve"> But I fear, lest by any means, as the serpent beguiled Eve through his subtilty, so your minds should be corrupted from the simplicity that is in Christ.</w:t>
      </w:r>
      <w:r>
        <w:t xml:space="preserve"> </w:t>
      </w:r>
      <w:r>
        <w:rPr>
          <w:rFonts w:ascii="Liberation Sans" w:hAnsi="Liberation Sans" w:eastAsia="Liberation Sans"/>
          <w:b/>
          <w:color w:val="A67833"/>
          <w:sz w:val="15"/>
          <w:vertAlign w:val="superscript"/>
        </w:rPr>
        <w:t>4</w:t>
      </w:r>
      <w:r>
        <w:rPr>
          <w:rFonts w:ascii="Liberation Serif" w:hAnsi="Liberation Serif" w:eastAsia="Liberation Serif"/>
          <w:color w:val="20262E"/>
          <w:sz w:val="18"/>
        </w:rPr>
        <w:t xml:space="preserve"> For if he that cometh preacheth another Jesus, whom we have not preached, or if ye receive another spirit, which ye have not received, or another gospel, which ye have not accepted, ye might well bear with him.</w:t>
      </w:r>
      <w:r>
        <w:t xml:space="preserve"> </w:t>
      </w:r>
      <w:r>
        <w:rPr>
          <w:rFonts w:ascii="Liberation Sans" w:hAnsi="Liberation Sans" w:eastAsia="Liberation Sans"/>
          <w:b/>
          <w:color w:val="A67833"/>
          <w:sz w:val="15"/>
          <w:vertAlign w:val="superscript"/>
        </w:rPr>
        <w:t>13</w:t>
      </w:r>
      <w:r>
        <w:rPr>
          <w:rFonts w:ascii="Liberation Serif" w:hAnsi="Liberation Serif" w:eastAsia="Liberation Serif"/>
          <w:color w:val="20262E"/>
          <w:sz w:val="18"/>
        </w:rPr>
        <w:t xml:space="preserve"> For such are false apostles, deceitful workers, transforming themselves into the apostles of Christ.</w:t>
      </w:r>
      <w:r>
        <w:t xml:space="preserve"> </w:t>
      </w:r>
      <w:r>
        <w:rPr>
          <w:rFonts w:ascii="Liberation Sans" w:hAnsi="Liberation Sans" w:eastAsia="Liberation Sans"/>
          <w:b/>
          <w:color w:val="A67833"/>
          <w:sz w:val="15"/>
          <w:vertAlign w:val="superscript"/>
        </w:rPr>
        <w:t>14</w:t>
      </w:r>
      <w:r>
        <w:rPr>
          <w:rFonts w:ascii="Liberation Serif" w:hAnsi="Liberation Serif" w:eastAsia="Liberation Serif"/>
          <w:color w:val="20262E"/>
          <w:sz w:val="18"/>
        </w:rPr>
        <w:t xml:space="preserve"> And no marvel; for Satan himself is transformed into an angel of light.</w:t>
      </w:r>
      <w:r>
        <w:t xml:space="preserve"> </w:t>
      </w:r>
      <w:r>
        <w:rPr>
          <w:rFonts w:ascii="Liberation Sans" w:hAnsi="Liberation Sans" w:eastAsia="Liberation Sans"/>
          <w:b/>
          <w:color w:val="A67833"/>
          <w:sz w:val="15"/>
          <w:vertAlign w:val="superscript"/>
        </w:rPr>
        <w:t>15</w:t>
      </w:r>
      <w:r>
        <w:rPr>
          <w:rFonts w:ascii="Liberation Serif" w:hAnsi="Liberation Serif" w:eastAsia="Liberation Serif"/>
          <w:color w:val="20262E"/>
          <w:sz w:val="18"/>
        </w:rPr>
        <w:t xml:space="preserve"> Therefore it is no great thing if his ministers also be transformed as the ministers of righteousness; whose end shall be according to their works.</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revelations, prophecies, inner voices, manifestations, unusual experiences, or ministry claims need evaluation.</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Test confession about Jesus, agreement with Scripture, moral fruit, wisdom, accountability, and facts. Seek multiple mature witnesses and remain teachable.</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Discernment is not suspicion without evidence. Mental-health symptoms, trauma reactions, neurological events, or ordinary mistakes must not automatically be labeled demonic.</w:t>
      </w:r>
    </w:p>
    <w:p>
      <w:pPr>
        <w:pStyle w:val="ScriptureReference"/>
        <w:keepNext/>
        <w:pBdr>
          <w:bottom w:val="single" w:sz="2" w:space="1" w:color="D5DBE0"/>
        </w:pBdr>
      </w:pPr>
      <w:r>
        <w:t>Galatians 1:6-9</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6</w:t>
      </w:r>
      <w:r>
        <w:rPr>
          <w:rFonts w:ascii="Liberation Serif" w:hAnsi="Liberation Serif" w:eastAsia="Liberation Serif"/>
          <w:color w:val="20262E"/>
          <w:sz w:val="18"/>
        </w:rPr>
        <w:t xml:space="preserve"> I marvel that ye are so soon removed from him that called you into the grace of Christ unto another gospel:</w:t>
      </w:r>
      <w:r>
        <w:t xml:space="preserve"> </w:t>
      </w:r>
      <w:r>
        <w:rPr>
          <w:rFonts w:ascii="Liberation Sans" w:hAnsi="Liberation Sans" w:eastAsia="Liberation Sans"/>
          <w:b/>
          <w:color w:val="A67833"/>
          <w:sz w:val="15"/>
          <w:vertAlign w:val="superscript"/>
        </w:rPr>
        <w:t>7</w:t>
      </w:r>
      <w:r>
        <w:rPr>
          <w:rFonts w:ascii="Liberation Serif" w:hAnsi="Liberation Serif" w:eastAsia="Liberation Serif"/>
          <w:color w:val="20262E"/>
          <w:sz w:val="18"/>
        </w:rPr>
        <w:t xml:space="preserve"> Which is not another; but there be some that trouble you, and would pervert the gospel of Christ.</w:t>
      </w:r>
      <w:r>
        <w:t xml:space="preserve"> </w:t>
      </w:r>
      <w:r>
        <w:rPr>
          <w:rFonts w:ascii="Liberation Sans" w:hAnsi="Liberation Sans" w:eastAsia="Liberation Sans"/>
          <w:b/>
          <w:color w:val="A67833"/>
          <w:sz w:val="15"/>
          <w:vertAlign w:val="superscript"/>
        </w:rPr>
        <w:t>8</w:t>
      </w:r>
      <w:r>
        <w:rPr>
          <w:rFonts w:ascii="Liberation Serif" w:hAnsi="Liberation Serif" w:eastAsia="Liberation Serif"/>
          <w:color w:val="20262E"/>
          <w:sz w:val="18"/>
        </w:rPr>
        <w:t xml:space="preserve"> But though we, or an angel from heaven, preach any other gospel unto you than that which we have preached unto you, let him be accursed.</w:t>
      </w:r>
      <w:r>
        <w:t xml:space="preserve"> </w:t>
      </w:r>
      <w:r>
        <w:rPr>
          <w:rFonts w:ascii="Liberation Sans" w:hAnsi="Liberation Sans" w:eastAsia="Liberation Sans"/>
          <w:b/>
          <w:color w:val="A67833"/>
          <w:sz w:val="15"/>
          <w:vertAlign w:val="superscript"/>
        </w:rPr>
        <w:t>9</w:t>
      </w:r>
      <w:r>
        <w:rPr>
          <w:rFonts w:ascii="Liberation Serif" w:hAnsi="Liberation Serif" w:eastAsia="Liberation Serif"/>
          <w:color w:val="20262E"/>
          <w:sz w:val="18"/>
        </w:rPr>
        <w:t xml:space="preserve"> As we said before, so say I now again, If any man preach any other gospel unto you than that ye have received, let him be accursed.</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revelations, prophecies, inner voices, manifestations, unusual experiences, or ministry claims need evaluation.</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Test confession about Jesus, agreement with Scripture, moral fruit, wisdom, accountability, and facts. Seek multiple mature witnesses and remain teachable.</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Discernment is not suspicion without evidence. Mental-health symptoms, trauma reactions, neurological events, or ordinary mistakes must not automatically be labeled demonic.</w:t>
      </w:r>
    </w:p>
    <w:p>
      <w:pPr>
        <w:pStyle w:val="ScriptureReference"/>
        <w:keepNext/>
        <w:pBdr>
          <w:bottom w:val="single" w:sz="2" w:space="1" w:color="D5DBE0"/>
        </w:pBdr>
      </w:pPr>
      <w:r>
        <w:t>1 Thessalonians 5:19-22</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19</w:t>
      </w:r>
      <w:r>
        <w:rPr>
          <w:rFonts w:ascii="Liberation Serif" w:hAnsi="Liberation Serif" w:eastAsia="Liberation Serif"/>
          <w:color w:val="20262E"/>
          <w:sz w:val="18"/>
        </w:rPr>
        <w:t xml:space="preserve"> Quench not the Spirit.</w:t>
      </w:r>
      <w:r>
        <w:t xml:space="preserve"> </w:t>
      </w:r>
      <w:r>
        <w:rPr>
          <w:rFonts w:ascii="Liberation Sans" w:hAnsi="Liberation Sans" w:eastAsia="Liberation Sans"/>
          <w:b/>
          <w:color w:val="A67833"/>
          <w:sz w:val="15"/>
          <w:vertAlign w:val="superscript"/>
        </w:rPr>
        <w:t>20</w:t>
      </w:r>
      <w:r>
        <w:rPr>
          <w:rFonts w:ascii="Liberation Serif" w:hAnsi="Liberation Serif" w:eastAsia="Liberation Serif"/>
          <w:color w:val="20262E"/>
          <w:sz w:val="18"/>
        </w:rPr>
        <w:t xml:space="preserve"> Despise not prophesyings.</w:t>
      </w:r>
      <w:r>
        <w:t xml:space="preserve"> </w:t>
      </w:r>
      <w:r>
        <w:rPr>
          <w:rFonts w:ascii="Liberation Sans" w:hAnsi="Liberation Sans" w:eastAsia="Liberation Sans"/>
          <w:b/>
          <w:color w:val="A67833"/>
          <w:sz w:val="15"/>
          <w:vertAlign w:val="superscript"/>
        </w:rPr>
        <w:t>21</w:t>
      </w:r>
      <w:r>
        <w:rPr>
          <w:rFonts w:ascii="Liberation Serif" w:hAnsi="Liberation Serif" w:eastAsia="Liberation Serif"/>
          <w:color w:val="20262E"/>
          <w:sz w:val="18"/>
        </w:rPr>
        <w:t xml:space="preserve"> Prove all things; hold fast that which is good.</w:t>
      </w:r>
      <w:r>
        <w:t xml:space="preserve"> </w:t>
      </w:r>
      <w:r>
        <w:rPr>
          <w:rFonts w:ascii="Liberation Sans" w:hAnsi="Liberation Sans" w:eastAsia="Liberation Sans"/>
          <w:b/>
          <w:color w:val="A67833"/>
          <w:sz w:val="15"/>
          <w:vertAlign w:val="superscript"/>
        </w:rPr>
        <w:t>22</w:t>
      </w:r>
      <w:r>
        <w:rPr>
          <w:rFonts w:ascii="Liberation Serif" w:hAnsi="Liberation Serif" w:eastAsia="Liberation Serif"/>
          <w:color w:val="20262E"/>
          <w:sz w:val="18"/>
        </w:rPr>
        <w:t xml:space="preserve"> Abstain from all appearance of evil.</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revelations, prophecies, inner voices, manifestations, unusual experiences, or ministry claims need evaluation.</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Test confession about Jesus, agreement with Scripture, moral fruit, wisdom, accountability, and facts. Seek multiple mature witnesses and remain teachable.</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Discernment is not suspicion without evidence. Mental-health symptoms, trauma reactions, neurological events, or ordinary mistakes must not automatically be labeled demonic.</w:t>
      </w:r>
    </w:p>
    <w:p>
      <w:pPr>
        <w:pStyle w:val="ScriptureReference"/>
        <w:keepNext/>
        <w:pBdr>
          <w:bottom w:val="single" w:sz="2" w:space="1" w:color="D5DBE0"/>
        </w:pBdr>
      </w:pPr>
      <w:r>
        <w:t>2 Timothy 3:13-17</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13</w:t>
      </w:r>
      <w:r>
        <w:rPr>
          <w:rFonts w:ascii="Liberation Serif" w:hAnsi="Liberation Serif" w:eastAsia="Liberation Serif"/>
          <w:color w:val="20262E"/>
          <w:sz w:val="18"/>
        </w:rPr>
        <w:t xml:space="preserve"> But evil men and seducers shall wax worse and worse, deceiving, and being deceived.</w:t>
      </w:r>
      <w:r>
        <w:t xml:space="preserve"> </w:t>
      </w:r>
      <w:r>
        <w:rPr>
          <w:rFonts w:ascii="Liberation Sans" w:hAnsi="Liberation Sans" w:eastAsia="Liberation Sans"/>
          <w:b/>
          <w:color w:val="A67833"/>
          <w:sz w:val="15"/>
          <w:vertAlign w:val="superscript"/>
        </w:rPr>
        <w:t>14</w:t>
      </w:r>
      <w:r>
        <w:rPr>
          <w:rFonts w:ascii="Liberation Serif" w:hAnsi="Liberation Serif" w:eastAsia="Liberation Serif"/>
          <w:color w:val="20262E"/>
          <w:sz w:val="18"/>
        </w:rPr>
        <w:t xml:space="preserve"> But continue thou in the things which thou hast learned and hast been assured of, knowing of whom thou hast learned them;</w:t>
      </w:r>
      <w:r>
        <w:t xml:space="preserve"> </w:t>
      </w:r>
      <w:r>
        <w:rPr>
          <w:rFonts w:ascii="Liberation Sans" w:hAnsi="Liberation Sans" w:eastAsia="Liberation Sans"/>
          <w:b/>
          <w:color w:val="A67833"/>
          <w:sz w:val="15"/>
          <w:vertAlign w:val="superscript"/>
        </w:rPr>
        <w:t>15</w:t>
      </w:r>
      <w:r>
        <w:rPr>
          <w:rFonts w:ascii="Liberation Serif" w:hAnsi="Liberation Serif" w:eastAsia="Liberation Serif"/>
          <w:color w:val="20262E"/>
          <w:sz w:val="18"/>
        </w:rPr>
        <w:t xml:space="preserve"> And that from a child thou hast known the holy scriptures, which are able to make thee wise unto salvation through faith which is in Christ Jesus.</w:t>
      </w:r>
      <w:r>
        <w:t xml:space="preserve"> </w:t>
      </w:r>
      <w:r>
        <w:rPr>
          <w:rFonts w:ascii="Liberation Sans" w:hAnsi="Liberation Sans" w:eastAsia="Liberation Sans"/>
          <w:b/>
          <w:color w:val="A67833"/>
          <w:sz w:val="15"/>
          <w:vertAlign w:val="superscript"/>
        </w:rPr>
        <w:t>16</w:t>
      </w:r>
      <w:r>
        <w:rPr>
          <w:rFonts w:ascii="Liberation Serif" w:hAnsi="Liberation Serif" w:eastAsia="Liberation Serif"/>
          <w:color w:val="20262E"/>
          <w:sz w:val="18"/>
        </w:rPr>
        <w:t xml:space="preserve"> All scripture is given by inspiration of God, and is profitable for doctrine, for reproof, for correction, for instruction in righteousness:</w:t>
      </w:r>
      <w:r>
        <w:t xml:space="preserve"> </w:t>
      </w:r>
      <w:r>
        <w:rPr>
          <w:rFonts w:ascii="Liberation Sans" w:hAnsi="Liberation Sans" w:eastAsia="Liberation Sans"/>
          <w:b/>
          <w:color w:val="A67833"/>
          <w:sz w:val="15"/>
          <w:vertAlign w:val="superscript"/>
        </w:rPr>
        <w:t>17</w:t>
      </w:r>
      <w:r>
        <w:rPr>
          <w:rFonts w:ascii="Liberation Serif" w:hAnsi="Liberation Serif" w:eastAsia="Liberation Serif"/>
          <w:color w:val="20262E"/>
          <w:sz w:val="18"/>
        </w:rPr>
        <w:t xml:space="preserve"> That the man of God may be perfect, throughly furnished unto all good works.</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revelations, prophecies, inner voices, manifestations, unusual experiences, or ministry claims need evaluation.</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Test confession about Jesus, agreement with Scripture, moral fruit, wisdom, accountability, and facts. Seek multiple mature witnesses and remain teachable.</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Discernment is not suspicion without evidence. Mental-health symptoms, trauma reactions, neurological events, or ordinary mistakes must not automatically be labeled demonic.</w:t>
      </w:r>
    </w:p>
    <w:p>
      <w:pPr>
        <w:pStyle w:val="ScriptureReference"/>
        <w:keepNext/>
        <w:pBdr>
          <w:bottom w:val="single" w:sz="2" w:space="1" w:color="D5DBE0"/>
        </w:pBdr>
      </w:pPr>
      <w:r>
        <w:t>Hebrews 4:12-13</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12</w:t>
      </w:r>
      <w:r>
        <w:rPr>
          <w:rFonts w:ascii="Liberation Serif" w:hAnsi="Liberation Serif" w:eastAsia="Liberation Serif"/>
          <w:color w:val="20262E"/>
          <w:sz w:val="18"/>
        </w:rPr>
        <w:t xml:space="preserve"> For the word of God is quick, and powerful, and sharper than any twoedged sword, piercing even to the dividing asunder of soul and spirit, and of the joints and marrow, and is a discerner of the thoughts and intents of the heart.</w:t>
      </w:r>
      <w:r>
        <w:t xml:space="preserve"> </w:t>
      </w:r>
      <w:r>
        <w:rPr>
          <w:rFonts w:ascii="Liberation Sans" w:hAnsi="Liberation Sans" w:eastAsia="Liberation Sans"/>
          <w:b/>
          <w:color w:val="A67833"/>
          <w:sz w:val="15"/>
          <w:vertAlign w:val="superscript"/>
        </w:rPr>
        <w:t>13</w:t>
      </w:r>
      <w:r>
        <w:rPr>
          <w:rFonts w:ascii="Liberation Serif" w:hAnsi="Liberation Serif" w:eastAsia="Liberation Serif"/>
          <w:color w:val="20262E"/>
          <w:sz w:val="18"/>
        </w:rPr>
        <w:t xml:space="preserve"> Neither is there any creature that is not manifest in his sight: but all things are naked and opened unto the eyes of him with whom we have to do.</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revelations, prophecies, inner voices, manifestations, unusual experiences, or ministry claims need evaluation.</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Test confession about Jesus, agreement with Scripture, moral fruit, wisdom, accountability, and facts. Seek multiple mature witnesses and remain teachable.</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Discernment is not suspicion without evidence. Mental-health symptoms, trauma reactions, neurological events, or ordinary mistakes must not automatically be labeled demonic.</w:t>
      </w:r>
    </w:p>
    <w:p>
      <w:pPr>
        <w:pStyle w:val="ScriptureReference"/>
        <w:keepNext/>
        <w:pBdr>
          <w:bottom w:val="single" w:sz="2" w:space="1" w:color="D5DBE0"/>
        </w:pBdr>
      </w:pPr>
      <w:r>
        <w:t>James 3:13-18</w:t>
      </w:r>
    </w:p>
    <w:p>
      <w:pPr>
        <w:pStyle w:val="EvidenceTag"/>
        <w:keepNext/>
      </w:pPr>
      <w:r>
        <w:t>Evidence A | Source IDs: S10 | Derek Prince Ministries</w:t>
      </w:r>
    </w:p>
    <w:p>
      <w:pPr>
        <w:pStyle w:val="ScriptureText"/>
        <w:keepNext/>
      </w:pPr>
      <w:r>
        <w:rPr>
          <w:rFonts w:ascii="Liberation Sans" w:hAnsi="Liberation Sans" w:eastAsia="Liberation Sans"/>
          <w:b/>
          <w:color w:val="A67833"/>
          <w:sz w:val="15"/>
          <w:vertAlign w:val="superscript"/>
        </w:rPr>
        <w:t>13</w:t>
      </w:r>
      <w:r>
        <w:rPr>
          <w:rFonts w:ascii="Liberation Serif" w:hAnsi="Liberation Serif" w:eastAsia="Liberation Serif"/>
          <w:color w:val="20262E"/>
          <w:sz w:val="18"/>
        </w:rPr>
        <w:t xml:space="preserve"> Who is a wise man and endued with knowledge among you? let him shew out of a good conversation his works with meekness of wisdom.</w:t>
      </w:r>
      <w:r>
        <w:t xml:space="preserve"> </w:t>
      </w:r>
      <w:r>
        <w:rPr>
          <w:rFonts w:ascii="Liberation Sans" w:hAnsi="Liberation Sans" w:eastAsia="Liberation Sans"/>
          <w:b/>
          <w:color w:val="A67833"/>
          <w:sz w:val="15"/>
          <w:vertAlign w:val="superscript"/>
        </w:rPr>
        <w:t>14</w:t>
      </w:r>
      <w:r>
        <w:rPr>
          <w:rFonts w:ascii="Liberation Serif" w:hAnsi="Liberation Serif" w:eastAsia="Liberation Serif"/>
          <w:color w:val="20262E"/>
          <w:sz w:val="18"/>
        </w:rPr>
        <w:t xml:space="preserve"> But if ye have bitter envying and strife in your hearts, glory not, and lie not against the truth.</w:t>
      </w:r>
      <w:r>
        <w:t xml:space="preserve"> </w:t>
      </w:r>
      <w:r>
        <w:rPr>
          <w:rFonts w:ascii="Liberation Sans" w:hAnsi="Liberation Sans" w:eastAsia="Liberation Sans"/>
          <w:b/>
          <w:color w:val="A67833"/>
          <w:sz w:val="15"/>
          <w:vertAlign w:val="superscript"/>
        </w:rPr>
        <w:t>15</w:t>
      </w:r>
      <w:r>
        <w:rPr>
          <w:rFonts w:ascii="Liberation Serif" w:hAnsi="Liberation Serif" w:eastAsia="Liberation Serif"/>
          <w:color w:val="20262E"/>
          <w:sz w:val="18"/>
        </w:rPr>
        <w:t xml:space="preserve"> This wisdom descendeth not from above, but is earthly, sensual, devilish.</w:t>
      </w:r>
      <w:r>
        <w:t xml:space="preserve"> </w:t>
      </w:r>
      <w:r>
        <w:rPr>
          <w:rFonts w:ascii="Liberation Sans" w:hAnsi="Liberation Sans" w:eastAsia="Liberation Sans"/>
          <w:b/>
          <w:color w:val="A67833"/>
          <w:sz w:val="15"/>
          <w:vertAlign w:val="superscript"/>
        </w:rPr>
        <w:t>16</w:t>
      </w:r>
      <w:r>
        <w:rPr>
          <w:rFonts w:ascii="Liberation Serif" w:hAnsi="Liberation Serif" w:eastAsia="Liberation Serif"/>
          <w:color w:val="20262E"/>
          <w:sz w:val="18"/>
        </w:rPr>
        <w:t xml:space="preserve"> For where envying and strife is, there is confusion and every evil work.</w:t>
      </w:r>
      <w:r>
        <w:t xml:space="preserve"> </w:t>
      </w:r>
      <w:r>
        <w:rPr>
          <w:rFonts w:ascii="Liberation Sans" w:hAnsi="Liberation Sans" w:eastAsia="Liberation Sans"/>
          <w:b/>
          <w:color w:val="A67833"/>
          <w:sz w:val="15"/>
          <w:vertAlign w:val="superscript"/>
        </w:rPr>
        <w:t>17</w:t>
      </w:r>
      <w:r>
        <w:rPr>
          <w:rFonts w:ascii="Liberation Serif" w:hAnsi="Liberation Serif" w:eastAsia="Liberation Serif"/>
          <w:color w:val="20262E"/>
          <w:sz w:val="18"/>
        </w:rPr>
        <w:t xml:space="preserve"> But the wisdom that is from above is first pure, then peaceable, gentle, and easy to be intreated, full of mercy and good fruits, without partiality, and without hypocrisy.</w:t>
      </w:r>
      <w:r>
        <w:t xml:space="preserve"> </w:t>
      </w:r>
      <w:r>
        <w:rPr>
          <w:rFonts w:ascii="Liberation Sans" w:hAnsi="Liberation Sans" w:eastAsia="Liberation Sans"/>
          <w:b/>
          <w:color w:val="A67833"/>
          <w:sz w:val="15"/>
          <w:vertAlign w:val="superscript"/>
        </w:rPr>
        <w:t>18</w:t>
      </w:r>
      <w:r>
        <w:rPr>
          <w:rFonts w:ascii="Liberation Serif" w:hAnsi="Liberation Serif" w:eastAsia="Liberation Serif"/>
          <w:color w:val="20262E"/>
          <w:sz w:val="18"/>
        </w:rPr>
        <w:t xml:space="preserve"> And the fruit of righteousness is sown in peace of them that make peace.</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revelations, prophecies, inner voices, manifestations, unusual experiences, or ministry claims need evaluation.</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Test confession about Jesus, agreement with Scripture, moral fruit, wisdom, accountability, and facts. Seek multiple mature witnesses and remain teachable.</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Discernment is not suspicion without evidence. Mental-health symptoms, trauma reactions, neurological events, or ordinary mistakes must not automatically be labeled demonic.</w:t>
      </w:r>
    </w:p>
    <w:p>
      <w:pPr>
        <w:pStyle w:val="ScriptureReference"/>
        <w:keepNext/>
        <w:pBdr>
          <w:bottom w:val="single" w:sz="2" w:space="1" w:color="D5DBE0"/>
        </w:pBdr>
      </w:pPr>
      <w:r>
        <w:t>1 John 2:18-27</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18</w:t>
      </w:r>
      <w:r>
        <w:rPr>
          <w:rFonts w:ascii="Liberation Serif" w:hAnsi="Liberation Serif" w:eastAsia="Liberation Serif"/>
          <w:color w:val="20262E"/>
          <w:sz w:val="18"/>
        </w:rPr>
        <w:t xml:space="preserve"> Little children, it is the last time: and as ye have heard that antichrist shall come, even now are there many antichrists; whereby we know that it is the last time.</w:t>
      </w:r>
      <w:r>
        <w:t xml:space="preserve"> </w:t>
      </w:r>
      <w:r>
        <w:rPr>
          <w:rFonts w:ascii="Liberation Sans" w:hAnsi="Liberation Sans" w:eastAsia="Liberation Sans"/>
          <w:b/>
          <w:color w:val="A67833"/>
          <w:sz w:val="15"/>
          <w:vertAlign w:val="superscript"/>
        </w:rPr>
        <w:t>19</w:t>
      </w:r>
      <w:r>
        <w:rPr>
          <w:rFonts w:ascii="Liberation Serif" w:hAnsi="Liberation Serif" w:eastAsia="Liberation Serif"/>
          <w:color w:val="20262E"/>
          <w:sz w:val="18"/>
        </w:rPr>
        <w:t xml:space="preserve"> They went out from us, but they were not of us; for if they had been of us, they would no doubt have continued with us: but they went out, that they might be made manifest that they were not all of us.</w:t>
      </w:r>
      <w:r>
        <w:t xml:space="preserve"> </w:t>
      </w:r>
      <w:r>
        <w:rPr>
          <w:rFonts w:ascii="Liberation Sans" w:hAnsi="Liberation Sans" w:eastAsia="Liberation Sans"/>
          <w:b/>
          <w:color w:val="A67833"/>
          <w:sz w:val="15"/>
          <w:vertAlign w:val="superscript"/>
        </w:rPr>
        <w:t>20</w:t>
      </w:r>
      <w:r>
        <w:rPr>
          <w:rFonts w:ascii="Liberation Serif" w:hAnsi="Liberation Serif" w:eastAsia="Liberation Serif"/>
          <w:color w:val="20262E"/>
          <w:sz w:val="18"/>
        </w:rPr>
        <w:t xml:space="preserve"> But ye have an unction from the Holy One, and ye know all things.</w:t>
      </w:r>
      <w:r>
        <w:t xml:space="preserve"> </w:t>
      </w:r>
      <w:r>
        <w:rPr>
          <w:rFonts w:ascii="Liberation Sans" w:hAnsi="Liberation Sans" w:eastAsia="Liberation Sans"/>
          <w:b/>
          <w:color w:val="A67833"/>
          <w:sz w:val="15"/>
          <w:vertAlign w:val="superscript"/>
        </w:rPr>
        <w:t>21</w:t>
      </w:r>
      <w:r>
        <w:rPr>
          <w:rFonts w:ascii="Liberation Serif" w:hAnsi="Liberation Serif" w:eastAsia="Liberation Serif"/>
          <w:color w:val="20262E"/>
          <w:sz w:val="18"/>
        </w:rPr>
        <w:t xml:space="preserve"> I have not written unto you because ye know not the truth, but because ye know it, and that no lie is of the truth.</w:t>
      </w:r>
      <w:r>
        <w:t xml:space="preserve"> </w:t>
      </w:r>
      <w:r>
        <w:rPr>
          <w:rFonts w:ascii="Liberation Sans" w:hAnsi="Liberation Sans" w:eastAsia="Liberation Sans"/>
          <w:b/>
          <w:color w:val="A67833"/>
          <w:sz w:val="15"/>
          <w:vertAlign w:val="superscript"/>
        </w:rPr>
        <w:t>22</w:t>
      </w:r>
      <w:r>
        <w:rPr>
          <w:rFonts w:ascii="Liberation Serif" w:hAnsi="Liberation Serif" w:eastAsia="Liberation Serif"/>
          <w:color w:val="20262E"/>
          <w:sz w:val="18"/>
        </w:rPr>
        <w:t xml:space="preserve"> Who is a liar but he that denieth that Jesus is the Christ? He is antichrist, that denieth the Father and the Son.</w:t>
      </w:r>
      <w:r>
        <w:t xml:space="preserve"> </w:t>
      </w:r>
      <w:r>
        <w:rPr>
          <w:rFonts w:ascii="Liberation Sans" w:hAnsi="Liberation Sans" w:eastAsia="Liberation Sans"/>
          <w:b/>
          <w:color w:val="A67833"/>
          <w:sz w:val="15"/>
          <w:vertAlign w:val="superscript"/>
        </w:rPr>
        <w:t>23</w:t>
      </w:r>
      <w:r>
        <w:rPr>
          <w:rFonts w:ascii="Liberation Serif" w:hAnsi="Liberation Serif" w:eastAsia="Liberation Serif"/>
          <w:color w:val="20262E"/>
          <w:sz w:val="18"/>
        </w:rPr>
        <w:t xml:space="preserve"> Whosoever denieth the Son, the same hath not the Father: (but) he that acknowledgeth the Son hath the Father also.</w:t>
      </w:r>
      <w:r>
        <w:t xml:space="preserve"> </w:t>
      </w:r>
      <w:r>
        <w:rPr>
          <w:rFonts w:ascii="Liberation Sans" w:hAnsi="Liberation Sans" w:eastAsia="Liberation Sans"/>
          <w:b/>
          <w:color w:val="A67833"/>
          <w:sz w:val="15"/>
          <w:vertAlign w:val="superscript"/>
        </w:rPr>
        <w:t>24</w:t>
      </w:r>
      <w:r>
        <w:rPr>
          <w:rFonts w:ascii="Liberation Serif" w:hAnsi="Liberation Serif" w:eastAsia="Liberation Serif"/>
          <w:color w:val="20262E"/>
          <w:sz w:val="18"/>
        </w:rPr>
        <w:t xml:space="preserve"> Let that therefore abide in you, which ye have heard from the beginning. If that which ye have heard from the beginning shall remain in you, ye also shall continue in the Son, and in the Father.</w:t>
      </w:r>
      <w:r>
        <w:t xml:space="preserve"> </w:t>
      </w:r>
      <w:r>
        <w:rPr>
          <w:rFonts w:ascii="Liberation Sans" w:hAnsi="Liberation Sans" w:eastAsia="Liberation Sans"/>
          <w:b/>
          <w:color w:val="A67833"/>
          <w:sz w:val="15"/>
          <w:vertAlign w:val="superscript"/>
        </w:rPr>
        <w:t>25</w:t>
      </w:r>
      <w:r>
        <w:rPr>
          <w:rFonts w:ascii="Liberation Serif" w:hAnsi="Liberation Serif" w:eastAsia="Liberation Serif"/>
          <w:color w:val="20262E"/>
          <w:sz w:val="18"/>
        </w:rPr>
        <w:t xml:space="preserve"> And this is the promise that he hath promised us, even eternal life.</w:t>
      </w:r>
      <w:r>
        <w:t xml:space="preserve"> </w:t>
      </w:r>
      <w:r>
        <w:rPr>
          <w:rFonts w:ascii="Liberation Sans" w:hAnsi="Liberation Sans" w:eastAsia="Liberation Sans"/>
          <w:b/>
          <w:color w:val="A67833"/>
          <w:sz w:val="15"/>
          <w:vertAlign w:val="superscript"/>
        </w:rPr>
        <w:t>26</w:t>
      </w:r>
      <w:r>
        <w:rPr>
          <w:rFonts w:ascii="Liberation Serif" w:hAnsi="Liberation Serif" w:eastAsia="Liberation Serif"/>
          <w:color w:val="20262E"/>
          <w:sz w:val="18"/>
        </w:rPr>
        <w:t xml:space="preserve"> These things have I written unto you concerning them that seduce you.</w:t>
      </w:r>
      <w:r>
        <w:t xml:space="preserve"> </w:t>
      </w:r>
      <w:r>
        <w:rPr>
          <w:rFonts w:ascii="Liberation Sans" w:hAnsi="Liberation Sans" w:eastAsia="Liberation Sans"/>
          <w:b/>
          <w:color w:val="A67833"/>
          <w:sz w:val="15"/>
          <w:vertAlign w:val="superscript"/>
        </w:rPr>
        <w:t>27</w:t>
      </w:r>
      <w:r>
        <w:rPr>
          <w:rFonts w:ascii="Liberation Serif" w:hAnsi="Liberation Serif" w:eastAsia="Liberation Serif"/>
          <w:color w:val="20262E"/>
          <w:sz w:val="18"/>
        </w:rPr>
        <w:t xml:space="preserve"> But the anointing which ye have received of him abideth in you, and ye need not that any man teach you: but as the same anointing teacheth you of all things, and is truth, and is no lie, and even as it hath taught you, ye shall abide in him.</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revelations, prophecies, inner voices, manifestations, unusual experiences, or ministry claims need evaluation.</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Test confession about Jesus, agreement with Scripture, moral fruit, wisdom, accountability, and facts. Seek multiple mature witnesses and remain teachable.</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Discernment is not suspicion without evidence. Mental-health symptoms, trauma reactions, neurological events, or ordinary mistakes must not automatically be labeled demonic.</w:t>
      </w:r>
    </w:p>
    <w:p>
      <w:pPr>
        <w:pStyle w:val="ScriptureReference"/>
        <w:keepNext/>
        <w:pBdr>
          <w:bottom w:val="single" w:sz="2" w:space="1" w:color="D5DBE0"/>
        </w:pBdr>
      </w:pPr>
      <w:r>
        <w:t>Revelation 2:2</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2</w:t>
      </w:r>
      <w:r>
        <w:rPr>
          <w:rFonts w:ascii="Liberation Serif" w:hAnsi="Liberation Serif" w:eastAsia="Liberation Serif"/>
          <w:color w:val="20262E"/>
          <w:sz w:val="18"/>
        </w:rPr>
        <w:t xml:space="preserve"> I know thy works, and thy labour, and thy patience, and how thou canst not bear them which are evil: and thou hast tried them which say they are apostles, and are not, and hast found them liars:</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revelations, prophecies, inner voices, manifestations, unusual experiences, or ministry claims need evaluation.</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Test confession about Jesus, agreement with Scripture, moral fruit, wisdom, accountability, and facts. Seek multiple mature witnesses and remain teachable.</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Discernment is not suspicion without evidence. Mental-health symptoms, trauma reactions, neurological events, or ordinary mistakes must not automatically be labeled demonic.</w:t>
      </w:r>
    </w:p>
    <w:p>
      <w:pPr>
        <w:pStyle w:val="Heading1"/>
        <w:keepNext/>
        <w:pageBreakBefore/>
        <w:pBdr>
          <w:bottom w:val="single" w:sz="8" w:space="2" w:color="A67833"/>
        </w:pBdr>
      </w:pPr>
      <w:r>
        <w:t>6.11 The Mind, Thoughts, Fear, Torment, and Strongholds</w:t>
      </w:r>
    </w:p>
    <w:p>
      <w:pPr>
        <w:pStyle w:val="Guidance"/>
      </w:pPr>
      <w:r>
        <w:rPr>
          <w:rFonts w:ascii="Liberation Sans" w:hAnsi="Liberation Sans" w:eastAsia="Liberation Sans"/>
          <w:b/>
          <w:color w:val="18324A"/>
          <w:sz w:val="17"/>
        </w:rPr>
        <w:t xml:space="preserve">Use this section when: </w:t>
      </w:r>
      <w:r>
        <w:rPr>
          <w:rFonts w:ascii="Liberation Sans" w:hAnsi="Liberation Sans" w:eastAsia="Liberation Sans"/>
          <w:color w:val="20262E"/>
          <w:sz w:val="17"/>
        </w:rPr>
        <w:t>Use for intrusive thoughts, fear, condemnation, obsessive rumination, deception, panic, or entrenched false beliefs.</w:t>
      </w:r>
    </w:p>
    <w:p>
      <w:pPr>
        <w:pStyle w:val="Guidance"/>
      </w:pPr>
      <w:r>
        <w:rPr>
          <w:rFonts w:ascii="Liberation Sans" w:hAnsi="Liberation Sans" w:eastAsia="Liberation Sans"/>
          <w:b/>
          <w:color w:val="18324A"/>
          <w:sz w:val="17"/>
        </w:rPr>
        <w:t xml:space="preserve">Ministry method: </w:t>
      </w:r>
      <w:r>
        <w:rPr>
          <w:rFonts w:ascii="Liberation Sans" w:hAnsi="Liberation Sans" w:eastAsia="Liberation Sans"/>
          <w:color w:val="20262E"/>
          <w:sz w:val="17"/>
        </w:rPr>
        <w:t>Bring thoughts into the light, compare them with truth, pray, practice disciplined attention, seek appropriate counseling or medical care, and replace lies with obedient action.</w:t>
      </w:r>
    </w:p>
    <w:p>
      <w:pPr>
        <w:pStyle w:val="Guidance"/>
      </w:pPr>
      <w:r>
        <w:rPr>
          <w:rFonts w:ascii="Liberation Sans" w:hAnsi="Liberation Sans" w:eastAsia="Liberation Sans"/>
          <w:b/>
          <w:color w:val="18324A"/>
          <w:sz w:val="17"/>
        </w:rPr>
        <w:t xml:space="preserve">Section control: </w:t>
      </w:r>
      <w:r>
        <w:rPr>
          <w:rFonts w:ascii="Liberation Sans" w:hAnsi="Liberation Sans" w:eastAsia="Liberation Sans"/>
          <w:color w:val="20262E"/>
          <w:sz w:val="17"/>
        </w:rPr>
        <w:t>Do not tell people to stop medication or therapy. A spiritual-warfare framework may accompany, but must not replace, qualified mental-health assessment.</w:t>
      </w:r>
    </w:p>
    <w:p>
      <w:pPr>
        <w:pStyle w:val="SmallNote"/>
      </w:pPr>
      <w:r>
        <w:t>18 operational passage entries</w:t>
      </w:r>
    </w:p>
    <w:p>
      <w:pPr>
        <w:pStyle w:val="ScriptureReference"/>
        <w:keepNext/>
        <w:pBdr>
          <w:bottom w:val="single" w:sz="2" w:space="1" w:color="D5DBE0"/>
        </w:pBdr>
      </w:pPr>
      <w:r>
        <w:t>Psalm 27:1-5</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w:t>
      </w:r>
      <w:r>
        <w:rPr>
          <w:rFonts w:ascii="Liberation Serif" w:hAnsi="Liberation Serif" w:eastAsia="Liberation Serif"/>
          <w:color w:val="20262E"/>
          <w:sz w:val="18"/>
        </w:rPr>
        <w:t xml:space="preserve"> A Psalm of David. The LORD is my light and my salvation; whom shall I fear? the LORD is the strength of my life; of whom shall I be afraid?</w:t>
      </w:r>
      <w:r>
        <w:t xml:space="preserve"> </w:t>
      </w:r>
      <w:r>
        <w:rPr>
          <w:rFonts w:ascii="Liberation Sans" w:hAnsi="Liberation Sans" w:eastAsia="Liberation Sans"/>
          <w:b/>
          <w:color w:val="A67833"/>
          <w:sz w:val="15"/>
          <w:vertAlign w:val="superscript"/>
        </w:rPr>
        <w:t>2</w:t>
      </w:r>
      <w:r>
        <w:rPr>
          <w:rFonts w:ascii="Liberation Serif" w:hAnsi="Liberation Serif" w:eastAsia="Liberation Serif"/>
          <w:color w:val="20262E"/>
          <w:sz w:val="18"/>
        </w:rPr>
        <w:t xml:space="preserve"> When the wicked, even mine enemies and my foes, came upon me to eat up my flesh, they stumbled and fell.</w:t>
      </w:r>
      <w:r>
        <w:t xml:space="preserve"> </w:t>
      </w:r>
      <w:r>
        <w:rPr>
          <w:rFonts w:ascii="Liberation Sans" w:hAnsi="Liberation Sans" w:eastAsia="Liberation Sans"/>
          <w:b/>
          <w:color w:val="A67833"/>
          <w:sz w:val="15"/>
          <w:vertAlign w:val="superscript"/>
        </w:rPr>
        <w:t>3</w:t>
      </w:r>
      <w:r>
        <w:rPr>
          <w:rFonts w:ascii="Liberation Serif" w:hAnsi="Liberation Serif" w:eastAsia="Liberation Serif"/>
          <w:color w:val="20262E"/>
          <w:sz w:val="18"/>
        </w:rPr>
        <w:t xml:space="preserve"> Though an host should encamp against me, my heart shall not fear: though war should rise against me, in this will I be confident.</w:t>
      </w:r>
      <w:r>
        <w:t xml:space="preserve"> </w:t>
      </w:r>
      <w:r>
        <w:rPr>
          <w:rFonts w:ascii="Liberation Sans" w:hAnsi="Liberation Sans" w:eastAsia="Liberation Sans"/>
          <w:b/>
          <w:color w:val="A67833"/>
          <w:sz w:val="15"/>
          <w:vertAlign w:val="superscript"/>
        </w:rPr>
        <w:t>4</w:t>
      </w:r>
      <w:r>
        <w:rPr>
          <w:rFonts w:ascii="Liberation Serif" w:hAnsi="Liberation Serif" w:eastAsia="Liberation Serif"/>
          <w:color w:val="20262E"/>
          <w:sz w:val="18"/>
        </w:rPr>
        <w:t xml:space="preserve"> One thing have I desired of the LORD, that will I seek after; that I may dwell in the house of the LORD all the days of my life, to behold the beauty of the LORD, and to enquire in his temple.</w:t>
      </w:r>
      <w:r>
        <w:t xml:space="preserve"> </w:t>
      </w:r>
      <w:r>
        <w:rPr>
          <w:rFonts w:ascii="Liberation Sans" w:hAnsi="Liberation Sans" w:eastAsia="Liberation Sans"/>
          <w:b/>
          <w:color w:val="A67833"/>
          <w:sz w:val="15"/>
          <w:vertAlign w:val="superscript"/>
        </w:rPr>
        <w:t>5</w:t>
      </w:r>
      <w:r>
        <w:rPr>
          <w:rFonts w:ascii="Liberation Serif" w:hAnsi="Liberation Serif" w:eastAsia="Liberation Serif"/>
          <w:color w:val="20262E"/>
          <w:sz w:val="18"/>
        </w:rPr>
        <w:t xml:space="preserve"> For in the time of trouble he shall hide me in his pavilion: in the secret of his tabernacle shall he hide me; he shall set me up upon a rock.</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for intrusive thoughts, fear, condemnation, obsessive rumination, deception, panic, or entrenched false beliefs.</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Bring thoughts into the light, compare them with truth, pray, practice disciplined attention, seek appropriate counseling or medical care, and replace lies with obedient action.</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Do not tell people to stop medication or therapy. A spiritual-warfare framework may accompany, but must not replace, qualified mental-health assessment.</w:t>
      </w:r>
    </w:p>
    <w:p>
      <w:pPr>
        <w:pStyle w:val="ScriptureReference"/>
        <w:keepNext/>
        <w:pBdr>
          <w:bottom w:val="single" w:sz="2" w:space="1" w:color="D5DBE0"/>
        </w:pBdr>
      </w:pPr>
      <w:r>
        <w:t>Psalm 34:4-8</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4</w:t>
      </w:r>
      <w:r>
        <w:rPr>
          <w:rFonts w:ascii="Liberation Serif" w:hAnsi="Liberation Serif" w:eastAsia="Liberation Serif"/>
          <w:color w:val="20262E"/>
          <w:sz w:val="18"/>
        </w:rPr>
        <w:t xml:space="preserve"> I sought the LORD, and he heard me, and delivered me from all my fears.</w:t>
      </w:r>
      <w:r>
        <w:t xml:space="preserve"> </w:t>
      </w:r>
      <w:r>
        <w:rPr>
          <w:rFonts w:ascii="Liberation Sans" w:hAnsi="Liberation Sans" w:eastAsia="Liberation Sans"/>
          <w:b/>
          <w:color w:val="A67833"/>
          <w:sz w:val="15"/>
          <w:vertAlign w:val="superscript"/>
        </w:rPr>
        <w:t>5</w:t>
      </w:r>
      <w:r>
        <w:rPr>
          <w:rFonts w:ascii="Liberation Serif" w:hAnsi="Liberation Serif" w:eastAsia="Liberation Serif"/>
          <w:color w:val="20262E"/>
          <w:sz w:val="18"/>
        </w:rPr>
        <w:t xml:space="preserve"> They looked unto him, and were lightened: and their faces were not ashamed.</w:t>
      </w:r>
      <w:r>
        <w:t xml:space="preserve"> </w:t>
      </w:r>
      <w:r>
        <w:rPr>
          <w:rFonts w:ascii="Liberation Sans" w:hAnsi="Liberation Sans" w:eastAsia="Liberation Sans"/>
          <w:b/>
          <w:color w:val="A67833"/>
          <w:sz w:val="15"/>
          <w:vertAlign w:val="superscript"/>
        </w:rPr>
        <w:t>6</w:t>
      </w:r>
      <w:r>
        <w:rPr>
          <w:rFonts w:ascii="Liberation Serif" w:hAnsi="Liberation Serif" w:eastAsia="Liberation Serif"/>
          <w:color w:val="20262E"/>
          <w:sz w:val="18"/>
        </w:rPr>
        <w:t xml:space="preserve"> This poor man cried, and the LORD heard him, and saved him out of all his troubles.</w:t>
      </w:r>
      <w:r>
        <w:t xml:space="preserve"> </w:t>
      </w:r>
      <w:r>
        <w:rPr>
          <w:rFonts w:ascii="Liberation Sans" w:hAnsi="Liberation Sans" w:eastAsia="Liberation Sans"/>
          <w:b/>
          <w:color w:val="A67833"/>
          <w:sz w:val="15"/>
          <w:vertAlign w:val="superscript"/>
        </w:rPr>
        <w:t>7</w:t>
      </w:r>
      <w:r>
        <w:rPr>
          <w:rFonts w:ascii="Liberation Serif" w:hAnsi="Liberation Serif" w:eastAsia="Liberation Serif"/>
          <w:color w:val="20262E"/>
          <w:sz w:val="18"/>
        </w:rPr>
        <w:t xml:space="preserve"> The angel of the LORD encampeth round about them that fear him, and delivereth them.</w:t>
      </w:r>
      <w:r>
        <w:t xml:space="preserve"> </w:t>
      </w:r>
      <w:r>
        <w:rPr>
          <w:rFonts w:ascii="Liberation Sans" w:hAnsi="Liberation Sans" w:eastAsia="Liberation Sans"/>
          <w:b/>
          <w:color w:val="A67833"/>
          <w:sz w:val="15"/>
          <w:vertAlign w:val="superscript"/>
        </w:rPr>
        <w:t>8</w:t>
      </w:r>
      <w:r>
        <w:rPr>
          <w:rFonts w:ascii="Liberation Serif" w:hAnsi="Liberation Serif" w:eastAsia="Liberation Serif"/>
          <w:color w:val="20262E"/>
          <w:sz w:val="18"/>
        </w:rPr>
        <w:t xml:space="preserve"> O taste and see that the LORD is good: blessed is the man that trusteth in him.</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for intrusive thoughts, fear, condemnation, obsessive rumination, deception, panic, or entrenched false beliefs.</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Bring thoughts into the light, compare them with truth, pray, practice disciplined attention, seek appropriate counseling or medical care, and replace lies with obedient action.</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Do not tell people to stop medication or therapy. A spiritual-warfare framework may accompany, but must not replace, qualified mental-health assessment.</w:t>
      </w:r>
    </w:p>
    <w:p>
      <w:pPr>
        <w:pStyle w:val="ScriptureReference"/>
        <w:keepNext/>
        <w:pBdr>
          <w:bottom w:val="single" w:sz="2" w:space="1" w:color="D5DBE0"/>
        </w:pBdr>
      </w:pPr>
      <w:r>
        <w:t>Psalm 42:5,11</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5</w:t>
      </w:r>
      <w:r>
        <w:rPr>
          <w:rFonts w:ascii="Liberation Serif" w:hAnsi="Liberation Serif" w:eastAsia="Liberation Serif"/>
          <w:color w:val="20262E"/>
          <w:sz w:val="18"/>
        </w:rPr>
        <w:t xml:space="preserve"> Why art thou cast down, O my soul? and why art thou disquieted in me? hope thou in God: for I shall yet praise him for the help of his countenance.</w:t>
      </w:r>
      <w:r>
        <w:t xml:space="preserve"> </w:t>
      </w:r>
      <w:r>
        <w:rPr>
          <w:rFonts w:ascii="Liberation Sans" w:hAnsi="Liberation Sans" w:eastAsia="Liberation Sans"/>
          <w:b/>
          <w:color w:val="A67833"/>
          <w:sz w:val="15"/>
          <w:vertAlign w:val="superscript"/>
        </w:rPr>
        <w:t>11</w:t>
      </w:r>
      <w:r>
        <w:rPr>
          <w:rFonts w:ascii="Liberation Serif" w:hAnsi="Liberation Serif" w:eastAsia="Liberation Serif"/>
          <w:color w:val="20262E"/>
          <w:sz w:val="18"/>
        </w:rPr>
        <w:t xml:space="preserve"> Why art thou cast down, O my soul? and why art thou disquieted within me? hope thou in God: for I shall yet praise him, who is the health of my countenance, and my God.</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for intrusive thoughts, fear, condemnation, obsessive rumination, deception, panic, or entrenched false beliefs.</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Bring thoughts into the light, compare them with truth, pray, practice disciplined attention, seek appropriate counseling or medical care, and replace lies with obedient action.</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Do not tell people to stop medication or therapy. A spiritual-warfare framework may accompany, but must not replace, qualified mental-health assessment.</w:t>
      </w:r>
    </w:p>
    <w:p>
      <w:pPr>
        <w:pStyle w:val="ScriptureReference"/>
        <w:keepNext/>
        <w:pBdr>
          <w:bottom w:val="single" w:sz="2" w:space="1" w:color="D5DBE0"/>
        </w:pBdr>
      </w:pPr>
      <w:r>
        <w:t>Psalm 56:3-4</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3</w:t>
      </w:r>
      <w:r>
        <w:rPr>
          <w:rFonts w:ascii="Liberation Serif" w:hAnsi="Liberation Serif" w:eastAsia="Liberation Serif"/>
          <w:color w:val="20262E"/>
          <w:sz w:val="18"/>
        </w:rPr>
        <w:t xml:space="preserve"> What time I am afraid, I will trust in thee.</w:t>
      </w:r>
      <w:r>
        <w:t xml:space="preserve"> </w:t>
      </w:r>
      <w:r>
        <w:rPr>
          <w:rFonts w:ascii="Liberation Sans" w:hAnsi="Liberation Sans" w:eastAsia="Liberation Sans"/>
          <w:b/>
          <w:color w:val="A67833"/>
          <w:sz w:val="15"/>
          <w:vertAlign w:val="superscript"/>
        </w:rPr>
        <w:t>4</w:t>
      </w:r>
      <w:r>
        <w:rPr>
          <w:rFonts w:ascii="Liberation Serif" w:hAnsi="Liberation Serif" w:eastAsia="Liberation Serif"/>
          <w:color w:val="20262E"/>
          <w:sz w:val="18"/>
        </w:rPr>
        <w:t xml:space="preserve"> In God I will praise his word, in God I have put my trust; I will not fear what flesh can do unto me.</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for intrusive thoughts, fear, condemnation, obsessive rumination, deception, panic, or entrenched false beliefs.</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Bring thoughts into the light, compare them with truth, pray, practice disciplined attention, seek appropriate counseling or medical care, and replace lies with obedient action.</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Do not tell people to stop medication or therapy. A spiritual-warfare framework may accompany, but must not replace, qualified mental-health assessment.</w:t>
      </w:r>
    </w:p>
    <w:p>
      <w:pPr>
        <w:pStyle w:val="ScriptureReference"/>
        <w:keepNext/>
        <w:pBdr>
          <w:bottom w:val="single" w:sz="2" w:space="1" w:color="D5DBE0"/>
        </w:pBdr>
      </w:pPr>
      <w:r>
        <w:t>Psalm 91:1-16</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w:t>
      </w:r>
      <w:r>
        <w:rPr>
          <w:rFonts w:ascii="Liberation Serif" w:hAnsi="Liberation Serif" w:eastAsia="Liberation Serif"/>
          <w:color w:val="20262E"/>
          <w:sz w:val="18"/>
        </w:rPr>
        <w:t xml:space="preserve"> He that dwelleth in the secret place of the most High shall abide under the shadow of the Almighty.</w:t>
      </w:r>
      <w:r>
        <w:t xml:space="preserve"> </w:t>
      </w:r>
      <w:r>
        <w:rPr>
          <w:rFonts w:ascii="Liberation Sans" w:hAnsi="Liberation Sans" w:eastAsia="Liberation Sans"/>
          <w:b/>
          <w:color w:val="A67833"/>
          <w:sz w:val="15"/>
          <w:vertAlign w:val="superscript"/>
        </w:rPr>
        <w:t>2</w:t>
      </w:r>
      <w:r>
        <w:rPr>
          <w:rFonts w:ascii="Liberation Serif" w:hAnsi="Liberation Serif" w:eastAsia="Liberation Serif"/>
          <w:color w:val="20262E"/>
          <w:sz w:val="18"/>
        </w:rPr>
        <w:t xml:space="preserve"> I will say of the LORD, He is my refuge and my fortress: my God; in him will I trust.</w:t>
      </w:r>
      <w:r>
        <w:t xml:space="preserve"> </w:t>
      </w:r>
      <w:r>
        <w:rPr>
          <w:rFonts w:ascii="Liberation Sans" w:hAnsi="Liberation Sans" w:eastAsia="Liberation Sans"/>
          <w:b/>
          <w:color w:val="A67833"/>
          <w:sz w:val="15"/>
          <w:vertAlign w:val="superscript"/>
        </w:rPr>
        <w:t>3</w:t>
      </w:r>
      <w:r>
        <w:rPr>
          <w:rFonts w:ascii="Liberation Serif" w:hAnsi="Liberation Serif" w:eastAsia="Liberation Serif"/>
          <w:color w:val="20262E"/>
          <w:sz w:val="18"/>
        </w:rPr>
        <w:t xml:space="preserve"> Surely he shall deliver thee from the snare of the fowler, and from the noisome pestilence.</w:t>
      </w:r>
      <w:r>
        <w:t xml:space="preserve"> </w:t>
      </w:r>
      <w:r>
        <w:rPr>
          <w:rFonts w:ascii="Liberation Sans" w:hAnsi="Liberation Sans" w:eastAsia="Liberation Sans"/>
          <w:b/>
          <w:color w:val="A67833"/>
          <w:sz w:val="15"/>
          <w:vertAlign w:val="superscript"/>
        </w:rPr>
        <w:t>4</w:t>
      </w:r>
      <w:r>
        <w:rPr>
          <w:rFonts w:ascii="Liberation Serif" w:hAnsi="Liberation Serif" w:eastAsia="Liberation Serif"/>
          <w:color w:val="20262E"/>
          <w:sz w:val="18"/>
        </w:rPr>
        <w:t xml:space="preserve"> He shall cover thee with his feathers, and under his wings shalt thou trust: his truth shall be thy shield and buckler.</w:t>
      </w:r>
      <w:r>
        <w:t xml:space="preserve"> </w:t>
      </w:r>
      <w:r>
        <w:rPr>
          <w:rFonts w:ascii="Liberation Sans" w:hAnsi="Liberation Sans" w:eastAsia="Liberation Sans"/>
          <w:b/>
          <w:color w:val="A67833"/>
          <w:sz w:val="15"/>
          <w:vertAlign w:val="superscript"/>
        </w:rPr>
        <w:t>5</w:t>
      </w:r>
      <w:r>
        <w:rPr>
          <w:rFonts w:ascii="Liberation Serif" w:hAnsi="Liberation Serif" w:eastAsia="Liberation Serif"/>
          <w:color w:val="20262E"/>
          <w:sz w:val="18"/>
        </w:rPr>
        <w:t xml:space="preserve"> Thou shalt not be afraid for the terror by night; nor for the arrow that flieth by day;</w:t>
      </w:r>
      <w:r>
        <w:t xml:space="preserve"> </w:t>
      </w:r>
      <w:r>
        <w:rPr>
          <w:rFonts w:ascii="Liberation Sans" w:hAnsi="Liberation Sans" w:eastAsia="Liberation Sans"/>
          <w:b/>
          <w:color w:val="A67833"/>
          <w:sz w:val="15"/>
          <w:vertAlign w:val="superscript"/>
        </w:rPr>
        <w:t>6</w:t>
      </w:r>
      <w:r>
        <w:rPr>
          <w:rFonts w:ascii="Liberation Serif" w:hAnsi="Liberation Serif" w:eastAsia="Liberation Serif"/>
          <w:color w:val="20262E"/>
          <w:sz w:val="18"/>
        </w:rPr>
        <w:t xml:space="preserve"> Nor for the pestilence that walketh in darkness; nor for the destruction that wasteth at noonday.</w:t>
      </w:r>
      <w:r>
        <w:t xml:space="preserve"> </w:t>
      </w:r>
      <w:r>
        <w:rPr>
          <w:rFonts w:ascii="Liberation Sans" w:hAnsi="Liberation Sans" w:eastAsia="Liberation Sans"/>
          <w:b/>
          <w:color w:val="A67833"/>
          <w:sz w:val="15"/>
          <w:vertAlign w:val="superscript"/>
        </w:rPr>
        <w:t>7</w:t>
      </w:r>
      <w:r>
        <w:rPr>
          <w:rFonts w:ascii="Liberation Serif" w:hAnsi="Liberation Serif" w:eastAsia="Liberation Serif"/>
          <w:color w:val="20262E"/>
          <w:sz w:val="18"/>
        </w:rPr>
        <w:t xml:space="preserve"> A thousand shall fall at thy side, and ten thousand at thy right hand; but it shall not come nigh thee.</w:t>
      </w:r>
      <w:r>
        <w:t xml:space="preserve"> </w:t>
      </w:r>
      <w:r>
        <w:rPr>
          <w:rFonts w:ascii="Liberation Sans" w:hAnsi="Liberation Sans" w:eastAsia="Liberation Sans"/>
          <w:b/>
          <w:color w:val="A67833"/>
          <w:sz w:val="15"/>
          <w:vertAlign w:val="superscript"/>
        </w:rPr>
        <w:t>8</w:t>
      </w:r>
      <w:r>
        <w:rPr>
          <w:rFonts w:ascii="Liberation Serif" w:hAnsi="Liberation Serif" w:eastAsia="Liberation Serif"/>
          <w:color w:val="20262E"/>
          <w:sz w:val="18"/>
        </w:rPr>
        <w:t xml:space="preserve"> Only with thine eyes shalt thou behold and see the reward of the wicked.</w:t>
      </w:r>
      <w:r>
        <w:t xml:space="preserve"> </w:t>
      </w:r>
      <w:r>
        <w:rPr>
          <w:rFonts w:ascii="Liberation Sans" w:hAnsi="Liberation Sans" w:eastAsia="Liberation Sans"/>
          <w:b/>
          <w:color w:val="A67833"/>
          <w:sz w:val="15"/>
          <w:vertAlign w:val="superscript"/>
        </w:rPr>
        <w:t>9</w:t>
      </w:r>
      <w:r>
        <w:rPr>
          <w:rFonts w:ascii="Liberation Serif" w:hAnsi="Liberation Serif" w:eastAsia="Liberation Serif"/>
          <w:color w:val="20262E"/>
          <w:sz w:val="18"/>
        </w:rPr>
        <w:t xml:space="preserve"> Because thou hast made the LORD, which is my refuge, even the most High, thy habitation;</w:t>
      </w:r>
      <w:r>
        <w:t xml:space="preserve"> </w:t>
      </w:r>
      <w:r>
        <w:rPr>
          <w:rFonts w:ascii="Liberation Sans" w:hAnsi="Liberation Sans" w:eastAsia="Liberation Sans"/>
          <w:b/>
          <w:color w:val="A67833"/>
          <w:sz w:val="15"/>
          <w:vertAlign w:val="superscript"/>
        </w:rPr>
        <w:t>10</w:t>
      </w:r>
      <w:r>
        <w:rPr>
          <w:rFonts w:ascii="Liberation Serif" w:hAnsi="Liberation Serif" w:eastAsia="Liberation Serif"/>
          <w:color w:val="20262E"/>
          <w:sz w:val="18"/>
        </w:rPr>
        <w:t xml:space="preserve"> There shall no evil befall thee, neither shall any plague come nigh thy dwelling.</w:t>
      </w:r>
      <w:r>
        <w:t xml:space="preserve"> </w:t>
      </w:r>
      <w:r>
        <w:rPr>
          <w:rFonts w:ascii="Liberation Sans" w:hAnsi="Liberation Sans" w:eastAsia="Liberation Sans"/>
          <w:b/>
          <w:color w:val="A67833"/>
          <w:sz w:val="15"/>
          <w:vertAlign w:val="superscript"/>
        </w:rPr>
        <w:t>11</w:t>
      </w:r>
      <w:r>
        <w:rPr>
          <w:rFonts w:ascii="Liberation Serif" w:hAnsi="Liberation Serif" w:eastAsia="Liberation Serif"/>
          <w:color w:val="20262E"/>
          <w:sz w:val="18"/>
        </w:rPr>
        <w:t xml:space="preserve"> For he shall give his angels charge over thee, to keep thee in all thy ways.</w:t>
      </w:r>
      <w:r>
        <w:t xml:space="preserve"> </w:t>
      </w:r>
      <w:r>
        <w:rPr>
          <w:rFonts w:ascii="Liberation Sans" w:hAnsi="Liberation Sans" w:eastAsia="Liberation Sans"/>
          <w:b/>
          <w:color w:val="A67833"/>
          <w:sz w:val="15"/>
          <w:vertAlign w:val="superscript"/>
        </w:rPr>
        <w:t>12</w:t>
      </w:r>
      <w:r>
        <w:rPr>
          <w:rFonts w:ascii="Liberation Serif" w:hAnsi="Liberation Serif" w:eastAsia="Liberation Serif"/>
          <w:color w:val="20262E"/>
          <w:sz w:val="18"/>
        </w:rPr>
        <w:t xml:space="preserve"> They shall bear thee up in their hands, lest thou dash thy foot against a stone.</w:t>
      </w:r>
      <w:r>
        <w:t xml:space="preserve"> </w:t>
      </w:r>
      <w:r>
        <w:rPr>
          <w:rFonts w:ascii="Liberation Sans" w:hAnsi="Liberation Sans" w:eastAsia="Liberation Sans"/>
          <w:b/>
          <w:color w:val="A67833"/>
          <w:sz w:val="15"/>
          <w:vertAlign w:val="superscript"/>
        </w:rPr>
        <w:t>13</w:t>
      </w:r>
      <w:r>
        <w:rPr>
          <w:rFonts w:ascii="Liberation Serif" w:hAnsi="Liberation Serif" w:eastAsia="Liberation Serif"/>
          <w:color w:val="20262E"/>
          <w:sz w:val="18"/>
        </w:rPr>
        <w:t xml:space="preserve"> Thou shalt tread upon the lion and adder: the young lion and the dragon shalt thou trample under feet.</w:t>
      </w:r>
      <w:r>
        <w:t xml:space="preserve"> </w:t>
      </w:r>
      <w:r>
        <w:rPr>
          <w:rFonts w:ascii="Liberation Sans" w:hAnsi="Liberation Sans" w:eastAsia="Liberation Sans"/>
          <w:b/>
          <w:color w:val="A67833"/>
          <w:sz w:val="15"/>
          <w:vertAlign w:val="superscript"/>
        </w:rPr>
        <w:t>14</w:t>
      </w:r>
      <w:r>
        <w:rPr>
          <w:rFonts w:ascii="Liberation Serif" w:hAnsi="Liberation Serif" w:eastAsia="Liberation Serif"/>
          <w:color w:val="20262E"/>
          <w:sz w:val="18"/>
        </w:rPr>
        <w:t xml:space="preserve"> Because he hath set his love upon me, therefore will I deliver him: I will set him on high, because he hath known my name.</w:t>
      </w:r>
      <w:r>
        <w:t xml:space="preserve"> </w:t>
      </w:r>
      <w:r>
        <w:rPr>
          <w:rFonts w:ascii="Liberation Sans" w:hAnsi="Liberation Sans" w:eastAsia="Liberation Sans"/>
          <w:b/>
          <w:color w:val="A67833"/>
          <w:sz w:val="15"/>
          <w:vertAlign w:val="superscript"/>
        </w:rPr>
        <w:t>15</w:t>
      </w:r>
      <w:r>
        <w:rPr>
          <w:rFonts w:ascii="Liberation Serif" w:hAnsi="Liberation Serif" w:eastAsia="Liberation Serif"/>
          <w:color w:val="20262E"/>
          <w:sz w:val="18"/>
        </w:rPr>
        <w:t xml:space="preserve"> He shall call upon me, and I will answer him: I will be with him in trouble; I will deliver him, and honour him.</w:t>
      </w:r>
      <w:r>
        <w:t xml:space="preserve"> </w:t>
      </w:r>
      <w:r>
        <w:rPr>
          <w:rFonts w:ascii="Liberation Sans" w:hAnsi="Liberation Sans" w:eastAsia="Liberation Sans"/>
          <w:b/>
          <w:color w:val="A67833"/>
          <w:sz w:val="15"/>
          <w:vertAlign w:val="superscript"/>
        </w:rPr>
        <w:t>16</w:t>
      </w:r>
      <w:r>
        <w:rPr>
          <w:rFonts w:ascii="Liberation Serif" w:hAnsi="Liberation Serif" w:eastAsia="Liberation Serif"/>
          <w:color w:val="20262E"/>
          <w:sz w:val="18"/>
        </w:rPr>
        <w:t xml:space="preserve"> With long life will I satisfy him, and shew him my salvation.</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For refuge, fear, nighttime prayer, danger, and household reassurance.</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Dwell in God, trust Him, and pair prayer with wise safety.</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Satan quoted this psalm while tempting Jesus. The psalm must never be used to justify reckless testing of God.</w:t>
      </w:r>
    </w:p>
    <w:p>
      <w:pPr>
        <w:pStyle w:val="ScriptureReference"/>
        <w:keepNext/>
        <w:pBdr>
          <w:bottom w:val="single" w:sz="2" w:space="1" w:color="D5DBE0"/>
        </w:pBdr>
      </w:pPr>
      <w:r>
        <w:t>Isaiah 26:3-4</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3</w:t>
      </w:r>
      <w:r>
        <w:rPr>
          <w:rFonts w:ascii="Liberation Serif" w:hAnsi="Liberation Serif" w:eastAsia="Liberation Serif"/>
          <w:color w:val="20262E"/>
          <w:sz w:val="18"/>
        </w:rPr>
        <w:t xml:space="preserve"> Thou wilt keep him in perfect peace, whose mind is stayed on thee: because he trusteth in thee.</w:t>
      </w:r>
      <w:r>
        <w:t xml:space="preserve"> </w:t>
      </w:r>
      <w:r>
        <w:rPr>
          <w:rFonts w:ascii="Liberation Sans" w:hAnsi="Liberation Sans" w:eastAsia="Liberation Sans"/>
          <w:b/>
          <w:color w:val="A67833"/>
          <w:sz w:val="15"/>
          <w:vertAlign w:val="superscript"/>
        </w:rPr>
        <w:t>4</w:t>
      </w:r>
      <w:r>
        <w:rPr>
          <w:rFonts w:ascii="Liberation Serif" w:hAnsi="Liberation Serif" w:eastAsia="Liberation Serif"/>
          <w:color w:val="20262E"/>
          <w:sz w:val="18"/>
        </w:rPr>
        <w:t xml:space="preserve"> Trust ye in the LORD for ever: for in the LORD JEHOVAH is everlasting strength:</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for intrusive thoughts, fear, condemnation, obsessive rumination, deception, panic, or entrenched false beliefs.</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Bring thoughts into the light, compare them with truth, pray, practice disciplined attention, seek appropriate counseling or medical care, and replace lies with obedient action.</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Do not tell people to stop medication or therapy. A spiritual-warfare framework may accompany, but must not replace, qualified mental-health assessment.</w:t>
      </w:r>
    </w:p>
    <w:p>
      <w:pPr>
        <w:pStyle w:val="ScriptureReference"/>
        <w:keepNext/>
        <w:pBdr>
          <w:bottom w:val="single" w:sz="2" w:space="1" w:color="D5DBE0"/>
        </w:pBdr>
      </w:pPr>
      <w:r>
        <w:t>Isaiah 41:10-13</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10</w:t>
      </w:r>
      <w:r>
        <w:rPr>
          <w:rFonts w:ascii="Liberation Serif" w:hAnsi="Liberation Serif" w:eastAsia="Liberation Serif"/>
          <w:color w:val="20262E"/>
          <w:sz w:val="18"/>
        </w:rPr>
        <w:t xml:space="preserve"> Fear thou not; for I am with thee: be not dismayed; for I am thy God: I will strengthen thee; yea, I will help thee; yea, I will uphold thee with the right hand of my righteousness.</w:t>
      </w:r>
      <w:r>
        <w:t xml:space="preserve"> </w:t>
      </w:r>
      <w:r>
        <w:rPr>
          <w:rFonts w:ascii="Liberation Sans" w:hAnsi="Liberation Sans" w:eastAsia="Liberation Sans"/>
          <w:b/>
          <w:color w:val="A67833"/>
          <w:sz w:val="15"/>
          <w:vertAlign w:val="superscript"/>
        </w:rPr>
        <w:t>11</w:t>
      </w:r>
      <w:r>
        <w:rPr>
          <w:rFonts w:ascii="Liberation Serif" w:hAnsi="Liberation Serif" w:eastAsia="Liberation Serif"/>
          <w:color w:val="20262E"/>
          <w:sz w:val="18"/>
        </w:rPr>
        <w:t xml:space="preserve"> Behold, all they that were incensed against thee shall be ashamed and confounded: they shall be as nothing; and they that strive with thee shall perish.</w:t>
      </w:r>
      <w:r>
        <w:t xml:space="preserve"> </w:t>
      </w:r>
      <w:r>
        <w:rPr>
          <w:rFonts w:ascii="Liberation Sans" w:hAnsi="Liberation Sans" w:eastAsia="Liberation Sans"/>
          <w:b/>
          <w:color w:val="A67833"/>
          <w:sz w:val="15"/>
          <w:vertAlign w:val="superscript"/>
        </w:rPr>
        <w:t>12</w:t>
      </w:r>
      <w:r>
        <w:rPr>
          <w:rFonts w:ascii="Liberation Serif" w:hAnsi="Liberation Serif" w:eastAsia="Liberation Serif"/>
          <w:color w:val="20262E"/>
          <w:sz w:val="18"/>
        </w:rPr>
        <w:t xml:space="preserve"> Thou shalt seek them, and shalt not find them, even them that contended with thee: they that war against thee shall be as nothing, and as a thing of nought.</w:t>
      </w:r>
      <w:r>
        <w:t xml:space="preserve"> </w:t>
      </w:r>
      <w:r>
        <w:rPr>
          <w:rFonts w:ascii="Liberation Sans" w:hAnsi="Liberation Sans" w:eastAsia="Liberation Sans"/>
          <w:b/>
          <w:color w:val="A67833"/>
          <w:sz w:val="15"/>
          <w:vertAlign w:val="superscript"/>
        </w:rPr>
        <w:t>13</w:t>
      </w:r>
      <w:r>
        <w:rPr>
          <w:rFonts w:ascii="Liberation Serif" w:hAnsi="Liberation Serif" w:eastAsia="Liberation Serif"/>
          <w:color w:val="20262E"/>
          <w:sz w:val="18"/>
        </w:rPr>
        <w:t xml:space="preserve"> For I the LORD thy God will hold thy right hand, saying unto thee, Fear not; I will help thee.</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for intrusive thoughts, fear, condemnation, obsessive rumination, deception, panic, or entrenched false beliefs.</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Bring thoughts into the light, compare them with truth, pray, practice disciplined attention, seek appropriate counseling or medical care, and replace lies with obedient action.</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Do not tell people to stop medication or therapy. A spiritual-warfare framework may accompany, but must not replace, qualified mental-health assessment.</w:t>
      </w:r>
    </w:p>
    <w:p>
      <w:pPr>
        <w:pStyle w:val="ScriptureReference"/>
        <w:keepNext/>
        <w:pBdr>
          <w:bottom w:val="single" w:sz="2" w:space="1" w:color="D5DBE0"/>
        </w:pBdr>
      </w:pPr>
      <w:r>
        <w:t>Isaiah 54:17</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17</w:t>
      </w:r>
      <w:r>
        <w:rPr>
          <w:rFonts w:ascii="Liberation Serif" w:hAnsi="Liberation Serif" w:eastAsia="Liberation Serif"/>
          <w:color w:val="20262E"/>
          <w:sz w:val="18"/>
        </w:rPr>
        <w:t xml:space="preserve"> No weapon that is formed against thee shall prosper; and every tongue that shall rise against thee in judgment thou shalt condemn. This is the heritage of the servants of the LORD, and their righteousness is of me, saith the LORD.</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for intrusive thoughts, fear, condemnation, obsessive rumination, deception, panic, or entrenched false beliefs.</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Bring thoughts into the light, compare them with truth, pray, practice disciplined attention, seek appropriate counseling or medical care, and replace lies with obedient action.</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Do not tell people to stop medication or therapy. A spiritual-warfare framework may accompany, but must not replace, qualified mental-health assessment.</w:t>
      </w:r>
    </w:p>
    <w:p>
      <w:pPr>
        <w:pStyle w:val="ScriptureReference"/>
        <w:keepNext/>
        <w:pBdr>
          <w:bottom w:val="single" w:sz="2" w:space="1" w:color="D5DBE0"/>
        </w:pBdr>
      </w:pPr>
      <w:r>
        <w:t>Matthew 6:25-34</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25</w:t>
      </w:r>
      <w:r>
        <w:rPr>
          <w:rFonts w:ascii="Liberation Serif" w:hAnsi="Liberation Serif" w:eastAsia="Liberation Serif"/>
          <w:color w:val="20262E"/>
          <w:sz w:val="18"/>
        </w:rPr>
        <w:t xml:space="preserve"> Therefore I say unto you, Take no thought for your life, what ye shall eat, or what ye shall drink; nor yet for your body, what ye shall put on. Is not the life more than meat, and the body than raiment?</w:t>
      </w:r>
      <w:r>
        <w:t xml:space="preserve"> </w:t>
      </w:r>
      <w:r>
        <w:rPr>
          <w:rFonts w:ascii="Liberation Sans" w:hAnsi="Liberation Sans" w:eastAsia="Liberation Sans"/>
          <w:b/>
          <w:color w:val="A67833"/>
          <w:sz w:val="15"/>
          <w:vertAlign w:val="superscript"/>
        </w:rPr>
        <w:t>26</w:t>
      </w:r>
      <w:r>
        <w:rPr>
          <w:rFonts w:ascii="Liberation Serif" w:hAnsi="Liberation Serif" w:eastAsia="Liberation Serif"/>
          <w:color w:val="20262E"/>
          <w:sz w:val="18"/>
        </w:rPr>
        <w:t xml:space="preserve"> Behold the fowls of the air: for they sow not, neither do they reap, nor gather into barns; yet your heavenly Father feedeth them. Are ye not much better than they?</w:t>
      </w:r>
      <w:r>
        <w:t xml:space="preserve"> </w:t>
      </w:r>
      <w:r>
        <w:rPr>
          <w:rFonts w:ascii="Liberation Sans" w:hAnsi="Liberation Sans" w:eastAsia="Liberation Sans"/>
          <w:b/>
          <w:color w:val="A67833"/>
          <w:sz w:val="15"/>
          <w:vertAlign w:val="superscript"/>
        </w:rPr>
        <w:t>27</w:t>
      </w:r>
      <w:r>
        <w:rPr>
          <w:rFonts w:ascii="Liberation Serif" w:hAnsi="Liberation Serif" w:eastAsia="Liberation Serif"/>
          <w:color w:val="20262E"/>
          <w:sz w:val="18"/>
        </w:rPr>
        <w:t xml:space="preserve"> Which of you by taking thought can add one cubit unto his stature?</w:t>
      </w:r>
      <w:r>
        <w:t xml:space="preserve"> </w:t>
      </w:r>
      <w:r>
        <w:rPr>
          <w:rFonts w:ascii="Liberation Sans" w:hAnsi="Liberation Sans" w:eastAsia="Liberation Sans"/>
          <w:b/>
          <w:color w:val="A67833"/>
          <w:sz w:val="15"/>
          <w:vertAlign w:val="superscript"/>
        </w:rPr>
        <w:t>28</w:t>
      </w:r>
      <w:r>
        <w:rPr>
          <w:rFonts w:ascii="Liberation Serif" w:hAnsi="Liberation Serif" w:eastAsia="Liberation Serif"/>
          <w:color w:val="20262E"/>
          <w:sz w:val="18"/>
        </w:rPr>
        <w:t xml:space="preserve"> And why take ye thought for raiment? Consider the lilies of the field, how they grow; they toil not, neither do they spin:</w:t>
      </w:r>
      <w:r>
        <w:t xml:space="preserve"> </w:t>
      </w:r>
      <w:r>
        <w:rPr>
          <w:rFonts w:ascii="Liberation Sans" w:hAnsi="Liberation Sans" w:eastAsia="Liberation Sans"/>
          <w:b/>
          <w:color w:val="A67833"/>
          <w:sz w:val="15"/>
          <w:vertAlign w:val="superscript"/>
        </w:rPr>
        <w:t>29</w:t>
      </w:r>
      <w:r>
        <w:rPr>
          <w:rFonts w:ascii="Liberation Serif" w:hAnsi="Liberation Serif" w:eastAsia="Liberation Serif"/>
          <w:color w:val="20262E"/>
          <w:sz w:val="18"/>
        </w:rPr>
        <w:t xml:space="preserve"> And yet I say unto you, That even Solomon in all his glory was not arrayed like one of these.</w:t>
      </w:r>
      <w:r>
        <w:t xml:space="preserve"> </w:t>
      </w:r>
      <w:r>
        <w:rPr>
          <w:rFonts w:ascii="Liberation Sans" w:hAnsi="Liberation Sans" w:eastAsia="Liberation Sans"/>
          <w:b/>
          <w:color w:val="A67833"/>
          <w:sz w:val="15"/>
          <w:vertAlign w:val="superscript"/>
        </w:rPr>
        <w:t>30</w:t>
      </w:r>
      <w:r>
        <w:rPr>
          <w:rFonts w:ascii="Liberation Serif" w:hAnsi="Liberation Serif" w:eastAsia="Liberation Serif"/>
          <w:color w:val="20262E"/>
          <w:sz w:val="18"/>
        </w:rPr>
        <w:t xml:space="preserve"> Wherefore, if God so clothe the grass of the field, which to day is, and to morrow is cast into the oven, shall he not much more clothe you, O ye of little faith?</w:t>
      </w:r>
      <w:r>
        <w:t xml:space="preserve"> </w:t>
      </w:r>
      <w:r>
        <w:rPr>
          <w:rFonts w:ascii="Liberation Sans" w:hAnsi="Liberation Sans" w:eastAsia="Liberation Sans"/>
          <w:b/>
          <w:color w:val="A67833"/>
          <w:sz w:val="15"/>
          <w:vertAlign w:val="superscript"/>
        </w:rPr>
        <w:t>31</w:t>
      </w:r>
      <w:r>
        <w:rPr>
          <w:rFonts w:ascii="Liberation Serif" w:hAnsi="Liberation Serif" w:eastAsia="Liberation Serif"/>
          <w:color w:val="20262E"/>
          <w:sz w:val="18"/>
        </w:rPr>
        <w:t xml:space="preserve"> Therefore take no thought, saying, What shall we eat? or, What shall we drink? or, Wherewithal shall we be clothed?</w:t>
      </w:r>
      <w:r>
        <w:t xml:space="preserve"> </w:t>
      </w:r>
      <w:r>
        <w:rPr>
          <w:rFonts w:ascii="Liberation Sans" w:hAnsi="Liberation Sans" w:eastAsia="Liberation Sans"/>
          <w:b/>
          <w:color w:val="A67833"/>
          <w:sz w:val="15"/>
          <w:vertAlign w:val="superscript"/>
        </w:rPr>
        <w:t>32</w:t>
      </w:r>
      <w:r>
        <w:rPr>
          <w:rFonts w:ascii="Liberation Serif" w:hAnsi="Liberation Serif" w:eastAsia="Liberation Serif"/>
          <w:color w:val="20262E"/>
          <w:sz w:val="18"/>
        </w:rPr>
        <w:t xml:space="preserve"> (For after all these things do the Gentiles seek:) for your heavenly Father knoweth that ye have need of all these things.</w:t>
      </w:r>
      <w:r>
        <w:t xml:space="preserve"> </w:t>
      </w:r>
      <w:r>
        <w:rPr>
          <w:rFonts w:ascii="Liberation Sans" w:hAnsi="Liberation Sans" w:eastAsia="Liberation Sans"/>
          <w:b/>
          <w:color w:val="A67833"/>
          <w:sz w:val="15"/>
          <w:vertAlign w:val="superscript"/>
        </w:rPr>
        <w:t>33</w:t>
      </w:r>
      <w:r>
        <w:rPr>
          <w:rFonts w:ascii="Liberation Serif" w:hAnsi="Liberation Serif" w:eastAsia="Liberation Serif"/>
          <w:color w:val="20262E"/>
          <w:sz w:val="18"/>
        </w:rPr>
        <w:t xml:space="preserve"> But seek ye first the kingdom of God, and his righteousness; and all these things shall be added unto you.</w:t>
      </w:r>
      <w:r>
        <w:t xml:space="preserve"> </w:t>
      </w:r>
      <w:r>
        <w:rPr>
          <w:rFonts w:ascii="Liberation Sans" w:hAnsi="Liberation Sans" w:eastAsia="Liberation Sans"/>
          <w:b/>
          <w:color w:val="A67833"/>
          <w:sz w:val="15"/>
          <w:vertAlign w:val="superscript"/>
        </w:rPr>
        <w:t>34</w:t>
      </w:r>
      <w:r>
        <w:rPr>
          <w:rFonts w:ascii="Liberation Serif" w:hAnsi="Liberation Serif" w:eastAsia="Liberation Serif"/>
          <w:color w:val="20262E"/>
          <w:sz w:val="18"/>
        </w:rPr>
        <w:t xml:space="preserve"> Take therefore no thought for the morrow: for the morrow shall take thought for the things of itself. Sufficient unto the day is the evil thereof.</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for intrusive thoughts, fear, condemnation, obsessive rumination, deception, panic, or entrenched false beliefs.</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Bring thoughts into the light, compare them with truth, pray, practice disciplined attention, seek appropriate counseling or medical care, and replace lies with obedient action.</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Do not tell people to stop medication or therapy. A spiritual-warfare framework may accompany, but must not replace, qualified mental-health assessment.</w:t>
      </w:r>
    </w:p>
    <w:p>
      <w:pPr>
        <w:pStyle w:val="ScriptureReference"/>
        <w:keepNext/>
        <w:pBdr>
          <w:bottom w:val="single" w:sz="2" w:space="1" w:color="D5DBE0"/>
        </w:pBdr>
      </w:pPr>
      <w:r>
        <w:t>John 8:31-32</w:t>
      </w:r>
    </w:p>
    <w:p>
      <w:pPr>
        <w:pStyle w:val="EvidenceTag"/>
        <w:keepNext/>
      </w:pPr>
      <w:r>
        <w:t>Evidence A | Source IDs: S03, S07 | Dr. Marcus Haggard / LHBC; Gene and Earline Moody / LHBC</w:t>
      </w:r>
    </w:p>
    <w:p>
      <w:pPr>
        <w:pStyle w:val="ScriptureText"/>
        <w:keepNext/>
      </w:pPr>
      <w:r>
        <w:rPr>
          <w:rFonts w:ascii="Liberation Sans" w:hAnsi="Liberation Sans" w:eastAsia="Liberation Sans"/>
          <w:b/>
          <w:color w:val="A67833"/>
          <w:sz w:val="15"/>
          <w:vertAlign w:val="superscript"/>
        </w:rPr>
        <w:t>31</w:t>
      </w:r>
      <w:r>
        <w:rPr>
          <w:rFonts w:ascii="Liberation Serif" w:hAnsi="Liberation Serif" w:eastAsia="Liberation Serif"/>
          <w:color w:val="20262E"/>
          <w:sz w:val="18"/>
        </w:rPr>
        <w:t xml:space="preserve"> Then said Jesus to those Jews which believed on him, If ye continue in my word, then are ye my disciples indeed;</w:t>
      </w:r>
      <w:r>
        <w:t xml:space="preserve"> </w:t>
      </w:r>
      <w:r>
        <w:rPr>
          <w:rFonts w:ascii="Liberation Sans" w:hAnsi="Liberation Sans" w:eastAsia="Liberation Sans"/>
          <w:b/>
          <w:color w:val="A67833"/>
          <w:sz w:val="15"/>
          <w:vertAlign w:val="superscript"/>
        </w:rPr>
        <w:t>32</w:t>
      </w:r>
      <w:r>
        <w:rPr>
          <w:rFonts w:ascii="Liberation Serif" w:hAnsi="Liberation Serif" w:eastAsia="Liberation Serif"/>
          <w:color w:val="20262E"/>
          <w:sz w:val="18"/>
        </w:rPr>
        <w:t xml:space="preserve"> And ye shall know the truth, and the truth shall make you free.</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for intrusive thoughts, fear, condemnation, obsessive rumination, deception, panic, or entrenched false beliefs.</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Bring thoughts into the light, compare them with truth, pray, practice disciplined attention, seek appropriate counseling or medical care, and replace lies with obedient action.</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Do not tell people to stop medication or therapy. A spiritual-warfare framework may accompany, but must not replace, qualified mental-health assessment.</w:t>
      </w:r>
    </w:p>
    <w:p>
      <w:pPr>
        <w:pStyle w:val="ScriptureReference"/>
        <w:keepNext/>
        <w:pBdr>
          <w:bottom w:val="single" w:sz="2" w:space="1" w:color="D5DBE0"/>
        </w:pBdr>
      </w:pPr>
      <w:r>
        <w:t>John 14:27</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27</w:t>
      </w:r>
      <w:r>
        <w:rPr>
          <w:rFonts w:ascii="Liberation Serif" w:hAnsi="Liberation Serif" w:eastAsia="Liberation Serif"/>
          <w:color w:val="20262E"/>
          <w:sz w:val="18"/>
        </w:rPr>
        <w:t xml:space="preserve"> Peace I leave with you, my peace I give unto you: not as the world giveth, give I unto you. Let not your heart be troubled, neither let it be afraid.</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for intrusive thoughts, fear, condemnation, obsessive rumination, deception, panic, or entrenched false beliefs.</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Bring thoughts into the light, compare them with truth, pray, practice disciplined attention, seek appropriate counseling or medical care, and replace lies with obedient action.</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Do not tell people to stop medication or therapy. A spiritual-warfare framework may accompany, but must not replace, qualified mental-health assessment.</w:t>
      </w:r>
    </w:p>
    <w:p>
      <w:pPr>
        <w:pStyle w:val="ScriptureReference"/>
        <w:keepNext/>
        <w:pBdr>
          <w:bottom w:val="single" w:sz="2" w:space="1" w:color="D5DBE0"/>
        </w:pBdr>
      </w:pPr>
      <w:r>
        <w:t>Romans 8:5-6,15</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5</w:t>
      </w:r>
      <w:r>
        <w:rPr>
          <w:rFonts w:ascii="Liberation Serif" w:hAnsi="Liberation Serif" w:eastAsia="Liberation Serif"/>
          <w:color w:val="20262E"/>
          <w:sz w:val="18"/>
        </w:rPr>
        <w:t xml:space="preserve"> For they that are after the flesh do mind the things of the flesh; but they that are after the Spirit the things of the Spirit.</w:t>
      </w:r>
      <w:r>
        <w:t xml:space="preserve"> </w:t>
      </w:r>
      <w:r>
        <w:rPr>
          <w:rFonts w:ascii="Liberation Sans" w:hAnsi="Liberation Sans" w:eastAsia="Liberation Sans"/>
          <w:b/>
          <w:color w:val="A67833"/>
          <w:sz w:val="15"/>
          <w:vertAlign w:val="superscript"/>
        </w:rPr>
        <w:t>6</w:t>
      </w:r>
      <w:r>
        <w:rPr>
          <w:rFonts w:ascii="Liberation Serif" w:hAnsi="Liberation Serif" w:eastAsia="Liberation Serif"/>
          <w:color w:val="20262E"/>
          <w:sz w:val="18"/>
        </w:rPr>
        <w:t xml:space="preserve"> For to be carnally minded is death; but to be spiritually minded is life and peace.</w:t>
      </w:r>
      <w:r>
        <w:t xml:space="preserve"> </w:t>
      </w:r>
      <w:r>
        <w:rPr>
          <w:rFonts w:ascii="Liberation Sans" w:hAnsi="Liberation Sans" w:eastAsia="Liberation Sans"/>
          <w:b/>
          <w:color w:val="A67833"/>
          <w:sz w:val="15"/>
          <w:vertAlign w:val="superscript"/>
        </w:rPr>
        <w:t>15</w:t>
      </w:r>
      <w:r>
        <w:rPr>
          <w:rFonts w:ascii="Liberation Serif" w:hAnsi="Liberation Serif" w:eastAsia="Liberation Serif"/>
          <w:color w:val="20262E"/>
          <w:sz w:val="18"/>
        </w:rPr>
        <w:t xml:space="preserve"> For ye have not received the spirit of bondage again to fear; but ye have received the Spirit of adoption, whereby we cry, Abba, Father.</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for intrusive thoughts, fear, condemnation, obsessive rumination, deception, panic, or entrenched false beliefs.</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Bring thoughts into the light, compare them with truth, pray, practice disciplined attention, seek appropriate counseling or medical care, and replace lies with obedient action.</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Do not tell people to stop medication or therapy. A spiritual-warfare framework may accompany, but must not replace, qualified mental-health assessment.</w:t>
      </w:r>
    </w:p>
    <w:p>
      <w:pPr>
        <w:pStyle w:val="ScriptureReference"/>
        <w:keepNext/>
        <w:pBdr>
          <w:bottom w:val="single" w:sz="2" w:space="1" w:color="D5DBE0"/>
        </w:pBdr>
      </w:pPr>
      <w:r>
        <w:t>Romans 12:2</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2</w:t>
      </w:r>
      <w:r>
        <w:rPr>
          <w:rFonts w:ascii="Liberation Serif" w:hAnsi="Liberation Serif" w:eastAsia="Liberation Serif"/>
          <w:color w:val="20262E"/>
          <w:sz w:val="18"/>
        </w:rPr>
        <w:t xml:space="preserve"> And be not conformed to this world: but be ye transformed by the renewing of your mind, that ye may prove what is that good, and acceptable, and perfect, will of God.</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for intrusive thoughts, fear, condemnation, obsessive rumination, deception, panic, or entrenched false beliefs.</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Bring thoughts into the light, compare them with truth, pray, practice disciplined attention, seek appropriate counseling or medical care, and replace lies with obedient action.</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Do not tell people to stop medication or therapy. A spiritual-warfare framework may accompany, but must not replace, qualified mental-health assessment.</w:t>
      </w:r>
    </w:p>
    <w:p>
      <w:pPr>
        <w:pStyle w:val="ScriptureReference"/>
        <w:keepNext/>
        <w:pBdr>
          <w:bottom w:val="single" w:sz="2" w:space="1" w:color="D5DBE0"/>
        </w:pBdr>
      </w:pPr>
      <w:r>
        <w:t>Philippians 4:4-9</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4</w:t>
      </w:r>
      <w:r>
        <w:rPr>
          <w:rFonts w:ascii="Liberation Serif" w:hAnsi="Liberation Serif" w:eastAsia="Liberation Serif"/>
          <w:color w:val="20262E"/>
          <w:sz w:val="18"/>
        </w:rPr>
        <w:t xml:space="preserve"> Rejoice in the Lord alway: and again I say, Rejoice.</w:t>
      </w:r>
      <w:r>
        <w:t xml:space="preserve"> </w:t>
      </w:r>
      <w:r>
        <w:rPr>
          <w:rFonts w:ascii="Liberation Sans" w:hAnsi="Liberation Sans" w:eastAsia="Liberation Sans"/>
          <w:b/>
          <w:color w:val="A67833"/>
          <w:sz w:val="15"/>
          <w:vertAlign w:val="superscript"/>
        </w:rPr>
        <w:t>5</w:t>
      </w:r>
      <w:r>
        <w:rPr>
          <w:rFonts w:ascii="Liberation Serif" w:hAnsi="Liberation Serif" w:eastAsia="Liberation Serif"/>
          <w:color w:val="20262E"/>
          <w:sz w:val="18"/>
        </w:rPr>
        <w:t xml:space="preserve"> Let your moderation be known unto all men. The Lord is at hand.</w:t>
      </w:r>
      <w:r>
        <w:t xml:space="preserve"> </w:t>
      </w:r>
      <w:r>
        <w:rPr>
          <w:rFonts w:ascii="Liberation Sans" w:hAnsi="Liberation Sans" w:eastAsia="Liberation Sans"/>
          <w:b/>
          <w:color w:val="A67833"/>
          <w:sz w:val="15"/>
          <w:vertAlign w:val="superscript"/>
        </w:rPr>
        <w:t>6</w:t>
      </w:r>
      <w:r>
        <w:rPr>
          <w:rFonts w:ascii="Liberation Serif" w:hAnsi="Liberation Serif" w:eastAsia="Liberation Serif"/>
          <w:color w:val="20262E"/>
          <w:sz w:val="18"/>
        </w:rPr>
        <w:t xml:space="preserve"> Be careful for nothing; but in every thing by prayer and supplication with thanksgiving let your requests be made known unto God.</w:t>
      </w:r>
      <w:r>
        <w:t xml:space="preserve"> </w:t>
      </w:r>
      <w:r>
        <w:rPr>
          <w:rFonts w:ascii="Liberation Sans" w:hAnsi="Liberation Sans" w:eastAsia="Liberation Sans"/>
          <w:b/>
          <w:color w:val="A67833"/>
          <w:sz w:val="15"/>
          <w:vertAlign w:val="superscript"/>
        </w:rPr>
        <w:t>7</w:t>
      </w:r>
      <w:r>
        <w:rPr>
          <w:rFonts w:ascii="Liberation Serif" w:hAnsi="Liberation Serif" w:eastAsia="Liberation Serif"/>
          <w:color w:val="20262E"/>
          <w:sz w:val="18"/>
        </w:rPr>
        <w:t xml:space="preserve"> And the peace of God, which passeth all understanding, shall keep your hearts and minds through Christ Jesus.</w:t>
      </w:r>
      <w:r>
        <w:t xml:space="preserve"> </w:t>
      </w:r>
      <w:r>
        <w:rPr>
          <w:rFonts w:ascii="Liberation Sans" w:hAnsi="Liberation Sans" w:eastAsia="Liberation Sans"/>
          <w:b/>
          <w:color w:val="A67833"/>
          <w:sz w:val="15"/>
          <w:vertAlign w:val="superscript"/>
        </w:rPr>
        <w:t>8</w:t>
      </w:r>
      <w:r>
        <w:rPr>
          <w:rFonts w:ascii="Liberation Serif" w:hAnsi="Liberation Serif" w:eastAsia="Liberation Serif"/>
          <w:color w:val="20262E"/>
          <w:sz w:val="18"/>
        </w:rPr>
        <w:t xml:space="preserve"> Finally, brethren, whatsoever things are true, whatsoever things are honest, whatsoever things are just, whatsoever things are pure, whatsoever things are lovely, whatsoever things are of good report; if there be any virtue, and if there be any praise, think on these things.</w:t>
      </w:r>
      <w:r>
        <w:t xml:space="preserve"> </w:t>
      </w:r>
      <w:r>
        <w:rPr>
          <w:rFonts w:ascii="Liberation Sans" w:hAnsi="Liberation Sans" w:eastAsia="Liberation Sans"/>
          <w:b/>
          <w:color w:val="A67833"/>
          <w:sz w:val="15"/>
          <w:vertAlign w:val="superscript"/>
        </w:rPr>
        <w:t>9</w:t>
      </w:r>
      <w:r>
        <w:rPr>
          <w:rFonts w:ascii="Liberation Serif" w:hAnsi="Liberation Serif" w:eastAsia="Liberation Serif"/>
          <w:color w:val="20262E"/>
          <w:sz w:val="18"/>
        </w:rPr>
        <w:t xml:space="preserve"> Those things, which ye have both learned, and received, and heard, and seen in me, do: and the God of peace shall be with you.</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for intrusive thoughts, fear, condemnation, obsessive rumination, deception, panic, or entrenched false beliefs.</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Bring thoughts into the light, compare them with truth, pray, practice disciplined attention, seek appropriate counseling or medical care, and replace lies with obedient action.</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Do not tell people to stop medication or therapy. A spiritual-warfare framework may accompany, but must not replace, qualified mental-health assessment.</w:t>
      </w:r>
    </w:p>
    <w:p>
      <w:pPr>
        <w:pStyle w:val="ScriptureReference"/>
        <w:keepNext/>
        <w:pBdr>
          <w:bottom w:val="single" w:sz="2" w:space="1" w:color="D5DBE0"/>
        </w:pBdr>
      </w:pPr>
      <w:r>
        <w:t>2 Timothy 1:7</w:t>
      </w:r>
    </w:p>
    <w:p>
      <w:pPr>
        <w:pStyle w:val="EvidenceTag"/>
        <w:keepNext/>
      </w:pPr>
      <w:r>
        <w:t>Evidence A | Source IDs: S03, S07 | Dr. Marcus Haggard / LHBC; Gene and Earline Moody / LHBC</w:t>
      </w:r>
    </w:p>
    <w:p>
      <w:pPr>
        <w:pStyle w:val="ScriptureText"/>
        <w:keepNext/>
      </w:pPr>
      <w:r>
        <w:rPr>
          <w:rFonts w:ascii="Liberation Sans" w:hAnsi="Liberation Sans" w:eastAsia="Liberation Sans"/>
          <w:b/>
          <w:color w:val="A67833"/>
          <w:sz w:val="15"/>
          <w:vertAlign w:val="superscript"/>
        </w:rPr>
        <w:t>7</w:t>
      </w:r>
      <w:r>
        <w:rPr>
          <w:rFonts w:ascii="Liberation Serif" w:hAnsi="Liberation Serif" w:eastAsia="Liberation Serif"/>
          <w:color w:val="20262E"/>
          <w:sz w:val="18"/>
        </w:rPr>
        <w:t xml:space="preserve"> For God hath not given us the spirit of fear; but of power, and of love, and of a sound mind.</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for intrusive thoughts, fear, condemnation, obsessive rumination, deception, panic, or entrenched false beliefs.</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Bring thoughts into the light, compare them with truth, pray, practice disciplined attention, seek appropriate counseling or medical care, and replace lies with obedient action.</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Do not tell people to stop medication or therapy. A spiritual-warfare framework may accompany, but must not replace, qualified mental-health assessment.</w:t>
      </w:r>
    </w:p>
    <w:p>
      <w:pPr>
        <w:pStyle w:val="ScriptureReference"/>
        <w:keepNext/>
        <w:pBdr>
          <w:bottom w:val="single" w:sz="2" w:space="1" w:color="D5DBE0"/>
        </w:pBdr>
      </w:pPr>
      <w:r>
        <w:t>Hebrews 4:14-16</w:t>
      </w:r>
    </w:p>
    <w:p>
      <w:pPr>
        <w:pStyle w:val="EvidenceTag"/>
        <w:keepNext/>
      </w:pPr>
      <w:r>
        <w:t>Evidence A | Source IDs: S02 | Win Worley / LHBC</w:t>
      </w:r>
    </w:p>
    <w:p>
      <w:pPr>
        <w:pStyle w:val="ScriptureText"/>
        <w:keepNext/>
      </w:pPr>
      <w:r>
        <w:rPr>
          <w:rFonts w:ascii="Liberation Sans" w:hAnsi="Liberation Sans" w:eastAsia="Liberation Sans"/>
          <w:b/>
          <w:color w:val="A67833"/>
          <w:sz w:val="15"/>
          <w:vertAlign w:val="superscript"/>
        </w:rPr>
        <w:t>14</w:t>
      </w:r>
      <w:r>
        <w:rPr>
          <w:rFonts w:ascii="Liberation Serif" w:hAnsi="Liberation Serif" w:eastAsia="Liberation Serif"/>
          <w:color w:val="20262E"/>
          <w:sz w:val="18"/>
        </w:rPr>
        <w:t xml:space="preserve"> Seeing then that we have a great high priest, that is passed into the heavens, Jesus the Son of God, let us hold fast our profession.</w:t>
      </w:r>
      <w:r>
        <w:t xml:space="preserve"> </w:t>
      </w:r>
      <w:r>
        <w:rPr>
          <w:rFonts w:ascii="Liberation Sans" w:hAnsi="Liberation Sans" w:eastAsia="Liberation Sans"/>
          <w:b/>
          <w:color w:val="A67833"/>
          <w:sz w:val="15"/>
          <w:vertAlign w:val="superscript"/>
        </w:rPr>
        <w:t>15</w:t>
      </w:r>
      <w:r>
        <w:rPr>
          <w:rFonts w:ascii="Liberation Serif" w:hAnsi="Liberation Serif" w:eastAsia="Liberation Serif"/>
          <w:color w:val="20262E"/>
          <w:sz w:val="18"/>
        </w:rPr>
        <w:t xml:space="preserve"> For we have not an high priest which cannot be touched with the feeling of our infirmities; but was in all points tempted like as we are, yet without sin.</w:t>
      </w:r>
      <w:r>
        <w:t xml:space="preserve"> </w:t>
      </w:r>
      <w:r>
        <w:rPr>
          <w:rFonts w:ascii="Liberation Sans" w:hAnsi="Liberation Sans" w:eastAsia="Liberation Sans"/>
          <w:b/>
          <w:color w:val="A67833"/>
          <w:sz w:val="15"/>
          <w:vertAlign w:val="superscript"/>
        </w:rPr>
        <w:t>16</w:t>
      </w:r>
      <w:r>
        <w:rPr>
          <w:rFonts w:ascii="Liberation Serif" w:hAnsi="Liberation Serif" w:eastAsia="Liberation Serif"/>
          <w:color w:val="20262E"/>
          <w:sz w:val="18"/>
        </w:rPr>
        <w:t xml:space="preserve"> Let us therefore come boldly unto the throne of grace, that we may obtain mercy, and find grace to help in time of need.</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for intrusive thoughts, fear, condemnation, obsessive rumination, deception, panic, or entrenched false beliefs.</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Bring thoughts into the light, compare them with truth, pray, practice disciplined attention, seek appropriate counseling or medical care, and replace lies with obedient action.</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Do not tell people to stop medication or therapy. A spiritual-warfare framework may accompany, but must not replace, qualified mental-health assessment.</w:t>
      </w:r>
    </w:p>
    <w:p>
      <w:pPr>
        <w:pStyle w:val="ScriptureReference"/>
        <w:keepNext/>
        <w:pBdr>
          <w:bottom w:val="single" w:sz="2" w:space="1" w:color="D5DBE0"/>
        </w:pBdr>
      </w:pPr>
      <w:r>
        <w:t>Hebrews 13:5-6</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5</w:t>
      </w:r>
      <w:r>
        <w:rPr>
          <w:rFonts w:ascii="Liberation Serif" w:hAnsi="Liberation Serif" w:eastAsia="Liberation Serif"/>
          <w:color w:val="20262E"/>
          <w:sz w:val="18"/>
        </w:rPr>
        <w:t xml:space="preserve"> Let your conversation be without covetousness; and be content with such things as ye have: for he hath said, I will never leave thee, nor forsake thee.</w:t>
      </w:r>
      <w:r>
        <w:t xml:space="preserve"> </w:t>
      </w:r>
      <w:r>
        <w:rPr>
          <w:rFonts w:ascii="Liberation Sans" w:hAnsi="Liberation Sans" w:eastAsia="Liberation Sans"/>
          <w:b/>
          <w:color w:val="A67833"/>
          <w:sz w:val="15"/>
          <w:vertAlign w:val="superscript"/>
        </w:rPr>
        <w:t>6</w:t>
      </w:r>
      <w:r>
        <w:rPr>
          <w:rFonts w:ascii="Liberation Serif" w:hAnsi="Liberation Serif" w:eastAsia="Liberation Serif"/>
          <w:color w:val="20262E"/>
          <w:sz w:val="18"/>
        </w:rPr>
        <w:t xml:space="preserve"> So that we may boldly say, The Lord is my helper, and I will not fear what man shall do unto me.</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for intrusive thoughts, fear, condemnation, obsessive rumination, deception, panic, or entrenched false beliefs.</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Bring thoughts into the light, compare them with truth, pray, practice disciplined attention, seek appropriate counseling or medical care, and replace lies with obedient action.</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Do not tell people to stop medication or therapy. A spiritual-warfare framework may accompany, but must not replace, qualified mental-health assessment.</w:t>
      </w:r>
    </w:p>
    <w:p>
      <w:pPr>
        <w:pStyle w:val="ScriptureReference"/>
        <w:keepNext/>
        <w:pBdr>
          <w:bottom w:val="single" w:sz="2" w:space="1" w:color="D5DBE0"/>
        </w:pBdr>
      </w:pPr>
      <w:r>
        <w:t>1 John 4:17-18</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17</w:t>
      </w:r>
      <w:r>
        <w:rPr>
          <w:rFonts w:ascii="Liberation Serif" w:hAnsi="Liberation Serif" w:eastAsia="Liberation Serif"/>
          <w:color w:val="20262E"/>
          <w:sz w:val="18"/>
        </w:rPr>
        <w:t xml:space="preserve"> Herein is our love made perfect, that we may have boldness in the day of judgment: because as he is, so are we in this world.</w:t>
      </w:r>
      <w:r>
        <w:t xml:space="preserve"> </w:t>
      </w:r>
      <w:r>
        <w:rPr>
          <w:rFonts w:ascii="Liberation Sans" w:hAnsi="Liberation Sans" w:eastAsia="Liberation Sans"/>
          <w:b/>
          <w:color w:val="A67833"/>
          <w:sz w:val="15"/>
          <w:vertAlign w:val="superscript"/>
        </w:rPr>
        <w:t>18</w:t>
      </w:r>
      <w:r>
        <w:rPr>
          <w:rFonts w:ascii="Liberation Serif" w:hAnsi="Liberation Serif" w:eastAsia="Liberation Serif"/>
          <w:color w:val="20262E"/>
          <w:sz w:val="18"/>
        </w:rPr>
        <w:t xml:space="preserve"> There is no fear in love; but perfect love casteth out fear: because fear hath torment. He that feareth is not made perfect in love.</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for intrusive thoughts, fear, condemnation, obsessive rumination, deception, panic, or entrenched false beliefs.</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Bring thoughts into the light, compare them with truth, pray, practice disciplined attention, seek appropriate counseling or medical care, and replace lies with obedient action.</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Do not tell people to stop medication or therapy. A spiritual-warfare framework may accompany, but must not replace, qualified mental-health assessment.</w:t>
      </w:r>
    </w:p>
    <w:p>
      <w:pPr>
        <w:pStyle w:val="Heading1"/>
        <w:keepNext/>
        <w:pageBreakBefore/>
        <w:pBdr>
          <w:bottom w:val="single" w:sz="8" w:space="2" w:color="A67833"/>
        </w:pBdr>
      </w:pPr>
      <w:r>
        <w:t>6.12 Rejection, Adoption, Belonging, and Identity in Christ</w:t>
      </w:r>
    </w:p>
    <w:p>
      <w:pPr>
        <w:pStyle w:val="Guidance"/>
      </w:pPr>
      <w:r>
        <w:rPr>
          <w:rFonts w:ascii="Liberation Sans" w:hAnsi="Liberation Sans" w:eastAsia="Liberation Sans"/>
          <w:b/>
          <w:color w:val="18324A"/>
          <w:sz w:val="17"/>
        </w:rPr>
        <w:t xml:space="preserve">Use this section when: </w:t>
      </w:r>
      <w:r>
        <w:rPr>
          <w:rFonts w:ascii="Liberation Sans" w:hAnsi="Liberation Sans" w:eastAsia="Liberation Sans"/>
          <w:color w:val="20262E"/>
          <w:sz w:val="17"/>
        </w:rPr>
        <w:t>Use when shame, abandonment, rejection, self-hatred, or identity confusion makes a person vulnerable to accusation and control.</w:t>
      </w:r>
    </w:p>
    <w:p>
      <w:pPr>
        <w:pStyle w:val="Guidance"/>
      </w:pPr>
      <w:r>
        <w:rPr>
          <w:rFonts w:ascii="Liberation Sans" w:hAnsi="Liberation Sans" w:eastAsia="Liberation Sans"/>
          <w:b/>
          <w:color w:val="18324A"/>
          <w:sz w:val="17"/>
        </w:rPr>
        <w:t xml:space="preserve">Ministry method: </w:t>
      </w:r>
      <w:r>
        <w:rPr>
          <w:rFonts w:ascii="Liberation Sans" w:hAnsi="Liberation Sans" w:eastAsia="Liberation Sans"/>
          <w:color w:val="20262E"/>
          <w:sz w:val="17"/>
        </w:rPr>
        <w:t>Read slowly, receive God's welcome in Christ, lament real wounds, reject false labels, and rebuild identity through safe relationships and discipleship.</w:t>
      </w:r>
    </w:p>
    <w:p>
      <w:pPr>
        <w:pStyle w:val="Guidance"/>
      </w:pPr>
      <w:r>
        <w:rPr>
          <w:rFonts w:ascii="Liberation Sans" w:hAnsi="Liberation Sans" w:eastAsia="Liberation Sans"/>
          <w:b/>
          <w:color w:val="18324A"/>
          <w:sz w:val="17"/>
        </w:rPr>
        <w:t xml:space="preserve">Section control: </w:t>
      </w:r>
      <w:r>
        <w:rPr>
          <w:rFonts w:ascii="Liberation Sans" w:hAnsi="Liberation Sans" w:eastAsia="Liberation Sans"/>
          <w:color w:val="20262E"/>
          <w:sz w:val="17"/>
        </w:rPr>
        <w:t>Do not reduce attachment injury or trauma to a demon label; deliverance prayer should be integrated with compassionate pastoral and clinical care.</w:t>
      </w:r>
    </w:p>
    <w:p>
      <w:pPr>
        <w:pStyle w:val="SmallNote"/>
      </w:pPr>
      <w:r>
        <w:t>13 operational passage entries</w:t>
      </w:r>
    </w:p>
    <w:p>
      <w:pPr>
        <w:pStyle w:val="ScriptureReference"/>
        <w:keepNext/>
        <w:pBdr>
          <w:bottom w:val="single" w:sz="2" w:space="1" w:color="D5DBE0"/>
        </w:pBdr>
      </w:pPr>
      <w:r>
        <w:t>Psalm 27:10</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10</w:t>
      </w:r>
      <w:r>
        <w:rPr>
          <w:rFonts w:ascii="Liberation Serif" w:hAnsi="Liberation Serif" w:eastAsia="Liberation Serif"/>
          <w:color w:val="20262E"/>
          <w:sz w:val="18"/>
        </w:rPr>
        <w:t xml:space="preserve"> When my father and my mother forsake me, then the LORD will take me up.</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shame, abandonment, rejection, self-hatred, or identity confusion makes a person vulnerable to accusation and control.</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Read slowly, receive God's welcome in Christ, lament real wounds, reject false labels, and rebuild identity through safe relationships and discipleship.</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Do not reduce attachment injury or trauma to a demon label; deliverance prayer should be integrated with compassionate pastoral and clinical care.</w:t>
      </w:r>
    </w:p>
    <w:p>
      <w:pPr>
        <w:pStyle w:val="ScriptureReference"/>
        <w:keepNext/>
        <w:pBdr>
          <w:bottom w:val="single" w:sz="2" w:space="1" w:color="D5DBE0"/>
        </w:pBdr>
      </w:pPr>
      <w:r>
        <w:t>Psalm 68:5-6</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5</w:t>
      </w:r>
      <w:r>
        <w:rPr>
          <w:rFonts w:ascii="Liberation Serif" w:hAnsi="Liberation Serif" w:eastAsia="Liberation Serif"/>
          <w:color w:val="20262E"/>
          <w:sz w:val="18"/>
        </w:rPr>
        <w:t xml:space="preserve"> A father of the fatherless, and a judge of the widows, is God in his holy habitation.</w:t>
      </w:r>
      <w:r>
        <w:t xml:space="preserve"> </w:t>
      </w:r>
      <w:r>
        <w:rPr>
          <w:rFonts w:ascii="Liberation Sans" w:hAnsi="Liberation Sans" w:eastAsia="Liberation Sans"/>
          <w:b/>
          <w:color w:val="A67833"/>
          <w:sz w:val="15"/>
          <w:vertAlign w:val="superscript"/>
        </w:rPr>
        <w:t>6</w:t>
      </w:r>
      <w:r>
        <w:rPr>
          <w:rFonts w:ascii="Liberation Serif" w:hAnsi="Liberation Serif" w:eastAsia="Liberation Serif"/>
          <w:color w:val="20262E"/>
          <w:sz w:val="18"/>
        </w:rPr>
        <w:t xml:space="preserve"> God setteth the solitary in families: he bringeth out those which are bound with chains: but the rebellious dwell in a dry land.</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shame, abandonment, rejection, self-hatred, or identity confusion makes a person vulnerable to accusation and control.</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Read slowly, receive God's welcome in Christ, lament real wounds, reject false labels, and rebuild identity through safe relationships and discipleship.</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Do not reduce attachment injury or trauma to a demon label; deliverance prayer should be integrated with compassionate pastoral and clinical care.</w:t>
      </w:r>
    </w:p>
    <w:p>
      <w:pPr>
        <w:pStyle w:val="ScriptureReference"/>
        <w:keepNext/>
        <w:pBdr>
          <w:bottom w:val="single" w:sz="2" w:space="1" w:color="D5DBE0"/>
        </w:pBdr>
      </w:pPr>
      <w:r>
        <w:t>Isaiah 49:14-16</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14</w:t>
      </w:r>
      <w:r>
        <w:rPr>
          <w:rFonts w:ascii="Liberation Serif" w:hAnsi="Liberation Serif" w:eastAsia="Liberation Serif"/>
          <w:color w:val="20262E"/>
          <w:sz w:val="18"/>
        </w:rPr>
        <w:t xml:space="preserve"> But Zion said, The LORD hath forsaken me, and my Lord hath forgotten me.</w:t>
      </w:r>
      <w:r>
        <w:t xml:space="preserve"> </w:t>
      </w:r>
      <w:r>
        <w:rPr>
          <w:rFonts w:ascii="Liberation Sans" w:hAnsi="Liberation Sans" w:eastAsia="Liberation Sans"/>
          <w:b/>
          <w:color w:val="A67833"/>
          <w:sz w:val="15"/>
          <w:vertAlign w:val="superscript"/>
        </w:rPr>
        <w:t>15</w:t>
      </w:r>
      <w:r>
        <w:rPr>
          <w:rFonts w:ascii="Liberation Serif" w:hAnsi="Liberation Serif" w:eastAsia="Liberation Serif"/>
          <w:color w:val="20262E"/>
          <w:sz w:val="18"/>
        </w:rPr>
        <w:t xml:space="preserve"> Can a woman forget her sucking child, that she should not have compassion on the son of her womb? yea, they may forget, yet will I not forget thee.</w:t>
      </w:r>
      <w:r>
        <w:t xml:space="preserve"> </w:t>
      </w:r>
      <w:r>
        <w:rPr>
          <w:rFonts w:ascii="Liberation Sans" w:hAnsi="Liberation Sans" w:eastAsia="Liberation Sans"/>
          <w:b/>
          <w:color w:val="A67833"/>
          <w:sz w:val="15"/>
          <w:vertAlign w:val="superscript"/>
        </w:rPr>
        <w:t>16</w:t>
      </w:r>
      <w:r>
        <w:rPr>
          <w:rFonts w:ascii="Liberation Serif" w:hAnsi="Liberation Serif" w:eastAsia="Liberation Serif"/>
          <w:color w:val="20262E"/>
          <w:sz w:val="18"/>
        </w:rPr>
        <w:t xml:space="preserve"> Behold, I have graven thee upon the palms of my hands; thy walls are continually before me.</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shame, abandonment, rejection, self-hatred, or identity confusion makes a person vulnerable to accusation and control.</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Read slowly, receive God's welcome in Christ, lament real wounds, reject false labels, and rebuild identity through safe relationships and discipleship.</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Do not reduce attachment injury or trauma to a demon label; deliverance prayer should be integrated with compassionate pastoral and clinical care.</w:t>
      </w:r>
    </w:p>
    <w:p>
      <w:pPr>
        <w:pStyle w:val="ScriptureReference"/>
        <w:keepNext/>
        <w:pBdr>
          <w:bottom w:val="single" w:sz="2" w:space="1" w:color="D5DBE0"/>
        </w:pBdr>
      </w:pPr>
      <w:r>
        <w:t>Isaiah 54:4-8</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4</w:t>
      </w:r>
      <w:r>
        <w:rPr>
          <w:rFonts w:ascii="Liberation Serif" w:hAnsi="Liberation Serif" w:eastAsia="Liberation Serif"/>
          <w:color w:val="20262E"/>
          <w:sz w:val="18"/>
        </w:rPr>
        <w:t xml:space="preserve"> Fear not; for thou shalt not be ashamed: neither be thou confounded; for thou shalt not be put to shame: for thou shalt forget the shame of thy youth, and shalt not remember the reproach of thy widowhood any more.</w:t>
      </w:r>
      <w:r>
        <w:t xml:space="preserve"> </w:t>
      </w:r>
      <w:r>
        <w:rPr>
          <w:rFonts w:ascii="Liberation Sans" w:hAnsi="Liberation Sans" w:eastAsia="Liberation Sans"/>
          <w:b/>
          <w:color w:val="A67833"/>
          <w:sz w:val="15"/>
          <w:vertAlign w:val="superscript"/>
        </w:rPr>
        <w:t>5</w:t>
      </w:r>
      <w:r>
        <w:rPr>
          <w:rFonts w:ascii="Liberation Serif" w:hAnsi="Liberation Serif" w:eastAsia="Liberation Serif"/>
          <w:color w:val="20262E"/>
          <w:sz w:val="18"/>
        </w:rPr>
        <w:t xml:space="preserve"> For thy Maker is thine husband; the LORD of hosts is his name; and thy Redeemer the Holy One of Israel; The God of the whole earth shall he be called.</w:t>
      </w:r>
      <w:r>
        <w:t xml:space="preserve"> </w:t>
      </w:r>
      <w:r>
        <w:rPr>
          <w:rFonts w:ascii="Liberation Sans" w:hAnsi="Liberation Sans" w:eastAsia="Liberation Sans"/>
          <w:b/>
          <w:color w:val="A67833"/>
          <w:sz w:val="15"/>
          <w:vertAlign w:val="superscript"/>
        </w:rPr>
        <w:t>6</w:t>
      </w:r>
      <w:r>
        <w:rPr>
          <w:rFonts w:ascii="Liberation Serif" w:hAnsi="Liberation Serif" w:eastAsia="Liberation Serif"/>
          <w:color w:val="20262E"/>
          <w:sz w:val="18"/>
        </w:rPr>
        <w:t xml:space="preserve"> For the LORD hath called thee as a woman forsaken and grieved in spirit, and a wife of youth, when thou wast refused, saith thy God.</w:t>
      </w:r>
      <w:r>
        <w:t xml:space="preserve"> </w:t>
      </w:r>
      <w:r>
        <w:rPr>
          <w:rFonts w:ascii="Liberation Sans" w:hAnsi="Liberation Sans" w:eastAsia="Liberation Sans"/>
          <w:b/>
          <w:color w:val="A67833"/>
          <w:sz w:val="15"/>
          <w:vertAlign w:val="superscript"/>
        </w:rPr>
        <w:t>7</w:t>
      </w:r>
      <w:r>
        <w:rPr>
          <w:rFonts w:ascii="Liberation Serif" w:hAnsi="Liberation Serif" w:eastAsia="Liberation Serif"/>
          <w:color w:val="20262E"/>
          <w:sz w:val="18"/>
        </w:rPr>
        <w:t xml:space="preserve"> For a small moment have I forsaken thee; but with great mercies will I gather thee.</w:t>
      </w:r>
      <w:r>
        <w:t xml:space="preserve"> </w:t>
      </w:r>
      <w:r>
        <w:rPr>
          <w:rFonts w:ascii="Liberation Sans" w:hAnsi="Liberation Sans" w:eastAsia="Liberation Sans"/>
          <w:b/>
          <w:color w:val="A67833"/>
          <w:sz w:val="15"/>
          <w:vertAlign w:val="superscript"/>
        </w:rPr>
        <w:t>8</w:t>
      </w:r>
      <w:r>
        <w:rPr>
          <w:rFonts w:ascii="Liberation Serif" w:hAnsi="Liberation Serif" w:eastAsia="Liberation Serif"/>
          <w:color w:val="20262E"/>
          <w:sz w:val="18"/>
        </w:rPr>
        <w:t xml:space="preserve"> In a little wrath I hid my face from thee for a moment; but with everlasting kindness will I have mercy on thee, saith the LORD thy Redeemer.</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shame, abandonment, rejection, self-hatred, or identity confusion makes a person vulnerable to accusation and control.</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Read slowly, receive God's welcome in Christ, lament real wounds, reject false labels, and rebuild identity through safe relationships and discipleship.</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Do not reduce attachment injury or trauma to a demon label; deliverance prayer should be integrated with compassionate pastoral and clinical care.</w:t>
      </w:r>
    </w:p>
    <w:p>
      <w:pPr>
        <w:pStyle w:val="ScriptureReference"/>
        <w:keepNext/>
        <w:pBdr>
          <w:bottom w:val="single" w:sz="2" w:space="1" w:color="D5DBE0"/>
        </w:pBdr>
      </w:pPr>
      <w:r>
        <w:t>John 1:12-13</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12</w:t>
      </w:r>
      <w:r>
        <w:rPr>
          <w:rFonts w:ascii="Liberation Serif" w:hAnsi="Liberation Serif" w:eastAsia="Liberation Serif"/>
          <w:color w:val="20262E"/>
          <w:sz w:val="18"/>
        </w:rPr>
        <w:t xml:space="preserve"> But as many as received him, to them gave he power to become the sons of God, even to them that believe on his name:</w:t>
      </w:r>
      <w:r>
        <w:t xml:space="preserve"> </w:t>
      </w:r>
      <w:r>
        <w:rPr>
          <w:rFonts w:ascii="Liberation Sans" w:hAnsi="Liberation Sans" w:eastAsia="Liberation Sans"/>
          <w:b/>
          <w:color w:val="A67833"/>
          <w:sz w:val="15"/>
          <w:vertAlign w:val="superscript"/>
        </w:rPr>
        <w:t>13</w:t>
      </w:r>
      <w:r>
        <w:rPr>
          <w:rFonts w:ascii="Liberation Serif" w:hAnsi="Liberation Serif" w:eastAsia="Liberation Serif"/>
          <w:color w:val="20262E"/>
          <w:sz w:val="18"/>
        </w:rPr>
        <w:t xml:space="preserve"> Which were born, not of blood, nor of the will of the flesh, nor of the will of man, but of God.</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shame, abandonment, rejection, self-hatred, or identity confusion makes a person vulnerable to accusation and control.</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Read slowly, receive God's welcome in Christ, lament real wounds, reject false labels, and rebuild identity through safe relationships and discipleship.</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Do not reduce attachment injury or trauma to a demon label; deliverance prayer should be integrated with compassionate pastoral and clinical care.</w:t>
      </w:r>
    </w:p>
    <w:p>
      <w:pPr>
        <w:pStyle w:val="ScriptureReference"/>
        <w:keepNext/>
        <w:pBdr>
          <w:bottom w:val="single" w:sz="2" w:space="1" w:color="D5DBE0"/>
        </w:pBdr>
      </w:pPr>
      <w:r>
        <w:t>John 6:37</w:t>
      </w:r>
    </w:p>
    <w:p>
      <w:pPr>
        <w:pStyle w:val="EvidenceTag"/>
        <w:keepNext/>
      </w:pPr>
      <w:r>
        <w:t>Evidence A | Source IDs: S07 | Gene and Earline Moody / LHBC</w:t>
      </w:r>
    </w:p>
    <w:p>
      <w:pPr>
        <w:pStyle w:val="ScriptureText"/>
        <w:keepNext/>
      </w:pPr>
      <w:r>
        <w:rPr>
          <w:rFonts w:ascii="Liberation Sans" w:hAnsi="Liberation Sans" w:eastAsia="Liberation Sans"/>
          <w:b/>
          <w:color w:val="A67833"/>
          <w:sz w:val="15"/>
          <w:vertAlign w:val="superscript"/>
        </w:rPr>
        <w:t>37</w:t>
      </w:r>
      <w:r>
        <w:rPr>
          <w:rFonts w:ascii="Liberation Serif" w:hAnsi="Liberation Serif" w:eastAsia="Liberation Serif"/>
          <w:color w:val="20262E"/>
          <w:sz w:val="18"/>
        </w:rPr>
        <w:t xml:space="preserve"> All that the Father giveth me shall come to me; and him that cometh to me I will in no wise cast out.</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shame, abandonment, rejection, self-hatred, or identity confusion makes a person vulnerable to accusation and control.</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Read slowly, receive God's welcome in Christ, lament real wounds, reject false labels, and rebuild identity through safe relationships and discipleship.</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Do not reduce attachment injury or trauma to a demon label; deliverance prayer should be integrated with compassionate pastoral and clinical care.</w:t>
      </w:r>
    </w:p>
    <w:p>
      <w:pPr>
        <w:pStyle w:val="ScriptureReference"/>
        <w:keepNext/>
        <w:pBdr>
          <w:bottom w:val="single" w:sz="2" w:space="1" w:color="D5DBE0"/>
        </w:pBdr>
      </w:pPr>
      <w:r>
        <w:t>John 15:9-16</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9</w:t>
      </w:r>
      <w:r>
        <w:rPr>
          <w:rFonts w:ascii="Liberation Serif" w:hAnsi="Liberation Serif" w:eastAsia="Liberation Serif"/>
          <w:color w:val="20262E"/>
          <w:sz w:val="18"/>
        </w:rPr>
        <w:t xml:space="preserve"> As the Father hath loved me, so have I loved you: continue ye in my love.</w:t>
      </w:r>
      <w:r>
        <w:t xml:space="preserve"> </w:t>
      </w:r>
      <w:r>
        <w:rPr>
          <w:rFonts w:ascii="Liberation Sans" w:hAnsi="Liberation Sans" w:eastAsia="Liberation Sans"/>
          <w:b/>
          <w:color w:val="A67833"/>
          <w:sz w:val="15"/>
          <w:vertAlign w:val="superscript"/>
        </w:rPr>
        <w:t>10</w:t>
      </w:r>
      <w:r>
        <w:rPr>
          <w:rFonts w:ascii="Liberation Serif" w:hAnsi="Liberation Serif" w:eastAsia="Liberation Serif"/>
          <w:color w:val="20262E"/>
          <w:sz w:val="18"/>
        </w:rPr>
        <w:t xml:space="preserve"> If ye keep my commandments, ye shall abide in my love; even as I have kept my Father's commandments, and abide in his love.</w:t>
      </w:r>
      <w:r>
        <w:t xml:space="preserve"> </w:t>
      </w:r>
      <w:r>
        <w:rPr>
          <w:rFonts w:ascii="Liberation Sans" w:hAnsi="Liberation Sans" w:eastAsia="Liberation Sans"/>
          <w:b/>
          <w:color w:val="A67833"/>
          <w:sz w:val="15"/>
          <w:vertAlign w:val="superscript"/>
        </w:rPr>
        <w:t>11</w:t>
      </w:r>
      <w:r>
        <w:rPr>
          <w:rFonts w:ascii="Liberation Serif" w:hAnsi="Liberation Serif" w:eastAsia="Liberation Serif"/>
          <w:color w:val="20262E"/>
          <w:sz w:val="18"/>
        </w:rPr>
        <w:t xml:space="preserve"> These things have I spoken unto you, that my joy might remain in you, and that your joy might be full.</w:t>
      </w:r>
      <w:r>
        <w:t xml:space="preserve"> </w:t>
      </w:r>
      <w:r>
        <w:rPr>
          <w:rFonts w:ascii="Liberation Sans" w:hAnsi="Liberation Sans" w:eastAsia="Liberation Sans"/>
          <w:b/>
          <w:color w:val="A67833"/>
          <w:sz w:val="15"/>
          <w:vertAlign w:val="superscript"/>
        </w:rPr>
        <w:t>12</w:t>
      </w:r>
      <w:r>
        <w:rPr>
          <w:rFonts w:ascii="Liberation Serif" w:hAnsi="Liberation Serif" w:eastAsia="Liberation Serif"/>
          <w:color w:val="20262E"/>
          <w:sz w:val="18"/>
        </w:rPr>
        <w:t xml:space="preserve"> This is my commandment, That ye love one another, as I have loved you.</w:t>
      </w:r>
      <w:r>
        <w:t xml:space="preserve"> </w:t>
      </w:r>
      <w:r>
        <w:rPr>
          <w:rFonts w:ascii="Liberation Sans" w:hAnsi="Liberation Sans" w:eastAsia="Liberation Sans"/>
          <w:b/>
          <w:color w:val="A67833"/>
          <w:sz w:val="15"/>
          <w:vertAlign w:val="superscript"/>
        </w:rPr>
        <w:t>13</w:t>
      </w:r>
      <w:r>
        <w:rPr>
          <w:rFonts w:ascii="Liberation Serif" w:hAnsi="Liberation Serif" w:eastAsia="Liberation Serif"/>
          <w:color w:val="20262E"/>
          <w:sz w:val="18"/>
        </w:rPr>
        <w:t xml:space="preserve"> Greater love hath no man than this, that a man lay down his life for his friends.</w:t>
      </w:r>
      <w:r>
        <w:t xml:space="preserve"> </w:t>
      </w:r>
      <w:r>
        <w:rPr>
          <w:rFonts w:ascii="Liberation Sans" w:hAnsi="Liberation Sans" w:eastAsia="Liberation Sans"/>
          <w:b/>
          <w:color w:val="A67833"/>
          <w:sz w:val="15"/>
          <w:vertAlign w:val="superscript"/>
        </w:rPr>
        <w:t>14</w:t>
      </w:r>
      <w:r>
        <w:rPr>
          <w:rFonts w:ascii="Liberation Serif" w:hAnsi="Liberation Serif" w:eastAsia="Liberation Serif"/>
          <w:color w:val="20262E"/>
          <w:sz w:val="18"/>
        </w:rPr>
        <w:t xml:space="preserve"> Ye are my friends, if ye do whatsoever I command you.</w:t>
      </w:r>
      <w:r>
        <w:t xml:space="preserve"> </w:t>
      </w:r>
      <w:r>
        <w:rPr>
          <w:rFonts w:ascii="Liberation Sans" w:hAnsi="Liberation Sans" w:eastAsia="Liberation Sans"/>
          <w:b/>
          <w:color w:val="A67833"/>
          <w:sz w:val="15"/>
          <w:vertAlign w:val="superscript"/>
        </w:rPr>
        <w:t>15</w:t>
      </w:r>
      <w:r>
        <w:rPr>
          <w:rFonts w:ascii="Liberation Serif" w:hAnsi="Liberation Serif" w:eastAsia="Liberation Serif"/>
          <w:color w:val="20262E"/>
          <w:sz w:val="18"/>
        </w:rPr>
        <w:t xml:space="preserve"> Henceforth I call you not servants; for the servant knoweth not what his lord doeth: but I have called you friends; for all things that I have heard of my Father I have made known unto you.</w:t>
      </w:r>
      <w:r>
        <w:t xml:space="preserve"> </w:t>
      </w:r>
      <w:r>
        <w:rPr>
          <w:rFonts w:ascii="Liberation Sans" w:hAnsi="Liberation Sans" w:eastAsia="Liberation Sans"/>
          <w:b/>
          <w:color w:val="A67833"/>
          <w:sz w:val="15"/>
          <w:vertAlign w:val="superscript"/>
        </w:rPr>
        <w:t>16</w:t>
      </w:r>
      <w:r>
        <w:rPr>
          <w:rFonts w:ascii="Liberation Serif" w:hAnsi="Liberation Serif" w:eastAsia="Liberation Serif"/>
          <w:color w:val="20262E"/>
          <w:sz w:val="18"/>
        </w:rPr>
        <w:t xml:space="preserve"> Ye have not chosen me, but I have chosen you, and ordained you, that ye should go and bring forth fruit, and that your fruit should remain: that whatsoever ye shall ask of the Father in my name, he may give it you.</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shame, abandonment, rejection, self-hatred, or identity confusion makes a person vulnerable to accusation and control.</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Read slowly, receive God's welcome in Christ, lament real wounds, reject false labels, and rebuild identity through safe relationships and discipleship.</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Do not reduce attachment injury or trauma to a demon label; deliverance prayer should be integrated with compassionate pastoral and clinical care.</w:t>
      </w:r>
    </w:p>
    <w:p>
      <w:pPr>
        <w:pStyle w:val="ScriptureReference"/>
        <w:keepNext/>
        <w:pBdr>
          <w:bottom w:val="single" w:sz="2" w:space="1" w:color="D5DBE0"/>
        </w:pBdr>
      </w:pPr>
      <w:r>
        <w:t>Romans 8:14-17</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14</w:t>
      </w:r>
      <w:r>
        <w:rPr>
          <w:rFonts w:ascii="Liberation Serif" w:hAnsi="Liberation Serif" w:eastAsia="Liberation Serif"/>
          <w:color w:val="20262E"/>
          <w:sz w:val="18"/>
        </w:rPr>
        <w:t xml:space="preserve"> For as many as are led by the Spirit of God, they are the sons of God.</w:t>
      </w:r>
      <w:r>
        <w:t xml:space="preserve"> </w:t>
      </w:r>
      <w:r>
        <w:rPr>
          <w:rFonts w:ascii="Liberation Sans" w:hAnsi="Liberation Sans" w:eastAsia="Liberation Sans"/>
          <w:b/>
          <w:color w:val="A67833"/>
          <w:sz w:val="15"/>
          <w:vertAlign w:val="superscript"/>
        </w:rPr>
        <w:t>15</w:t>
      </w:r>
      <w:r>
        <w:rPr>
          <w:rFonts w:ascii="Liberation Serif" w:hAnsi="Liberation Serif" w:eastAsia="Liberation Serif"/>
          <w:color w:val="20262E"/>
          <w:sz w:val="18"/>
        </w:rPr>
        <w:t xml:space="preserve"> For ye have not received the spirit of bondage again to fear; but ye have received the Spirit of adoption, whereby we cry, Abba, Father.</w:t>
      </w:r>
      <w:r>
        <w:t xml:space="preserve"> </w:t>
      </w:r>
      <w:r>
        <w:rPr>
          <w:rFonts w:ascii="Liberation Sans" w:hAnsi="Liberation Sans" w:eastAsia="Liberation Sans"/>
          <w:b/>
          <w:color w:val="A67833"/>
          <w:sz w:val="15"/>
          <w:vertAlign w:val="superscript"/>
        </w:rPr>
        <w:t>16</w:t>
      </w:r>
      <w:r>
        <w:rPr>
          <w:rFonts w:ascii="Liberation Serif" w:hAnsi="Liberation Serif" w:eastAsia="Liberation Serif"/>
          <w:color w:val="20262E"/>
          <w:sz w:val="18"/>
        </w:rPr>
        <w:t xml:space="preserve"> The Spirit itself beareth witness with our spirit, that we are the children of God:</w:t>
      </w:r>
      <w:r>
        <w:t xml:space="preserve"> </w:t>
      </w:r>
      <w:r>
        <w:rPr>
          <w:rFonts w:ascii="Liberation Sans" w:hAnsi="Liberation Sans" w:eastAsia="Liberation Sans"/>
          <w:b/>
          <w:color w:val="A67833"/>
          <w:sz w:val="15"/>
          <w:vertAlign w:val="superscript"/>
        </w:rPr>
        <w:t>17</w:t>
      </w:r>
      <w:r>
        <w:rPr>
          <w:rFonts w:ascii="Liberation Serif" w:hAnsi="Liberation Serif" w:eastAsia="Liberation Serif"/>
          <w:color w:val="20262E"/>
          <w:sz w:val="18"/>
        </w:rPr>
        <w:t xml:space="preserve"> And if children, then heirs; heirs of God, and joint-heirs with Christ; if so be that we suffer with him, that we may be also glorified together.</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shame, abandonment, rejection, self-hatred, or identity confusion makes a person vulnerable to accusation and control.</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Read slowly, receive God's welcome in Christ, lament real wounds, reject false labels, and rebuild identity through safe relationships and discipleship.</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Do not reduce attachment injury or trauma to a demon label; deliverance prayer should be integrated with compassionate pastoral and clinical care.</w:t>
      </w:r>
    </w:p>
    <w:p>
      <w:pPr>
        <w:pStyle w:val="ScriptureReference"/>
        <w:keepNext/>
        <w:pBdr>
          <w:bottom w:val="single" w:sz="2" w:space="1" w:color="D5DBE0"/>
        </w:pBdr>
      </w:pPr>
      <w:r>
        <w:t>Ephesians 1:3-14</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3</w:t>
      </w:r>
      <w:r>
        <w:rPr>
          <w:rFonts w:ascii="Liberation Serif" w:hAnsi="Liberation Serif" w:eastAsia="Liberation Serif"/>
          <w:color w:val="20262E"/>
          <w:sz w:val="18"/>
        </w:rPr>
        <w:t xml:space="preserve"> Blessed be the God and Father of our Lord Jesus Christ, who hath blessed us with all spiritual blessings in heavenly places in Christ:</w:t>
      </w:r>
      <w:r>
        <w:t xml:space="preserve"> </w:t>
      </w:r>
      <w:r>
        <w:rPr>
          <w:rFonts w:ascii="Liberation Sans" w:hAnsi="Liberation Sans" w:eastAsia="Liberation Sans"/>
          <w:b/>
          <w:color w:val="A67833"/>
          <w:sz w:val="15"/>
          <w:vertAlign w:val="superscript"/>
        </w:rPr>
        <w:t>4</w:t>
      </w:r>
      <w:r>
        <w:rPr>
          <w:rFonts w:ascii="Liberation Serif" w:hAnsi="Liberation Serif" w:eastAsia="Liberation Serif"/>
          <w:color w:val="20262E"/>
          <w:sz w:val="18"/>
        </w:rPr>
        <w:t xml:space="preserve"> According as he hath chosen us in him before the foundation of the world, that we should be holy and without blame before him in love:</w:t>
      </w:r>
      <w:r>
        <w:t xml:space="preserve"> </w:t>
      </w:r>
      <w:r>
        <w:rPr>
          <w:rFonts w:ascii="Liberation Sans" w:hAnsi="Liberation Sans" w:eastAsia="Liberation Sans"/>
          <w:b/>
          <w:color w:val="A67833"/>
          <w:sz w:val="15"/>
          <w:vertAlign w:val="superscript"/>
        </w:rPr>
        <w:t>5</w:t>
      </w:r>
      <w:r>
        <w:rPr>
          <w:rFonts w:ascii="Liberation Serif" w:hAnsi="Liberation Serif" w:eastAsia="Liberation Serif"/>
          <w:color w:val="20262E"/>
          <w:sz w:val="18"/>
        </w:rPr>
        <w:t xml:space="preserve"> Having predestinated us unto the adoption of children by Jesus Christ to himself, according to the good pleasure of his will,</w:t>
      </w:r>
      <w:r>
        <w:t xml:space="preserve"> </w:t>
      </w:r>
      <w:r>
        <w:rPr>
          <w:rFonts w:ascii="Liberation Sans" w:hAnsi="Liberation Sans" w:eastAsia="Liberation Sans"/>
          <w:b/>
          <w:color w:val="A67833"/>
          <w:sz w:val="15"/>
          <w:vertAlign w:val="superscript"/>
        </w:rPr>
        <w:t>6</w:t>
      </w:r>
      <w:r>
        <w:rPr>
          <w:rFonts w:ascii="Liberation Serif" w:hAnsi="Liberation Serif" w:eastAsia="Liberation Serif"/>
          <w:color w:val="20262E"/>
          <w:sz w:val="18"/>
        </w:rPr>
        <w:t xml:space="preserve"> To the praise of the glory of his grace, wherein he hath made us accepted in the beloved.</w:t>
      </w:r>
      <w:r>
        <w:t xml:space="preserve"> </w:t>
      </w:r>
      <w:r>
        <w:rPr>
          <w:rFonts w:ascii="Liberation Sans" w:hAnsi="Liberation Sans" w:eastAsia="Liberation Sans"/>
          <w:b/>
          <w:color w:val="A67833"/>
          <w:sz w:val="15"/>
          <w:vertAlign w:val="superscript"/>
        </w:rPr>
        <w:t>7</w:t>
      </w:r>
      <w:r>
        <w:rPr>
          <w:rFonts w:ascii="Liberation Serif" w:hAnsi="Liberation Serif" w:eastAsia="Liberation Serif"/>
          <w:color w:val="20262E"/>
          <w:sz w:val="18"/>
        </w:rPr>
        <w:t xml:space="preserve"> In whom we have redemption through his blood, the forgiveness of sins, according to the riches of his grace;</w:t>
      </w:r>
      <w:r>
        <w:t xml:space="preserve"> </w:t>
      </w:r>
      <w:r>
        <w:rPr>
          <w:rFonts w:ascii="Liberation Sans" w:hAnsi="Liberation Sans" w:eastAsia="Liberation Sans"/>
          <w:b/>
          <w:color w:val="A67833"/>
          <w:sz w:val="15"/>
          <w:vertAlign w:val="superscript"/>
        </w:rPr>
        <w:t>8</w:t>
      </w:r>
      <w:r>
        <w:rPr>
          <w:rFonts w:ascii="Liberation Serif" w:hAnsi="Liberation Serif" w:eastAsia="Liberation Serif"/>
          <w:color w:val="20262E"/>
          <w:sz w:val="18"/>
        </w:rPr>
        <w:t xml:space="preserve"> Wherein he hath abounded toward us in all wisdom and prudence;</w:t>
      </w:r>
      <w:r>
        <w:t xml:space="preserve"> </w:t>
      </w:r>
      <w:r>
        <w:rPr>
          <w:rFonts w:ascii="Liberation Sans" w:hAnsi="Liberation Sans" w:eastAsia="Liberation Sans"/>
          <w:b/>
          <w:color w:val="A67833"/>
          <w:sz w:val="15"/>
          <w:vertAlign w:val="superscript"/>
        </w:rPr>
        <w:t>9</w:t>
      </w:r>
      <w:r>
        <w:rPr>
          <w:rFonts w:ascii="Liberation Serif" w:hAnsi="Liberation Serif" w:eastAsia="Liberation Serif"/>
          <w:color w:val="20262E"/>
          <w:sz w:val="18"/>
        </w:rPr>
        <w:t xml:space="preserve"> Having made known unto us the mystery of his will, according to his good pleasure which he hath purposed in himself:</w:t>
      </w:r>
      <w:r>
        <w:t xml:space="preserve"> </w:t>
      </w:r>
      <w:r>
        <w:rPr>
          <w:rFonts w:ascii="Liberation Sans" w:hAnsi="Liberation Sans" w:eastAsia="Liberation Sans"/>
          <w:b/>
          <w:color w:val="A67833"/>
          <w:sz w:val="15"/>
          <w:vertAlign w:val="superscript"/>
        </w:rPr>
        <w:t>10</w:t>
      </w:r>
      <w:r>
        <w:rPr>
          <w:rFonts w:ascii="Liberation Serif" w:hAnsi="Liberation Serif" w:eastAsia="Liberation Serif"/>
          <w:color w:val="20262E"/>
          <w:sz w:val="18"/>
        </w:rPr>
        <w:t xml:space="preserve"> That in the dispensation of the fulness of times he might gather together in one all things in Christ, both which are in heaven, and which are on earth; even in him:</w:t>
      </w:r>
      <w:r>
        <w:t xml:space="preserve"> </w:t>
      </w:r>
      <w:r>
        <w:rPr>
          <w:rFonts w:ascii="Liberation Sans" w:hAnsi="Liberation Sans" w:eastAsia="Liberation Sans"/>
          <w:b/>
          <w:color w:val="A67833"/>
          <w:sz w:val="15"/>
          <w:vertAlign w:val="superscript"/>
        </w:rPr>
        <w:t>11</w:t>
      </w:r>
      <w:r>
        <w:rPr>
          <w:rFonts w:ascii="Liberation Serif" w:hAnsi="Liberation Serif" w:eastAsia="Liberation Serif"/>
          <w:color w:val="20262E"/>
          <w:sz w:val="18"/>
        </w:rPr>
        <w:t xml:space="preserve"> In whom also we have obtained an inheritance, being predestinated according to the purpose of him who worketh all things after the counsel of his own will:</w:t>
      </w:r>
      <w:r>
        <w:t xml:space="preserve"> </w:t>
      </w:r>
      <w:r>
        <w:rPr>
          <w:rFonts w:ascii="Liberation Sans" w:hAnsi="Liberation Sans" w:eastAsia="Liberation Sans"/>
          <w:b/>
          <w:color w:val="A67833"/>
          <w:sz w:val="15"/>
          <w:vertAlign w:val="superscript"/>
        </w:rPr>
        <w:t>12</w:t>
      </w:r>
      <w:r>
        <w:rPr>
          <w:rFonts w:ascii="Liberation Serif" w:hAnsi="Liberation Serif" w:eastAsia="Liberation Serif"/>
          <w:color w:val="20262E"/>
          <w:sz w:val="18"/>
        </w:rPr>
        <w:t xml:space="preserve"> That we should be to the praise of his glory, who first trusted in Christ.</w:t>
      </w:r>
      <w:r>
        <w:t xml:space="preserve"> </w:t>
      </w:r>
      <w:r>
        <w:rPr>
          <w:rFonts w:ascii="Liberation Sans" w:hAnsi="Liberation Sans" w:eastAsia="Liberation Sans"/>
          <w:b/>
          <w:color w:val="A67833"/>
          <w:sz w:val="15"/>
          <w:vertAlign w:val="superscript"/>
        </w:rPr>
        <w:t>13</w:t>
      </w:r>
      <w:r>
        <w:rPr>
          <w:rFonts w:ascii="Liberation Serif" w:hAnsi="Liberation Serif" w:eastAsia="Liberation Serif"/>
          <w:color w:val="20262E"/>
          <w:sz w:val="18"/>
        </w:rPr>
        <w:t xml:space="preserve"> In whom ye also trusted, after that ye heard the word of truth, the gospel of your salvation: in whom also after that ye believed, ye were sealed with that holy Spirit of promise,</w:t>
      </w:r>
      <w:r>
        <w:t xml:space="preserve"> </w:t>
      </w:r>
      <w:r>
        <w:rPr>
          <w:rFonts w:ascii="Liberation Sans" w:hAnsi="Liberation Sans" w:eastAsia="Liberation Sans"/>
          <w:b/>
          <w:color w:val="A67833"/>
          <w:sz w:val="15"/>
          <w:vertAlign w:val="superscript"/>
        </w:rPr>
        <w:t>14</w:t>
      </w:r>
      <w:r>
        <w:rPr>
          <w:rFonts w:ascii="Liberation Serif" w:hAnsi="Liberation Serif" w:eastAsia="Liberation Serif"/>
          <w:color w:val="20262E"/>
          <w:sz w:val="18"/>
        </w:rPr>
        <w:t xml:space="preserve"> Which is the earnest of our inheritance until the redemption of the purchased possession, unto the praise of his glory.</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shame, abandonment, rejection, self-hatred, or identity confusion makes a person vulnerable to accusation and control.</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Read slowly, receive God's welcome in Christ, lament real wounds, reject false labels, and rebuild identity through safe relationships and discipleship.</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Do not reduce attachment injury or trauma to a demon label; deliverance prayer should be integrated with compassionate pastoral and clinical care.</w:t>
      </w:r>
    </w:p>
    <w:p>
      <w:pPr>
        <w:pStyle w:val="ScriptureReference"/>
        <w:keepNext/>
        <w:pBdr>
          <w:bottom w:val="single" w:sz="2" w:space="1" w:color="D5DBE0"/>
        </w:pBdr>
      </w:pPr>
      <w:r>
        <w:t>Ephesians 2:10,19-22</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10</w:t>
      </w:r>
      <w:r>
        <w:rPr>
          <w:rFonts w:ascii="Liberation Serif" w:hAnsi="Liberation Serif" w:eastAsia="Liberation Serif"/>
          <w:color w:val="20262E"/>
          <w:sz w:val="18"/>
        </w:rPr>
        <w:t xml:space="preserve"> For we are his workmanship, created in Christ Jesus unto good works, which God hath before ordained that we should walk in them.</w:t>
      </w:r>
      <w:r>
        <w:t xml:space="preserve"> </w:t>
      </w:r>
      <w:r>
        <w:rPr>
          <w:rFonts w:ascii="Liberation Sans" w:hAnsi="Liberation Sans" w:eastAsia="Liberation Sans"/>
          <w:b/>
          <w:color w:val="A67833"/>
          <w:sz w:val="15"/>
          <w:vertAlign w:val="superscript"/>
        </w:rPr>
        <w:t>19</w:t>
      </w:r>
      <w:r>
        <w:rPr>
          <w:rFonts w:ascii="Liberation Serif" w:hAnsi="Liberation Serif" w:eastAsia="Liberation Serif"/>
          <w:color w:val="20262E"/>
          <w:sz w:val="18"/>
        </w:rPr>
        <w:t xml:space="preserve"> Now therefore ye are no more strangers and foreigners, but fellowcitizens with the saints, and of the household of God;</w:t>
      </w:r>
      <w:r>
        <w:t xml:space="preserve"> </w:t>
      </w:r>
      <w:r>
        <w:rPr>
          <w:rFonts w:ascii="Liberation Sans" w:hAnsi="Liberation Sans" w:eastAsia="Liberation Sans"/>
          <w:b/>
          <w:color w:val="A67833"/>
          <w:sz w:val="15"/>
          <w:vertAlign w:val="superscript"/>
        </w:rPr>
        <w:t>20</w:t>
      </w:r>
      <w:r>
        <w:rPr>
          <w:rFonts w:ascii="Liberation Serif" w:hAnsi="Liberation Serif" w:eastAsia="Liberation Serif"/>
          <w:color w:val="20262E"/>
          <w:sz w:val="18"/>
        </w:rPr>
        <w:t xml:space="preserve"> And are built upon the foundation of the apostles and prophets, Jesus Christ himself being the chief corner stone;</w:t>
      </w:r>
      <w:r>
        <w:t xml:space="preserve"> </w:t>
      </w:r>
      <w:r>
        <w:rPr>
          <w:rFonts w:ascii="Liberation Sans" w:hAnsi="Liberation Sans" w:eastAsia="Liberation Sans"/>
          <w:b/>
          <w:color w:val="A67833"/>
          <w:sz w:val="15"/>
          <w:vertAlign w:val="superscript"/>
        </w:rPr>
        <w:t>21</w:t>
      </w:r>
      <w:r>
        <w:rPr>
          <w:rFonts w:ascii="Liberation Serif" w:hAnsi="Liberation Serif" w:eastAsia="Liberation Serif"/>
          <w:color w:val="20262E"/>
          <w:sz w:val="18"/>
        </w:rPr>
        <w:t xml:space="preserve"> In whom all the building fitly framed together groweth unto an holy temple in the Lord:</w:t>
      </w:r>
      <w:r>
        <w:t xml:space="preserve"> </w:t>
      </w:r>
      <w:r>
        <w:rPr>
          <w:rFonts w:ascii="Liberation Sans" w:hAnsi="Liberation Sans" w:eastAsia="Liberation Sans"/>
          <w:b/>
          <w:color w:val="A67833"/>
          <w:sz w:val="15"/>
          <w:vertAlign w:val="superscript"/>
        </w:rPr>
        <w:t>22</w:t>
      </w:r>
      <w:r>
        <w:rPr>
          <w:rFonts w:ascii="Liberation Serif" w:hAnsi="Liberation Serif" w:eastAsia="Liberation Serif"/>
          <w:color w:val="20262E"/>
          <w:sz w:val="18"/>
        </w:rPr>
        <w:t xml:space="preserve"> In whom ye also are builded together for an habitation of God through the Spirit.</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shame, abandonment, rejection, self-hatred, or identity confusion makes a person vulnerable to accusation and control.</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Read slowly, receive God's welcome in Christ, lament real wounds, reject false labels, and rebuild identity through safe relationships and discipleship.</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Do not reduce attachment injury or trauma to a demon label; deliverance prayer should be integrated with compassionate pastoral and clinical care.</w:t>
      </w:r>
    </w:p>
    <w:p>
      <w:pPr>
        <w:pStyle w:val="ScriptureReference"/>
        <w:keepNext/>
        <w:pBdr>
          <w:bottom w:val="single" w:sz="2" w:space="1" w:color="D5DBE0"/>
        </w:pBdr>
      </w:pPr>
      <w:r>
        <w:t>Colossians 3:1-4,12</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w:t>
      </w:r>
      <w:r>
        <w:rPr>
          <w:rFonts w:ascii="Liberation Serif" w:hAnsi="Liberation Serif" w:eastAsia="Liberation Serif"/>
          <w:color w:val="20262E"/>
          <w:sz w:val="18"/>
        </w:rPr>
        <w:t xml:space="preserve"> If ye then be risen with Christ, seek those things which are above, where Christ sitteth on the right hand of God.</w:t>
      </w:r>
      <w:r>
        <w:t xml:space="preserve"> </w:t>
      </w:r>
      <w:r>
        <w:rPr>
          <w:rFonts w:ascii="Liberation Sans" w:hAnsi="Liberation Sans" w:eastAsia="Liberation Sans"/>
          <w:b/>
          <w:color w:val="A67833"/>
          <w:sz w:val="15"/>
          <w:vertAlign w:val="superscript"/>
        </w:rPr>
        <w:t>2</w:t>
      </w:r>
      <w:r>
        <w:rPr>
          <w:rFonts w:ascii="Liberation Serif" w:hAnsi="Liberation Serif" w:eastAsia="Liberation Serif"/>
          <w:color w:val="20262E"/>
          <w:sz w:val="18"/>
        </w:rPr>
        <w:t xml:space="preserve"> Set your affection on things above, not on things on the earth.</w:t>
      </w:r>
      <w:r>
        <w:t xml:space="preserve"> </w:t>
      </w:r>
      <w:r>
        <w:rPr>
          <w:rFonts w:ascii="Liberation Sans" w:hAnsi="Liberation Sans" w:eastAsia="Liberation Sans"/>
          <w:b/>
          <w:color w:val="A67833"/>
          <w:sz w:val="15"/>
          <w:vertAlign w:val="superscript"/>
        </w:rPr>
        <w:t>3</w:t>
      </w:r>
      <w:r>
        <w:rPr>
          <w:rFonts w:ascii="Liberation Serif" w:hAnsi="Liberation Serif" w:eastAsia="Liberation Serif"/>
          <w:color w:val="20262E"/>
          <w:sz w:val="18"/>
        </w:rPr>
        <w:t xml:space="preserve"> For ye are dead, and your life is hid with Christ in God.</w:t>
      </w:r>
      <w:r>
        <w:t xml:space="preserve"> </w:t>
      </w:r>
      <w:r>
        <w:rPr>
          <w:rFonts w:ascii="Liberation Sans" w:hAnsi="Liberation Sans" w:eastAsia="Liberation Sans"/>
          <w:b/>
          <w:color w:val="A67833"/>
          <w:sz w:val="15"/>
          <w:vertAlign w:val="superscript"/>
        </w:rPr>
        <w:t>4</w:t>
      </w:r>
      <w:r>
        <w:rPr>
          <w:rFonts w:ascii="Liberation Serif" w:hAnsi="Liberation Serif" w:eastAsia="Liberation Serif"/>
          <w:color w:val="20262E"/>
          <w:sz w:val="18"/>
        </w:rPr>
        <w:t xml:space="preserve"> When Christ, who is our life, shall appear, then shall ye also appear with him in glory.</w:t>
      </w:r>
      <w:r>
        <w:t xml:space="preserve"> </w:t>
      </w:r>
      <w:r>
        <w:rPr>
          <w:rFonts w:ascii="Liberation Sans" w:hAnsi="Liberation Sans" w:eastAsia="Liberation Sans"/>
          <w:b/>
          <w:color w:val="A67833"/>
          <w:sz w:val="15"/>
          <w:vertAlign w:val="superscript"/>
        </w:rPr>
        <w:t>12</w:t>
      </w:r>
      <w:r>
        <w:rPr>
          <w:rFonts w:ascii="Liberation Serif" w:hAnsi="Liberation Serif" w:eastAsia="Liberation Serif"/>
          <w:color w:val="20262E"/>
          <w:sz w:val="18"/>
        </w:rPr>
        <w:t xml:space="preserve"> Put on therefore, as the elect of God, holy and beloved, bowels of mercies, kindness, humbleness of mind, meekness, longsuffering;</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shame, abandonment, rejection, self-hatred, or identity confusion makes a person vulnerable to accusation and control.</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Read slowly, receive God's welcome in Christ, lament real wounds, reject false labels, and rebuild identity through safe relationships and discipleship.</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Do not reduce attachment injury or trauma to a demon label; deliverance prayer should be integrated with compassionate pastoral and clinical care.</w:t>
      </w:r>
    </w:p>
    <w:p>
      <w:pPr>
        <w:pStyle w:val="ScriptureReference"/>
        <w:keepNext/>
        <w:pBdr>
          <w:bottom w:val="single" w:sz="2" w:space="1" w:color="D5DBE0"/>
        </w:pBdr>
      </w:pPr>
      <w:r>
        <w:t>1 Peter 2:9-10</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9</w:t>
      </w:r>
      <w:r>
        <w:rPr>
          <w:rFonts w:ascii="Liberation Serif" w:hAnsi="Liberation Serif" w:eastAsia="Liberation Serif"/>
          <w:color w:val="20262E"/>
          <w:sz w:val="18"/>
        </w:rPr>
        <w:t xml:space="preserve"> But ye are a chosen generation, a royal priesthood, an holy nation, a peculiar people; that ye should shew forth the praises of him who hath called you out of darkness into his marvellous light:</w:t>
      </w:r>
      <w:r>
        <w:t xml:space="preserve"> </w:t>
      </w:r>
      <w:r>
        <w:rPr>
          <w:rFonts w:ascii="Liberation Sans" w:hAnsi="Liberation Sans" w:eastAsia="Liberation Sans"/>
          <w:b/>
          <w:color w:val="A67833"/>
          <w:sz w:val="15"/>
          <w:vertAlign w:val="superscript"/>
        </w:rPr>
        <w:t>10</w:t>
      </w:r>
      <w:r>
        <w:rPr>
          <w:rFonts w:ascii="Liberation Serif" w:hAnsi="Liberation Serif" w:eastAsia="Liberation Serif"/>
          <w:color w:val="20262E"/>
          <w:sz w:val="18"/>
        </w:rPr>
        <w:t xml:space="preserve"> Which in time past were not a people, but are now the people of God: which had not obtained mercy, but now have obtained mercy.</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shame, abandonment, rejection, self-hatred, or identity confusion makes a person vulnerable to accusation and control.</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Read slowly, receive God's welcome in Christ, lament real wounds, reject false labels, and rebuild identity through safe relationships and discipleship.</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Do not reduce attachment injury or trauma to a demon label; deliverance prayer should be integrated with compassionate pastoral and clinical care.</w:t>
      </w:r>
    </w:p>
    <w:p>
      <w:pPr>
        <w:pStyle w:val="ScriptureReference"/>
        <w:keepNext/>
        <w:pBdr>
          <w:bottom w:val="single" w:sz="2" w:space="1" w:color="D5DBE0"/>
        </w:pBdr>
      </w:pPr>
      <w:r>
        <w:t>1 John 3:1-3</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w:t>
      </w:r>
      <w:r>
        <w:rPr>
          <w:rFonts w:ascii="Liberation Serif" w:hAnsi="Liberation Serif" w:eastAsia="Liberation Serif"/>
          <w:color w:val="20262E"/>
          <w:sz w:val="18"/>
        </w:rPr>
        <w:t xml:space="preserve"> Behold, what manner of love the Father hath bestowed upon us, that we should be called the sons of God: therefore the world knoweth us not, because it knew him not.</w:t>
      </w:r>
      <w:r>
        <w:t xml:space="preserve"> </w:t>
      </w:r>
      <w:r>
        <w:rPr>
          <w:rFonts w:ascii="Liberation Sans" w:hAnsi="Liberation Sans" w:eastAsia="Liberation Sans"/>
          <w:b/>
          <w:color w:val="A67833"/>
          <w:sz w:val="15"/>
          <w:vertAlign w:val="superscript"/>
        </w:rPr>
        <w:t>2</w:t>
      </w:r>
      <w:r>
        <w:rPr>
          <w:rFonts w:ascii="Liberation Serif" w:hAnsi="Liberation Serif" w:eastAsia="Liberation Serif"/>
          <w:color w:val="20262E"/>
          <w:sz w:val="18"/>
        </w:rPr>
        <w:t xml:space="preserve"> Beloved, now are we the sons of God, and it doth not yet appear what we shall be: but we know that, when he shall appear, we shall be like him; for we shall see him as he is.</w:t>
      </w:r>
      <w:r>
        <w:t xml:space="preserve"> </w:t>
      </w:r>
      <w:r>
        <w:rPr>
          <w:rFonts w:ascii="Liberation Sans" w:hAnsi="Liberation Sans" w:eastAsia="Liberation Sans"/>
          <w:b/>
          <w:color w:val="A67833"/>
          <w:sz w:val="15"/>
          <w:vertAlign w:val="superscript"/>
        </w:rPr>
        <w:t>3</w:t>
      </w:r>
      <w:r>
        <w:rPr>
          <w:rFonts w:ascii="Liberation Serif" w:hAnsi="Liberation Serif" w:eastAsia="Liberation Serif"/>
          <w:color w:val="20262E"/>
          <w:sz w:val="18"/>
        </w:rPr>
        <w:t xml:space="preserve"> And every man that hath this hope in him purifieth himself, even as he is pure.</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shame, abandonment, rejection, self-hatred, or identity confusion makes a person vulnerable to accusation and control.</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Read slowly, receive God's welcome in Christ, lament real wounds, reject false labels, and rebuild identity through safe relationships and discipleship.</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Do not reduce attachment injury or trauma to a demon label; deliverance prayer should be integrated with compassionate pastoral and clinical care.</w:t>
      </w:r>
    </w:p>
    <w:p>
      <w:pPr>
        <w:pStyle w:val="Heading1"/>
        <w:keepNext/>
        <w:pageBreakBefore/>
        <w:pBdr>
          <w:bottom w:val="single" w:sz="8" w:space="2" w:color="A67833"/>
        </w:pBdr>
      </w:pPr>
      <w:r>
        <w:t>6.13 Temptation, the Flesh, Habits, Sexual Sin, and Addictive Patterns</w:t>
      </w:r>
    </w:p>
    <w:p>
      <w:pPr>
        <w:pStyle w:val="Guidance"/>
      </w:pPr>
      <w:r>
        <w:rPr>
          <w:rFonts w:ascii="Liberation Sans" w:hAnsi="Liberation Sans" w:eastAsia="Liberation Sans"/>
          <w:b/>
          <w:color w:val="18324A"/>
          <w:sz w:val="17"/>
        </w:rPr>
        <w:t xml:space="preserve">Use this section when: </w:t>
      </w:r>
      <w:r>
        <w:rPr>
          <w:rFonts w:ascii="Liberation Sans" w:hAnsi="Liberation Sans" w:eastAsia="Liberation Sans"/>
          <w:color w:val="20262E"/>
          <w:sz w:val="17"/>
        </w:rPr>
        <w:t>Use when repeated sinful habits, cravings, compulsions, sexual temptation, substance misuse, or fleshly patterns are involved.</w:t>
      </w:r>
    </w:p>
    <w:p>
      <w:pPr>
        <w:pStyle w:val="Guidance"/>
      </w:pPr>
      <w:r>
        <w:rPr>
          <w:rFonts w:ascii="Liberation Sans" w:hAnsi="Liberation Sans" w:eastAsia="Liberation Sans"/>
          <w:b/>
          <w:color w:val="18324A"/>
          <w:sz w:val="17"/>
        </w:rPr>
        <w:t xml:space="preserve">Ministry method: </w:t>
      </w:r>
      <w:r>
        <w:rPr>
          <w:rFonts w:ascii="Liberation Sans" w:hAnsi="Liberation Sans" w:eastAsia="Liberation Sans"/>
          <w:color w:val="20262E"/>
          <w:sz w:val="17"/>
        </w:rPr>
        <w:t>Combine resistance to spiritual evil with repentance, practical barriers, accountability, treatment where needed, renewed habits, and Spirit-led obedience.</w:t>
      </w:r>
    </w:p>
    <w:p>
      <w:pPr>
        <w:pStyle w:val="Guidance"/>
      </w:pPr>
      <w:r>
        <w:rPr>
          <w:rFonts w:ascii="Liberation Sans" w:hAnsi="Liberation Sans" w:eastAsia="Liberation Sans"/>
          <w:b/>
          <w:color w:val="18324A"/>
          <w:sz w:val="17"/>
        </w:rPr>
        <w:t xml:space="preserve">Section control: </w:t>
      </w:r>
      <w:r>
        <w:rPr>
          <w:rFonts w:ascii="Liberation Sans" w:hAnsi="Liberation Sans" w:eastAsia="Liberation Sans"/>
          <w:color w:val="20262E"/>
          <w:sz w:val="17"/>
        </w:rPr>
        <w:t>Do not externalize personal responsibility onto demons or shame people out of evidence-based addiction treatment.</w:t>
      </w:r>
    </w:p>
    <w:p>
      <w:pPr>
        <w:pStyle w:val="SmallNote"/>
      </w:pPr>
      <w:r>
        <w:t>14 operational passage entries</w:t>
      </w:r>
    </w:p>
    <w:p>
      <w:pPr>
        <w:pStyle w:val="ScriptureReference"/>
        <w:keepNext/>
        <w:pBdr>
          <w:bottom w:val="single" w:sz="2" w:space="1" w:color="D5DBE0"/>
        </w:pBdr>
      </w:pPr>
      <w:r>
        <w:t>Genesis 4:6-7</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6</w:t>
      </w:r>
      <w:r>
        <w:rPr>
          <w:rFonts w:ascii="Liberation Serif" w:hAnsi="Liberation Serif" w:eastAsia="Liberation Serif"/>
          <w:color w:val="20262E"/>
          <w:sz w:val="18"/>
        </w:rPr>
        <w:t xml:space="preserve"> And the LORD said unto Cain, Why art thou wroth? and why is thy countenance fallen?</w:t>
      </w:r>
      <w:r>
        <w:t xml:space="preserve"> </w:t>
      </w:r>
      <w:r>
        <w:rPr>
          <w:rFonts w:ascii="Liberation Sans" w:hAnsi="Liberation Sans" w:eastAsia="Liberation Sans"/>
          <w:b/>
          <w:color w:val="A67833"/>
          <w:sz w:val="15"/>
          <w:vertAlign w:val="superscript"/>
        </w:rPr>
        <w:t>7</w:t>
      </w:r>
      <w:r>
        <w:rPr>
          <w:rFonts w:ascii="Liberation Serif" w:hAnsi="Liberation Serif" w:eastAsia="Liberation Serif"/>
          <w:color w:val="20262E"/>
          <w:sz w:val="18"/>
        </w:rPr>
        <w:t xml:space="preserve"> If thou doest well, shalt thou not be accepted? and if thou doest not well, sin lieth at the door. And unto thee shall be his desire, and thou shalt rule over him.</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repeated sinful habits, cravings, compulsions, sexual temptation, substance misuse, or fleshly patterns are involved.</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Combine resistance to spiritual evil with repentance, practical barriers, accountability, treatment where needed, renewed habits, and Spirit-led obedience.</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Do not externalize personal responsibility onto demons or shame people out of evidence-based addiction treatment.</w:t>
      </w:r>
    </w:p>
    <w:p>
      <w:pPr>
        <w:pStyle w:val="ScriptureReference"/>
        <w:keepNext/>
        <w:pBdr>
          <w:bottom w:val="single" w:sz="2" w:space="1" w:color="D5DBE0"/>
        </w:pBdr>
      </w:pPr>
      <w:r>
        <w:t>Psalm 119:9-11</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9</w:t>
      </w:r>
      <w:r>
        <w:rPr>
          <w:rFonts w:ascii="Liberation Serif" w:hAnsi="Liberation Serif" w:eastAsia="Liberation Serif"/>
          <w:color w:val="20262E"/>
          <w:sz w:val="18"/>
        </w:rPr>
        <w:t xml:space="preserve"> BETH. Wherewithal shall a young man cleanse his way? by taking heed thereto according to thy word.</w:t>
      </w:r>
      <w:r>
        <w:t xml:space="preserve"> </w:t>
      </w:r>
      <w:r>
        <w:rPr>
          <w:rFonts w:ascii="Liberation Sans" w:hAnsi="Liberation Sans" w:eastAsia="Liberation Sans"/>
          <w:b/>
          <w:color w:val="A67833"/>
          <w:sz w:val="15"/>
          <w:vertAlign w:val="superscript"/>
        </w:rPr>
        <w:t>10</w:t>
      </w:r>
      <w:r>
        <w:rPr>
          <w:rFonts w:ascii="Liberation Serif" w:hAnsi="Liberation Serif" w:eastAsia="Liberation Serif"/>
          <w:color w:val="20262E"/>
          <w:sz w:val="18"/>
        </w:rPr>
        <w:t xml:space="preserve"> With my whole heart have I sought thee: O let me not wander from thy commandments.</w:t>
      </w:r>
      <w:r>
        <w:t xml:space="preserve"> </w:t>
      </w:r>
      <w:r>
        <w:rPr>
          <w:rFonts w:ascii="Liberation Sans" w:hAnsi="Liberation Sans" w:eastAsia="Liberation Sans"/>
          <w:b/>
          <w:color w:val="A67833"/>
          <w:sz w:val="15"/>
          <w:vertAlign w:val="superscript"/>
        </w:rPr>
        <w:t>11</w:t>
      </w:r>
      <w:r>
        <w:rPr>
          <w:rFonts w:ascii="Liberation Serif" w:hAnsi="Liberation Serif" w:eastAsia="Liberation Serif"/>
          <w:color w:val="20262E"/>
          <w:sz w:val="18"/>
        </w:rPr>
        <w:t xml:space="preserve"> Thy word have I hid in mine heart, that I might not sin against thee.</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repeated sinful habits, cravings, compulsions, sexual temptation, substance misuse, or fleshly patterns are involved.</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Combine resistance to spiritual evil with repentance, practical barriers, accountability, treatment where needed, renewed habits, and Spirit-led obedience.</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Do not externalize personal responsibility onto demons or shame people out of evidence-based addiction treatment.</w:t>
      </w:r>
    </w:p>
    <w:p>
      <w:pPr>
        <w:pStyle w:val="ScriptureReference"/>
        <w:keepNext/>
        <w:pBdr>
          <w:bottom w:val="single" w:sz="2" w:space="1" w:color="D5DBE0"/>
        </w:pBdr>
      </w:pPr>
      <w:r>
        <w:t>Proverbs 4:20-27</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20</w:t>
      </w:r>
      <w:r>
        <w:rPr>
          <w:rFonts w:ascii="Liberation Serif" w:hAnsi="Liberation Serif" w:eastAsia="Liberation Serif"/>
          <w:color w:val="20262E"/>
          <w:sz w:val="18"/>
        </w:rPr>
        <w:t xml:space="preserve"> My son, attend to my words; incline thine ear unto my sayings.</w:t>
      </w:r>
      <w:r>
        <w:t xml:space="preserve"> </w:t>
      </w:r>
      <w:r>
        <w:rPr>
          <w:rFonts w:ascii="Liberation Sans" w:hAnsi="Liberation Sans" w:eastAsia="Liberation Sans"/>
          <w:b/>
          <w:color w:val="A67833"/>
          <w:sz w:val="15"/>
          <w:vertAlign w:val="superscript"/>
        </w:rPr>
        <w:t>21</w:t>
      </w:r>
      <w:r>
        <w:rPr>
          <w:rFonts w:ascii="Liberation Serif" w:hAnsi="Liberation Serif" w:eastAsia="Liberation Serif"/>
          <w:color w:val="20262E"/>
          <w:sz w:val="18"/>
        </w:rPr>
        <w:t xml:space="preserve"> Let them not depart from thine eyes; keep them in the midst of thine heart.</w:t>
      </w:r>
      <w:r>
        <w:t xml:space="preserve"> </w:t>
      </w:r>
      <w:r>
        <w:rPr>
          <w:rFonts w:ascii="Liberation Sans" w:hAnsi="Liberation Sans" w:eastAsia="Liberation Sans"/>
          <w:b/>
          <w:color w:val="A67833"/>
          <w:sz w:val="15"/>
          <w:vertAlign w:val="superscript"/>
        </w:rPr>
        <w:t>22</w:t>
      </w:r>
      <w:r>
        <w:rPr>
          <w:rFonts w:ascii="Liberation Serif" w:hAnsi="Liberation Serif" w:eastAsia="Liberation Serif"/>
          <w:color w:val="20262E"/>
          <w:sz w:val="18"/>
        </w:rPr>
        <w:t xml:space="preserve"> For they are life unto those that find them, and health to all their flesh.</w:t>
      </w:r>
      <w:r>
        <w:t xml:space="preserve"> </w:t>
      </w:r>
      <w:r>
        <w:rPr>
          <w:rFonts w:ascii="Liberation Sans" w:hAnsi="Liberation Sans" w:eastAsia="Liberation Sans"/>
          <w:b/>
          <w:color w:val="A67833"/>
          <w:sz w:val="15"/>
          <w:vertAlign w:val="superscript"/>
        </w:rPr>
        <w:t>23</w:t>
      </w:r>
      <w:r>
        <w:rPr>
          <w:rFonts w:ascii="Liberation Serif" w:hAnsi="Liberation Serif" w:eastAsia="Liberation Serif"/>
          <w:color w:val="20262E"/>
          <w:sz w:val="18"/>
        </w:rPr>
        <w:t xml:space="preserve"> Keep thy heart with all diligence; for out of it are the issues of life.</w:t>
      </w:r>
      <w:r>
        <w:t xml:space="preserve"> </w:t>
      </w:r>
      <w:r>
        <w:rPr>
          <w:rFonts w:ascii="Liberation Sans" w:hAnsi="Liberation Sans" w:eastAsia="Liberation Sans"/>
          <w:b/>
          <w:color w:val="A67833"/>
          <w:sz w:val="15"/>
          <w:vertAlign w:val="superscript"/>
        </w:rPr>
        <w:t>24</w:t>
      </w:r>
      <w:r>
        <w:rPr>
          <w:rFonts w:ascii="Liberation Serif" w:hAnsi="Liberation Serif" w:eastAsia="Liberation Serif"/>
          <w:color w:val="20262E"/>
          <w:sz w:val="18"/>
        </w:rPr>
        <w:t xml:space="preserve"> Put away from thee a froward mouth, and perverse lips put far from thee.</w:t>
      </w:r>
      <w:r>
        <w:t xml:space="preserve"> </w:t>
      </w:r>
      <w:r>
        <w:rPr>
          <w:rFonts w:ascii="Liberation Sans" w:hAnsi="Liberation Sans" w:eastAsia="Liberation Sans"/>
          <w:b/>
          <w:color w:val="A67833"/>
          <w:sz w:val="15"/>
          <w:vertAlign w:val="superscript"/>
        </w:rPr>
        <w:t>25</w:t>
      </w:r>
      <w:r>
        <w:rPr>
          <w:rFonts w:ascii="Liberation Serif" w:hAnsi="Liberation Serif" w:eastAsia="Liberation Serif"/>
          <w:color w:val="20262E"/>
          <w:sz w:val="18"/>
        </w:rPr>
        <w:t xml:space="preserve"> Let thine eyes look right on, and let thine eyelids look straight before thee.</w:t>
      </w:r>
      <w:r>
        <w:t xml:space="preserve"> </w:t>
      </w:r>
      <w:r>
        <w:rPr>
          <w:rFonts w:ascii="Liberation Sans" w:hAnsi="Liberation Sans" w:eastAsia="Liberation Sans"/>
          <w:b/>
          <w:color w:val="A67833"/>
          <w:sz w:val="15"/>
          <w:vertAlign w:val="superscript"/>
        </w:rPr>
        <w:t>26</w:t>
      </w:r>
      <w:r>
        <w:rPr>
          <w:rFonts w:ascii="Liberation Serif" w:hAnsi="Liberation Serif" w:eastAsia="Liberation Serif"/>
          <w:color w:val="20262E"/>
          <w:sz w:val="18"/>
        </w:rPr>
        <w:t xml:space="preserve"> Ponder the path of thy feet, and let all thy ways be established.</w:t>
      </w:r>
      <w:r>
        <w:t xml:space="preserve"> </w:t>
      </w:r>
      <w:r>
        <w:rPr>
          <w:rFonts w:ascii="Liberation Sans" w:hAnsi="Liberation Sans" w:eastAsia="Liberation Sans"/>
          <w:b/>
          <w:color w:val="A67833"/>
          <w:sz w:val="15"/>
          <w:vertAlign w:val="superscript"/>
        </w:rPr>
        <w:t>27</w:t>
      </w:r>
      <w:r>
        <w:rPr>
          <w:rFonts w:ascii="Liberation Serif" w:hAnsi="Liberation Serif" w:eastAsia="Liberation Serif"/>
          <w:color w:val="20262E"/>
          <w:sz w:val="18"/>
        </w:rPr>
        <w:t xml:space="preserve"> Turn not to the right hand nor to the left: remove thy foot from evil.</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repeated sinful habits, cravings, compulsions, sexual temptation, substance misuse, or fleshly patterns are involved.</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Combine resistance to spiritual evil with repentance, practical barriers, accountability, treatment where needed, renewed habits, and Spirit-led obedience.</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Do not externalize personal responsibility onto demons or shame people out of evidence-based addiction treatment.</w:t>
      </w:r>
    </w:p>
    <w:p>
      <w:pPr>
        <w:pStyle w:val="ScriptureReference"/>
        <w:keepNext/>
        <w:pBdr>
          <w:bottom w:val="single" w:sz="2" w:space="1" w:color="D5DBE0"/>
        </w:pBdr>
      </w:pPr>
      <w:r>
        <w:t>Matthew 4:1-11</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w:t>
      </w:r>
      <w:r>
        <w:rPr>
          <w:rFonts w:ascii="Liberation Serif" w:hAnsi="Liberation Serif" w:eastAsia="Liberation Serif"/>
          <w:color w:val="20262E"/>
          <w:sz w:val="18"/>
        </w:rPr>
        <w:t xml:space="preserve"> Then was Jesus led up of the Spirit into the wilderness to be tempted of the devil.</w:t>
      </w:r>
      <w:r>
        <w:t xml:space="preserve"> </w:t>
      </w:r>
      <w:r>
        <w:rPr>
          <w:rFonts w:ascii="Liberation Sans" w:hAnsi="Liberation Sans" w:eastAsia="Liberation Sans"/>
          <w:b/>
          <w:color w:val="A67833"/>
          <w:sz w:val="15"/>
          <w:vertAlign w:val="superscript"/>
        </w:rPr>
        <w:t>2</w:t>
      </w:r>
      <w:r>
        <w:rPr>
          <w:rFonts w:ascii="Liberation Serif" w:hAnsi="Liberation Serif" w:eastAsia="Liberation Serif"/>
          <w:color w:val="20262E"/>
          <w:sz w:val="18"/>
        </w:rPr>
        <w:t xml:space="preserve"> And when he had fasted forty days and forty nights, he was afterward an hungred.</w:t>
      </w:r>
      <w:r>
        <w:t xml:space="preserve"> </w:t>
      </w:r>
      <w:r>
        <w:rPr>
          <w:rFonts w:ascii="Liberation Sans" w:hAnsi="Liberation Sans" w:eastAsia="Liberation Sans"/>
          <w:b/>
          <w:color w:val="A67833"/>
          <w:sz w:val="15"/>
          <w:vertAlign w:val="superscript"/>
        </w:rPr>
        <w:t>3</w:t>
      </w:r>
      <w:r>
        <w:rPr>
          <w:rFonts w:ascii="Liberation Serif" w:hAnsi="Liberation Serif" w:eastAsia="Liberation Serif"/>
          <w:color w:val="20262E"/>
          <w:sz w:val="18"/>
        </w:rPr>
        <w:t xml:space="preserve"> And when the tempter came to him, he said, If thou be the Son of God, command that these stones be made bread.</w:t>
      </w:r>
      <w:r>
        <w:t xml:space="preserve"> </w:t>
      </w:r>
      <w:r>
        <w:rPr>
          <w:rFonts w:ascii="Liberation Sans" w:hAnsi="Liberation Sans" w:eastAsia="Liberation Sans"/>
          <w:b/>
          <w:color w:val="A67833"/>
          <w:sz w:val="15"/>
          <w:vertAlign w:val="superscript"/>
        </w:rPr>
        <w:t>4</w:t>
      </w:r>
      <w:r>
        <w:rPr>
          <w:rFonts w:ascii="Liberation Serif" w:hAnsi="Liberation Serif" w:eastAsia="Liberation Serif"/>
          <w:color w:val="20262E"/>
          <w:sz w:val="18"/>
        </w:rPr>
        <w:t xml:space="preserve"> But he answered and said, It is written, Man shall not live by bread alone, but by every word that proceedeth out of the mouth of God.</w:t>
      </w:r>
      <w:r>
        <w:t xml:space="preserve"> </w:t>
      </w:r>
      <w:r>
        <w:rPr>
          <w:rFonts w:ascii="Liberation Sans" w:hAnsi="Liberation Sans" w:eastAsia="Liberation Sans"/>
          <w:b/>
          <w:color w:val="A67833"/>
          <w:sz w:val="15"/>
          <w:vertAlign w:val="superscript"/>
        </w:rPr>
        <w:t>5</w:t>
      </w:r>
      <w:r>
        <w:rPr>
          <w:rFonts w:ascii="Liberation Serif" w:hAnsi="Liberation Serif" w:eastAsia="Liberation Serif"/>
          <w:color w:val="20262E"/>
          <w:sz w:val="18"/>
        </w:rPr>
        <w:t xml:space="preserve"> Then the devil taketh him up into the holy city, and setteth him on a pinnacle of the temple,</w:t>
      </w:r>
      <w:r>
        <w:t xml:space="preserve"> </w:t>
      </w:r>
      <w:r>
        <w:rPr>
          <w:rFonts w:ascii="Liberation Sans" w:hAnsi="Liberation Sans" w:eastAsia="Liberation Sans"/>
          <w:b/>
          <w:color w:val="A67833"/>
          <w:sz w:val="15"/>
          <w:vertAlign w:val="superscript"/>
        </w:rPr>
        <w:t>6</w:t>
      </w:r>
      <w:r>
        <w:rPr>
          <w:rFonts w:ascii="Liberation Serif" w:hAnsi="Liberation Serif" w:eastAsia="Liberation Serif"/>
          <w:color w:val="20262E"/>
          <w:sz w:val="18"/>
        </w:rPr>
        <w:t xml:space="preserve"> And saith unto him, If thou be the Son of God, cast thyself down: for it is written, He shall give his angels charge concerning thee: and in their hands they shall bear thee up, lest at any time thou dash thy foot against a stone.</w:t>
      </w:r>
      <w:r>
        <w:t xml:space="preserve"> </w:t>
      </w:r>
      <w:r>
        <w:rPr>
          <w:rFonts w:ascii="Liberation Sans" w:hAnsi="Liberation Sans" w:eastAsia="Liberation Sans"/>
          <w:b/>
          <w:color w:val="A67833"/>
          <w:sz w:val="15"/>
          <w:vertAlign w:val="superscript"/>
        </w:rPr>
        <w:t>7</w:t>
      </w:r>
      <w:r>
        <w:rPr>
          <w:rFonts w:ascii="Liberation Serif" w:hAnsi="Liberation Serif" w:eastAsia="Liberation Serif"/>
          <w:color w:val="20262E"/>
          <w:sz w:val="18"/>
        </w:rPr>
        <w:t xml:space="preserve"> Jesus said unto him, It is written again, Thou shalt not tempt the Lord thy God.</w:t>
      </w:r>
      <w:r>
        <w:t xml:space="preserve"> </w:t>
      </w:r>
      <w:r>
        <w:rPr>
          <w:rFonts w:ascii="Liberation Sans" w:hAnsi="Liberation Sans" w:eastAsia="Liberation Sans"/>
          <w:b/>
          <w:color w:val="A67833"/>
          <w:sz w:val="15"/>
          <w:vertAlign w:val="superscript"/>
        </w:rPr>
        <w:t>8</w:t>
      </w:r>
      <w:r>
        <w:rPr>
          <w:rFonts w:ascii="Liberation Serif" w:hAnsi="Liberation Serif" w:eastAsia="Liberation Serif"/>
          <w:color w:val="20262E"/>
          <w:sz w:val="18"/>
        </w:rPr>
        <w:t xml:space="preserve"> Again, the devil taketh him up into an exceeding high mountain, and sheweth him all the kingdoms of the world, and the glory of them;</w:t>
      </w:r>
      <w:r>
        <w:t xml:space="preserve"> </w:t>
      </w:r>
      <w:r>
        <w:rPr>
          <w:rFonts w:ascii="Liberation Sans" w:hAnsi="Liberation Sans" w:eastAsia="Liberation Sans"/>
          <w:b/>
          <w:color w:val="A67833"/>
          <w:sz w:val="15"/>
          <w:vertAlign w:val="superscript"/>
        </w:rPr>
        <w:t>9</w:t>
      </w:r>
      <w:r>
        <w:rPr>
          <w:rFonts w:ascii="Liberation Serif" w:hAnsi="Liberation Serif" w:eastAsia="Liberation Serif"/>
          <w:color w:val="20262E"/>
          <w:sz w:val="18"/>
        </w:rPr>
        <w:t xml:space="preserve"> And saith unto him, All these things will I give thee, if thou wilt fall down and worship me.</w:t>
      </w:r>
      <w:r>
        <w:t xml:space="preserve"> </w:t>
      </w:r>
      <w:r>
        <w:rPr>
          <w:rFonts w:ascii="Liberation Sans" w:hAnsi="Liberation Sans" w:eastAsia="Liberation Sans"/>
          <w:b/>
          <w:color w:val="A67833"/>
          <w:sz w:val="15"/>
          <w:vertAlign w:val="superscript"/>
        </w:rPr>
        <w:t>10</w:t>
      </w:r>
      <w:r>
        <w:rPr>
          <w:rFonts w:ascii="Liberation Serif" w:hAnsi="Liberation Serif" w:eastAsia="Liberation Serif"/>
          <w:color w:val="20262E"/>
          <w:sz w:val="18"/>
        </w:rPr>
        <w:t xml:space="preserve"> Then saith Jesus unto him, Get thee hence, Satan: for it is written, Thou shalt worship the Lord thy God, and him only shalt thou serve.</w:t>
      </w:r>
      <w:r>
        <w:t xml:space="preserve"> </w:t>
      </w:r>
      <w:r>
        <w:rPr>
          <w:rFonts w:ascii="Liberation Sans" w:hAnsi="Liberation Sans" w:eastAsia="Liberation Sans"/>
          <w:b/>
          <w:color w:val="A67833"/>
          <w:sz w:val="15"/>
          <w:vertAlign w:val="superscript"/>
        </w:rPr>
        <w:t>11</w:t>
      </w:r>
      <w:r>
        <w:rPr>
          <w:rFonts w:ascii="Liberation Serif" w:hAnsi="Liberation Serif" w:eastAsia="Liberation Serif"/>
          <w:color w:val="20262E"/>
          <w:sz w:val="18"/>
        </w:rPr>
        <w:t xml:space="preserve"> Then the devil leaveth him, and, behold, angels came and ministered unto him.</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repeated sinful habits, cravings, compulsions, sexual temptation, substance misuse, or fleshly patterns are involved.</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Combine resistance to spiritual evil with repentance, practical barriers, accountability, treatment where needed, renewed habits, and Spirit-led obedience.</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Do not externalize personal responsibility onto demons or shame people out of evidence-based addiction treatment.</w:t>
      </w:r>
    </w:p>
    <w:p>
      <w:pPr>
        <w:pStyle w:val="ScriptureReference"/>
        <w:keepNext/>
        <w:pBdr>
          <w:bottom w:val="single" w:sz="2" w:space="1" w:color="D5DBE0"/>
        </w:pBdr>
      </w:pPr>
      <w:r>
        <w:t>Matthew 26:40-41</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40</w:t>
      </w:r>
      <w:r>
        <w:rPr>
          <w:rFonts w:ascii="Liberation Serif" w:hAnsi="Liberation Serif" w:eastAsia="Liberation Serif"/>
          <w:color w:val="20262E"/>
          <w:sz w:val="18"/>
        </w:rPr>
        <w:t xml:space="preserve"> And he cometh unto the disciples, and findeth them asleep, and saith unto Peter, What, could ye not watch with me one hour?</w:t>
      </w:r>
      <w:r>
        <w:t xml:space="preserve"> </w:t>
      </w:r>
      <w:r>
        <w:rPr>
          <w:rFonts w:ascii="Liberation Sans" w:hAnsi="Liberation Sans" w:eastAsia="Liberation Sans"/>
          <w:b/>
          <w:color w:val="A67833"/>
          <w:sz w:val="15"/>
          <w:vertAlign w:val="superscript"/>
        </w:rPr>
        <w:t>41</w:t>
      </w:r>
      <w:r>
        <w:rPr>
          <w:rFonts w:ascii="Liberation Serif" w:hAnsi="Liberation Serif" w:eastAsia="Liberation Serif"/>
          <w:color w:val="20262E"/>
          <w:sz w:val="18"/>
        </w:rPr>
        <w:t xml:space="preserve"> Watch and pray, that ye enter not into temptation: the spirit indeed is willing, but the flesh is weak.</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repeated sinful habits, cravings, compulsions, sexual temptation, substance misuse, or fleshly patterns are involved.</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Combine resistance to spiritual evil with repentance, practical barriers, accountability, treatment where needed, renewed habits, and Spirit-led obedience.</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Do not externalize personal responsibility onto demons or shame people out of evidence-based addiction treatment.</w:t>
      </w:r>
    </w:p>
    <w:p>
      <w:pPr>
        <w:pStyle w:val="ScriptureReference"/>
        <w:keepNext/>
        <w:pBdr>
          <w:bottom w:val="single" w:sz="2" w:space="1" w:color="D5DBE0"/>
        </w:pBdr>
      </w:pPr>
      <w:r>
        <w:t>John 8:34-36</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34</w:t>
      </w:r>
      <w:r>
        <w:rPr>
          <w:rFonts w:ascii="Liberation Serif" w:hAnsi="Liberation Serif" w:eastAsia="Liberation Serif"/>
          <w:color w:val="20262E"/>
          <w:sz w:val="18"/>
        </w:rPr>
        <w:t xml:space="preserve"> Jesus answered them, Verily, verily, I say unto you, Whosoever committeth sin is the servant of sin.</w:t>
      </w:r>
      <w:r>
        <w:t xml:space="preserve"> </w:t>
      </w:r>
      <w:r>
        <w:rPr>
          <w:rFonts w:ascii="Liberation Sans" w:hAnsi="Liberation Sans" w:eastAsia="Liberation Sans"/>
          <w:b/>
          <w:color w:val="A67833"/>
          <w:sz w:val="15"/>
          <w:vertAlign w:val="superscript"/>
        </w:rPr>
        <w:t>35</w:t>
      </w:r>
      <w:r>
        <w:rPr>
          <w:rFonts w:ascii="Liberation Serif" w:hAnsi="Liberation Serif" w:eastAsia="Liberation Serif"/>
          <w:color w:val="20262E"/>
          <w:sz w:val="18"/>
        </w:rPr>
        <w:t xml:space="preserve"> And the servant abideth not in the house for ever: but the Son abideth ever.</w:t>
      </w:r>
      <w:r>
        <w:t xml:space="preserve"> </w:t>
      </w:r>
      <w:r>
        <w:rPr>
          <w:rFonts w:ascii="Liberation Sans" w:hAnsi="Liberation Sans" w:eastAsia="Liberation Sans"/>
          <w:b/>
          <w:color w:val="A67833"/>
          <w:sz w:val="15"/>
          <w:vertAlign w:val="superscript"/>
        </w:rPr>
        <w:t>36</w:t>
      </w:r>
      <w:r>
        <w:rPr>
          <w:rFonts w:ascii="Liberation Serif" w:hAnsi="Liberation Serif" w:eastAsia="Liberation Serif"/>
          <w:color w:val="20262E"/>
          <w:sz w:val="18"/>
        </w:rPr>
        <w:t xml:space="preserve"> If the Son therefore shall make you free, ye shall be free indeed.</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repeated sinful habits, cravings, compulsions, sexual temptation, substance misuse, or fleshly patterns are involved.</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Combine resistance to spiritual evil with repentance, practical barriers, accountability, treatment where needed, renewed habits, and Spirit-led obedience.</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Do not externalize personal responsibility onto demons or shame people out of evidence-based addiction treatment.</w:t>
      </w:r>
    </w:p>
    <w:p>
      <w:pPr>
        <w:pStyle w:val="ScriptureReference"/>
        <w:keepNext/>
        <w:pBdr>
          <w:bottom w:val="single" w:sz="2" w:space="1" w:color="D5DBE0"/>
        </w:pBdr>
      </w:pPr>
      <w:r>
        <w:t>Romans 8:1-14</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w:t>
      </w:r>
      <w:r>
        <w:rPr>
          <w:rFonts w:ascii="Liberation Serif" w:hAnsi="Liberation Serif" w:eastAsia="Liberation Serif"/>
          <w:color w:val="20262E"/>
          <w:sz w:val="18"/>
        </w:rPr>
        <w:t xml:space="preserve"> There is therefore now no condemnation to them which are in Christ Jesus, who walk not after the flesh, but after the Spirit.</w:t>
      </w:r>
      <w:r>
        <w:t xml:space="preserve"> </w:t>
      </w:r>
      <w:r>
        <w:rPr>
          <w:rFonts w:ascii="Liberation Sans" w:hAnsi="Liberation Sans" w:eastAsia="Liberation Sans"/>
          <w:b/>
          <w:color w:val="A67833"/>
          <w:sz w:val="15"/>
          <w:vertAlign w:val="superscript"/>
        </w:rPr>
        <w:t>2</w:t>
      </w:r>
      <w:r>
        <w:rPr>
          <w:rFonts w:ascii="Liberation Serif" w:hAnsi="Liberation Serif" w:eastAsia="Liberation Serif"/>
          <w:color w:val="20262E"/>
          <w:sz w:val="18"/>
        </w:rPr>
        <w:t xml:space="preserve"> For the law of the Spirit of life in Christ Jesus hath made me free from the law of sin and death.</w:t>
      </w:r>
      <w:r>
        <w:t xml:space="preserve"> </w:t>
      </w:r>
      <w:r>
        <w:rPr>
          <w:rFonts w:ascii="Liberation Sans" w:hAnsi="Liberation Sans" w:eastAsia="Liberation Sans"/>
          <w:b/>
          <w:color w:val="A67833"/>
          <w:sz w:val="15"/>
          <w:vertAlign w:val="superscript"/>
        </w:rPr>
        <w:t>3</w:t>
      </w:r>
      <w:r>
        <w:rPr>
          <w:rFonts w:ascii="Liberation Serif" w:hAnsi="Liberation Serif" w:eastAsia="Liberation Serif"/>
          <w:color w:val="20262E"/>
          <w:sz w:val="18"/>
        </w:rPr>
        <w:t xml:space="preserve"> For what the law could not do, in that it was weak through the flesh, God sending his own Son in the likeness of sinful flesh, and for sin, condemned sin in the flesh:</w:t>
      </w:r>
      <w:r>
        <w:t xml:space="preserve"> </w:t>
      </w:r>
      <w:r>
        <w:rPr>
          <w:rFonts w:ascii="Liberation Sans" w:hAnsi="Liberation Sans" w:eastAsia="Liberation Sans"/>
          <w:b/>
          <w:color w:val="A67833"/>
          <w:sz w:val="15"/>
          <w:vertAlign w:val="superscript"/>
        </w:rPr>
        <w:t>4</w:t>
      </w:r>
      <w:r>
        <w:rPr>
          <w:rFonts w:ascii="Liberation Serif" w:hAnsi="Liberation Serif" w:eastAsia="Liberation Serif"/>
          <w:color w:val="20262E"/>
          <w:sz w:val="18"/>
        </w:rPr>
        <w:t xml:space="preserve"> That the righteousness of the law might be fulfilled in us, who walk not after the flesh, but after the Spirit.</w:t>
      </w:r>
      <w:r>
        <w:t xml:space="preserve"> </w:t>
      </w:r>
      <w:r>
        <w:rPr>
          <w:rFonts w:ascii="Liberation Sans" w:hAnsi="Liberation Sans" w:eastAsia="Liberation Sans"/>
          <w:b/>
          <w:color w:val="A67833"/>
          <w:sz w:val="15"/>
          <w:vertAlign w:val="superscript"/>
        </w:rPr>
        <w:t>5</w:t>
      </w:r>
      <w:r>
        <w:rPr>
          <w:rFonts w:ascii="Liberation Serif" w:hAnsi="Liberation Serif" w:eastAsia="Liberation Serif"/>
          <w:color w:val="20262E"/>
          <w:sz w:val="18"/>
        </w:rPr>
        <w:t xml:space="preserve"> For they that are after the flesh do mind the things of the flesh; but they that are after the Spirit the things of the Spirit.</w:t>
      </w:r>
      <w:r>
        <w:t xml:space="preserve"> </w:t>
      </w:r>
      <w:r>
        <w:rPr>
          <w:rFonts w:ascii="Liberation Sans" w:hAnsi="Liberation Sans" w:eastAsia="Liberation Sans"/>
          <w:b/>
          <w:color w:val="A67833"/>
          <w:sz w:val="15"/>
          <w:vertAlign w:val="superscript"/>
        </w:rPr>
        <w:t>6</w:t>
      </w:r>
      <w:r>
        <w:rPr>
          <w:rFonts w:ascii="Liberation Serif" w:hAnsi="Liberation Serif" w:eastAsia="Liberation Serif"/>
          <w:color w:val="20262E"/>
          <w:sz w:val="18"/>
        </w:rPr>
        <w:t xml:space="preserve"> For to be carnally minded is death; but to be spiritually minded is life and peace.</w:t>
      </w:r>
      <w:r>
        <w:t xml:space="preserve"> </w:t>
      </w:r>
      <w:r>
        <w:rPr>
          <w:rFonts w:ascii="Liberation Sans" w:hAnsi="Liberation Sans" w:eastAsia="Liberation Sans"/>
          <w:b/>
          <w:color w:val="A67833"/>
          <w:sz w:val="15"/>
          <w:vertAlign w:val="superscript"/>
        </w:rPr>
        <w:t>7</w:t>
      </w:r>
      <w:r>
        <w:rPr>
          <w:rFonts w:ascii="Liberation Serif" w:hAnsi="Liberation Serif" w:eastAsia="Liberation Serif"/>
          <w:color w:val="20262E"/>
          <w:sz w:val="18"/>
        </w:rPr>
        <w:t xml:space="preserve"> Because the carnal mind is enmity against God: for it is not subject to the law of God, neither indeed can be.</w:t>
      </w:r>
      <w:r>
        <w:t xml:space="preserve"> </w:t>
      </w:r>
      <w:r>
        <w:rPr>
          <w:rFonts w:ascii="Liberation Sans" w:hAnsi="Liberation Sans" w:eastAsia="Liberation Sans"/>
          <w:b/>
          <w:color w:val="A67833"/>
          <w:sz w:val="15"/>
          <w:vertAlign w:val="superscript"/>
        </w:rPr>
        <w:t>8</w:t>
      </w:r>
      <w:r>
        <w:rPr>
          <w:rFonts w:ascii="Liberation Serif" w:hAnsi="Liberation Serif" w:eastAsia="Liberation Serif"/>
          <w:color w:val="20262E"/>
          <w:sz w:val="18"/>
        </w:rPr>
        <w:t xml:space="preserve"> So then they that are in the flesh cannot please God.</w:t>
      </w:r>
      <w:r>
        <w:t xml:space="preserve"> </w:t>
      </w:r>
      <w:r>
        <w:rPr>
          <w:rFonts w:ascii="Liberation Sans" w:hAnsi="Liberation Sans" w:eastAsia="Liberation Sans"/>
          <w:b/>
          <w:color w:val="A67833"/>
          <w:sz w:val="15"/>
          <w:vertAlign w:val="superscript"/>
        </w:rPr>
        <w:t>9</w:t>
      </w:r>
      <w:r>
        <w:rPr>
          <w:rFonts w:ascii="Liberation Serif" w:hAnsi="Liberation Serif" w:eastAsia="Liberation Serif"/>
          <w:color w:val="20262E"/>
          <w:sz w:val="18"/>
        </w:rPr>
        <w:t xml:space="preserve"> But ye are not in the flesh, but in the Spirit, if so be that the Spirit of God dwell in you. Now if any man have not the Spirit of Christ, he is none of his.</w:t>
      </w:r>
      <w:r>
        <w:t xml:space="preserve"> </w:t>
      </w:r>
      <w:r>
        <w:rPr>
          <w:rFonts w:ascii="Liberation Sans" w:hAnsi="Liberation Sans" w:eastAsia="Liberation Sans"/>
          <w:b/>
          <w:color w:val="A67833"/>
          <w:sz w:val="15"/>
          <w:vertAlign w:val="superscript"/>
        </w:rPr>
        <w:t>10</w:t>
      </w:r>
      <w:r>
        <w:rPr>
          <w:rFonts w:ascii="Liberation Serif" w:hAnsi="Liberation Serif" w:eastAsia="Liberation Serif"/>
          <w:color w:val="20262E"/>
          <w:sz w:val="18"/>
        </w:rPr>
        <w:t xml:space="preserve"> And if Christ be in you, the body is dead because of sin; but the Spirit is life because of righteousness.</w:t>
      </w:r>
      <w:r>
        <w:t xml:space="preserve"> </w:t>
      </w:r>
      <w:r>
        <w:rPr>
          <w:rFonts w:ascii="Liberation Sans" w:hAnsi="Liberation Sans" w:eastAsia="Liberation Sans"/>
          <w:b/>
          <w:color w:val="A67833"/>
          <w:sz w:val="15"/>
          <w:vertAlign w:val="superscript"/>
        </w:rPr>
        <w:t>11</w:t>
      </w:r>
      <w:r>
        <w:rPr>
          <w:rFonts w:ascii="Liberation Serif" w:hAnsi="Liberation Serif" w:eastAsia="Liberation Serif"/>
          <w:color w:val="20262E"/>
          <w:sz w:val="18"/>
        </w:rPr>
        <w:t xml:space="preserve"> But if the Spirit of him that raised up Jesus from the dead dwell in you, he that raised up Christ from the dead shall also quicken your mortal bodies by his Spirit that dwelleth in you.</w:t>
      </w:r>
      <w:r>
        <w:t xml:space="preserve"> </w:t>
      </w:r>
      <w:r>
        <w:rPr>
          <w:rFonts w:ascii="Liberation Sans" w:hAnsi="Liberation Sans" w:eastAsia="Liberation Sans"/>
          <w:b/>
          <w:color w:val="A67833"/>
          <w:sz w:val="15"/>
          <w:vertAlign w:val="superscript"/>
        </w:rPr>
        <w:t>12</w:t>
      </w:r>
      <w:r>
        <w:rPr>
          <w:rFonts w:ascii="Liberation Serif" w:hAnsi="Liberation Serif" w:eastAsia="Liberation Serif"/>
          <w:color w:val="20262E"/>
          <w:sz w:val="18"/>
        </w:rPr>
        <w:t xml:space="preserve"> Therefore, brethren, we are debtors, not to the flesh, to live after the flesh.</w:t>
      </w:r>
      <w:r>
        <w:t xml:space="preserve"> </w:t>
      </w:r>
      <w:r>
        <w:rPr>
          <w:rFonts w:ascii="Liberation Sans" w:hAnsi="Liberation Sans" w:eastAsia="Liberation Sans"/>
          <w:b/>
          <w:color w:val="A67833"/>
          <w:sz w:val="15"/>
          <w:vertAlign w:val="superscript"/>
        </w:rPr>
        <w:t>13</w:t>
      </w:r>
      <w:r>
        <w:rPr>
          <w:rFonts w:ascii="Liberation Serif" w:hAnsi="Liberation Serif" w:eastAsia="Liberation Serif"/>
          <w:color w:val="20262E"/>
          <w:sz w:val="18"/>
        </w:rPr>
        <w:t xml:space="preserve"> For if ye live after the flesh, ye shall die: but if ye through the Spirit do mortify the deeds of the body, ye shall live.</w:t>
      </w:r>
      <w:r>
        <w:t xml:space="preserve"> </w:t>
      </w:r>
      <w:r>
        <w:rPr>
          <w:rFonts w:ascii="Liberation Sans" w:hAnsi="Liberation Sans" w:eastAsia="Liberation Sans"/>
          <w:b/>
          <w:color w:val="A67833"/>
          <w:sz w:val="15"/>
          <w:vertAlign w:val="superscript"/>
        </w:rPr>
        <w:t>14</w:t>
      </w:r>
      <w:r>
        <w:rPr>
          <w:rFonts w:ascii="Liberation Serif" w:hAnsi="Liberation Serif" w:eastAsia="Liberation Serif"/>
          <w:color w:val="20262E"/>
          <w:sz w:val="18"/>
        </w:rPr>
        <w:t xml:space="preserve"> For as many as are led by the Spirit of God, they are the sons of God.</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When condemnation, habitual sin, or confusion between flesh and spiritual oppression dominates.</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Stand in no condemnation, set the mind on the Spirit, put sinful deeds to death, and accept practical accountability.</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The passage addresses sin, flesh, Spirit, and adoption; it prevents blaming every struggle on demons.</w:t>
      </w:r>
    </w:p>
    <w:p>
      <w:pPr>
        <w:pStyle w:val="ScriptureReference"/>
        <w:keepNext/>
        <w:pBdr>
          <w:bottom w:val="single" w:sz="2" w:space="1" w:color="D5DBE0"/>
        </w:pBdr>
      </w:pPr>
      <w:r>
        <w:t>1 Corinthians 6:9-20</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9</w:t>
      </w:r>
      <w:r>
        <w:rPr>
          <w:rFonts w:ascii="Liberation Serif" w:hAnsi="Liberation Serif" w:eastAsia="Liberation Serif"/>
          <w:color w:val="20262E"/>
          <w:sz w:val="18"/>
        </w:rPr>
        <w:t xml:space="preserve"> Know ye not that the unrighteous shall not inherit the kingdom of God? Be not deceived: neither fornicators, nor idolaters, nor adulterers, nor effeminate, nor abusers of themselves with mankind,</w:t>
      </w:r>
      <w:r>
        <w:t xml:space="preserve"> </w:t>
      </w:r>
      <w:r>
        <w:rPr>
          <w:rFonts w:ascii="Liberation Sans" w:hAnsi="Liberation Sans" w:eastAsia="Liberation Sans"/>
          <w:b/>
          <w:color w:val="A67833"/>
          <w:sz w:val="15"/>
          <w:vertAlign w:val="superscript"/>
        </w:rPr>
        <w:t>10</w:t>
      </w:r>
      <w:r>
        <w:rPr>
          <w:rFonts w:ascii="Liberation Serif" w:hAnsi="Liberation Serif" w:eastAsia="Liberation Serif"/>
          <w:color w:val="20262E"/>
          <w:sz w:val="18"/>
        </w:rPr>
        <w:t xml:space="preserve"> Nor thieves, nor covetous, nor drunkards, nor revilers, nor extortioners, shall inherit the kingdom of God.</w:t>
      </w:r>
      <w:r>
        <w:t xml:space="preserve"> </w:t>
      </w:r>
      <w:r>
        <w:rPr>
          <w:rFonts w:ascii="Liberation Sans" w:hAnsi="Liberation Sans" w:eastAsia="Liberation Sans"/>
          <w:b/>
          <w:color w:val="A67833"/>
          <w:sz w:val="15"/>
          <w:vertAlign w:val="superscript"/>
        </w:rPr>
        <w:t>11</w:t>
      </w:r>
      <w:r>
        <w:rPr>
          <w:rFonts w:ascii="Liberation Serif" w:hAnsi="Liberation Serif" w:eastAsia="Liberation Serif"/>
          <w:color w:val="20262E"/>
          <w:sz w:val="18"/>
        </w:rPr>
        <w:t xml:space="preserve"> And such were some of you: but ye are washed, but ye are sanctified, but ye are justified in the name of the Lord Jesus, and by the Spirit of our God.</w:t>
      </w:r>
      <w:r>
        <w:t xml:space="preserve"> </w:t>
      </w:r>
      <w:r>
        <w:rPr>
          <w:rFonts w:ascii="Liberation Sans" w:hAnsi="Liberation Sans" w:eastAsia="Liberation Sans"/>
          <w:b/>
          <w:color w:val="A67833"/>
          <w:sz w:val="15"/>
          <w:vertAlign w:val="superscript"/>
        </w:rPr>
        <w:t>12</w:t>
      </w:r>
      <w:r>
        <w:rPr>
          <w:rFonts w:ascii="Liberation Serif" w:hAnsi="Liberation Serif" w:eastAsia="Liberation Serif"/>
          <w:color w:val="20262E"/>
          <w:sz w:val="18"/>
        </w:rPr>
        <w:t xml:space="preserve"> All things are lawful unto me, but all things are not expedient: all things are lawful for me, but I will not be brought under the power of any.</w:t>
      </w:r>
      <w:r>
        <w:t xml:space="preserve"> </w:t>
      </w:r>
      <w:r>
        <w:rPr>
          <w:rFonts w:ascii="Liberation Sans" w:hAnsi="Liberation Sans" w:eastAsia="Liberation Sans"/>
          <w:b/>
          <w:color w:val="A67833"/>
          <w:sz w:val="15"/>
          <w:vertAlign w:val="superscript"/>
        </w:rPr>
        <w:t>13</w:t>
      </w:r>
      <w:r>
        <w:rPr>
          <w:rFonts w:ascii="Liberation Serif" w:hAnsi="Liberation Serif" w:eastAsia="Liberation Serif"/>
          <w:color w:val="20262E"/>
          <w:sz w:val="18"/>
        </w:rPr>
        <w:t xml:space="preserve"> Meats for the belly, and the belly for meats: but God shall destroy both it and them. Now the body is not for fornication, but for the Lord; and the Lord for the body.</w:t>
      </w:r>
      <w:r>
        <w:t xml:space="preserve"> </w:t>
      </w:r>
      <w:r>
        <w:rPr>
          <w:rFonts w:ascii="Liberation Sans" w:hAnsi="Liberation Sans" w:eastAsia="Liberation Sans"/>
          <w:b/>
          <w:color w:val="A67833"/>
          <w:sz w:val="15"/>
          <w:vertAlign w:val="superscript"/>
        </w:rPr>
        <w:t>14</w:t>
      </w:r>
      <w:r>
        <w:rPr>
          <w:rFonts w:ascii="Liberation Serif" w:hAnsi="Liberation Serif" w:eastAsia="Liberation Serif"/>
          <w:color w:val="20262E"/>
          <w:sz w:val="18"/>
        </w:rPr>
        <w:t xml:space="preserve"> And God hath both raised up the Lord, and will also raise up us by his own power.</w:t>
      </w:r>
      <w:r>
        <w:t xml:space="preserve"> </w:t>
      </w:r>
      <w:r>
        <w:rPr>
          <w:rFonts w:ascii="Liberation Sans" w:hAnsi="Liberation Sans" w:eastAsia="Liberation Sans"/>
          <w:b/>
          <w:color w:val="A67833"/>
          <w:sz w:val="15"/>
          <w:vertAlign w:val="superscript"/>
        </w:rPr>
        <w:t>15</w:t>
      </w:r>
      <w:r>
        <w:rPr>
          <w:rFonts w:ascii="Liberation Serif" w:hAnsi="Liberation Serif" w:eastAsia="Liberation Serif"/>
          <w:color w:val="20262E"/>
          <w:sz w:val="18"/>
        </w:rPr>
        <w:t xml:space="preserve"> Know ye not that your bodies are the members of Christ? shall I then take the members of Christ, and make them the members of an harlot? God forbid.</w:t>
      </w:r>
      <w:r>
        <w:t xml:space="preserve"> </w:t>
      </w:r>
      <w:r>
        <w:rPr>
          <w:rFonts w:ascii="Liberation Sans" w:hAnsi="Liberation Sans" w:eastAsia="Liberation Sans"/>
          <w:b/>
          <w:color w:val="A67833"/>
          <w:sz w:val="15"/>
          <w:vertAlign w:val="superscript"/>
        </w:rPr>
        <w:t>16</w:t>
      </w:r>
      <w:r>
        <w:rPr>
          <w:rFonts w:ascii="Liberation Serif" w:hAnsi="Liberation Serif" w:eastAsia="Liberation Serif"/>
          <w:color w:val="20262E"/>
          <w:sz w:val="18"/>
        </w:rPr>
        <w:t xml:space="preserve"> What? know ye not that he which is joined to an harlot is one body? for two, saith he, shall be one flesh.</w:t>
      </w:r>
      <w:r>
        <w:t xml:space="preserve"> </w:t>
      </w:r>
      <w:r>
        <w:rPr>
          <w:rFonts w:ascii="Liberation Sans" w:hAnsi="Liberation Sans" w:eastAsia="Liberation Sans"/>
          <w:b/>
          <w:color w:val="A67833"/>
          <w:sz w:val="15"/>
          <w:vertAlign w:val="superscript"/>
        </w:rPr>
        <w:t>17</w:t>
      </w:r>
      <w:r>
        <w:rPr>
          <w:rFonts w:ascii="Liberation Serif" w:hAnsi="Liberation Serif" w:eastAsia="Liberation Serif"/>
          <w:color w:val="20262E"/>
          <w:sz w:val="18"/>
        </w:rPr>
        <w:t xml:space="preserve"> But he that is joined unto the Lord is one spirit.</w:t>
      </w:r>
      <w:r>
        <w:t xml:space="preserve"> </w:t>
      </w:r>
      <w:r>
        <w:rPr>
          <w:rFonts w:ascii="Liberation Sans" w:hAnsi="Liberation Sans" w:eastAsia="Liberation Sans"/>
          <w:b/>
          <w:color w:val="A67833"/>
          <w:sz w:val="15"/>
          <w:vertAlign w:val="superscript"/>
        </w:rPr>
        <w:t>18</w:t>
      </w:r>
      <w:r>
        <w:rPr>
          <w:rFonts w:ascii="Liberation Serif" w:hAnsi="Liberation Serif" w:eastAsia="Liberation Serif"/>
          <w:color w:val="20262E"/>
          <w:sz w:val="18"/>
        </w:rPr>
        <w:t xml:space="preserve"> Flee fornication. Every sin that a man doeth is without the body; but he that committeth fornication sinneth against his own body.</w:t>
      </w:r>
      <w:r>
        <w:t xml:space="preserve"> </w:t>
      </w:r>
      <w:r>
        <w:rPr>
          <w:rFonts w:ascii="Liberation Sans" w:hAnsi="Liberation Sans" w:eastAsia="Liberation Sans"/>
          <w:b/>
          <w:color w:val="A67833"/>
          <w:sz w:val="15"/>
          <w:vertAlign w:val="superscript"/>
        </w:rPr>
        <w:t>19</w:t>
      </w:r>
      <w:r>
        <w:rPr>
          <w:rFonts w:ascii="Liberation Serif" w:hAnsi="Liberation Serif" w:eastAsia="Liberation Serif"/>
          <w:color w:val="20262E"/>
          <w:sz w:val="18"/>
        </w:rPr>
        <w:t xml:space="preserve"> What? know ye not that your body is the temple of the Holy Ghost which is in you, which ye have of God, and ye are not your own?</w:t>
      </w:r>
      <w:r>
        <w:t xml:space="preserve"> </w:t>
      </w:r>
      <w:r>
        <w:rPr>
          <w:rFonts w:ascii="Liberation Sans" w:hAnsi="Liberation Sans" w:eastAsia="Liberation Sans"/>
          <w:b/>
          <w:color w:val="A67833"/>
          <w:sz w:val="15"/>
          <w:vertAlign w:val="superscript"/>
        </w:rPr>
        <w:t>20</w:t>
      </w:r>
      <w:r>
        <w:rPr>
          <w:rFonts w:ascii="Liberation Serif" w:hAnsi="Liberation Serif" w:eastAsia="Liberation Serif"/>
          <w:color w:val="20262E"/>
          <w:sz w:val="18"/>
        </w:rPr>
        <w:t xml:space="preserve"> For ye are bought with a price: therefore glorify God in your body, and in your spirit, which are God's.</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repeated sinful habits, cravings, compulsions, sexual temptation, substance misuse, or fleshly patterns are involved.</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Combine resistance to spiritual evil with repentance, practical barriers, accountability, treatment where needed, renewed habits, and Spirit-led obedience.</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Do not externalize personal responsibility onto demons or shame people out of evidence-based addiction treatment.</w:t>
      </w:r>
    </w:p>
    <w:p>
      <w:pPr>
        <w:pStyle w:val="ScriptureReference"/>
        <w:keepNext/>
        <w:pBdr>
          <w:bottom w:val="single" w:sz="2" w:space="1" w:color="D5DBE0"/>
        </w:pBdr>
      </w:pPr>
      <w:r>
        <w:t>Galatians 5:16-25</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16</w:t>
      </w:r>
      <w:r>
        <w:rPr>
          <w:rFonts w:ascii="Liberation Serif" w:hAnsi="Liberation Serif" w:eastAsia="Liberation Serif"/>
          <w:color w:val="20262E"/>
          <w:sz w:val="18"/>
        </w:rPr>
        <w:t xml:space="preserve"> This I say then, Walk in the Spirit, and ye shall not fulfil the lust of the flesh.</w:t>
      </w:r>
      <w:r>
        <w:t xml:space="preserve"> </w:t>
      </w:r>
      <w:r>
        <w:rPr>
          <w:rFonts w:ascii="Liberation Sans" w:hAnsi="Liberation Sans" w:eastAsia="Liberation Sans"/>
          <w:b/>
          <w:color w:val="A67833"/>
          <w:sz w:val="15"/>
          <w:vertAlign w:val="superscript"/>
        </w:rPr>
        <w:t>17</w:t>
      </w:r>
      <w:r>
        <w:rPr>
          <w:rFonts w:ascii="Liberation Serif" w:hAnsi="Liberation Serif" w:eastAsia="Liberation Serif"/>
          <w:color w:val="20262E"/>
          <w:sz w:val="18"/>
        </w:rPr>
        <w:t xml:space="preserve"> For the flesh lusteth against the Spirit, and the Spirit against the flesh: and these are contrary the one to the other: so that ye cannot do the things that ye would.</w:t>
      </w:r>
      <w:r>
        <w:t xml:space="preserve"> </w:t>
      </w:r>
      <w:r>
        <w:rPr>
          <w:rFonts w:ascii="Liberation Sans" w:hAnsi="Liberation Sans" w:eastAsia="Liberation Sans"/>
          <w:b/>
          <w:color w:val="A67833"/>
          <w:sz w:val="15"/>
          <w:vertAlign w:val="superscript"/>
        </w:rPr>
        <w:t>18</w:t>
      </w:r>
      <w:r>
        <w:rPr>
          <w:rFonts w:ascii="Liberation Serif" w:hAnsi="Liberation Serif" w:eastAsia="Liberation Serif"/>
          <w:color w:val="20262E"/>
          <w:sz w:val="18"/>
        </w:rPr>
        <w:t xml:space="preserve"> But if ye be led of the Spirit, ye are not under the law.</w:t>
      </w:r>
      <w:r>
        <w:t xml:space="preserve"> </w:t>
      </w:r>
      <w:r>
        <w:rPr>
          <w:rFonts w:ascii="Liberation Sans" w:hAnsi="Liberation Sans" w:eastAsia="Liberation Sans"/>
          <w:b/>
          <w:color w:val="A67833"/>
          <w:sz w:val="15"/>
          <w:vertAlign w:val="superscript"/>
        </w:rPr>
        <w:t>19</w:t>
      </w:r>
      <w:r>
        <w:rPr>
          <w:rFonts w:ascii="Liberation Serif" w:hAnsi="Liberation Serif" w:eastAsia="Liberation Serif"/>
          <w:color w:val="20262E"/>
          <w:sz w:val="18"/>
        </w:rPr>
        <w:t xml:space="preserve"> Now the works of the flesh are manifest, which are these; Adultery, fornication, uncleanness, lasciviousness,</w:t>
      </w:r>
      <w:r>
        <w:t xml:space="preserve"> </w:t>
      </w:r>
      <w:r>
        <w:rPr>
          <w:rFonts w:ascii="Liberation Sans" w:hAnsi="Liberation Sans" w:eastAsia="Liberation Sans"/>
          <w:b/>
          <w:color w:val="A67833"/>
          <w:sz w:val="15"/>
          <w:vertAlign w:val="superscript"/>
        </w:rPr>
        <w:t>20</w:t>
      </w:r>
      <w:r>
        <w:rPr>
          <w:rFonts w:ascii="Liberation Serif" w:hAnsi="Liberation Serif" w:eastAsia="Liberation Serif"/>
          <w:color w:val="20262E"/>
          <w:sz w:val="18"/>
        </w:rPr>
        <w:t xml:space="preserve"> Idolatry, witchcraft, hatred, variance, emulations, wrath, strife, seditions, heresies,</w:t>
      </w:r>
      <w:r>
        <w:t xml:space="preserve"> </w:t>
      </w:r>
      <w:r>
        <w:rPr>
          <w:rFonts w:ascii="Liberation Sans" w:hAnsi="Liberation Sans" w:eastAsia="Liberation Sans"/>
          <w:b/>
          <w:color w:val="A67833"/>
          <w:sz w:val="15"/>
          <w:vertAlign w:val="superscript"/>
        </w:rPr>
        <w:t>21</w:t>
      </w:r>
      <w:r>
        <w:rPr>
          <w:rFonts w:ascii="Liberation Serif" w:hAnsi="Liberation Serif" w:eastAsia="Liberation Serif"/>
          <w:color w:val="20262E"/>
          <w:sz w:val="18"/>
        </w:rPr>
        <w:t xml:space="preserve"> Envyings, murders, drunkenness, revellings, and such like: of the which I tell you before, as I have also told you in time past, that they which do such things shall not inherit the kingdom of God.</w:t>
      </w:r>
      <w:r>
        <w:t xml:space="preserve"> </w:t>
      </w:r>
      <w:r>
        <w:rPr>
          <w:rFonts w:ascii="Liberation Sans" w:hAnsi="Liberation Sans" w:eastAsia="Liberation Sans"/>
          <w:b/>
          <w:color w:val="A67833"/>
          <w:sz w:val="15"/>
          <w:vertAlign w:val="superscript"/>
        </w:rPr>
        <w:t>22</w:t>
      </w:r>
      <w:r>
        <w:rPr>
          <w:rFonts w:ascii="Liberation Serif" w:hAnsi="Liberation Serif" w:eastAsia="Liberation Serif"/>
          <w:color w:val="20262E"/>
          <w:sz w:val="18"/>
        </w:rPr>
        <w:t xml:space="preserve"> But the fruit of the Spirit is love, joy, peace, longsuffering, gentleness, goodness, faith,</w:t>
      </w:r>
      <w:r>
        <w:t xml:space="preserve"> </w:t>
      </w:r>
      <w:r>
        <w:rPr>
          <w:rFonts w:ascii="Liberation Sans" w:hAnsi="Liberation Sans" w:eastAsia="Liberation Sans"/>
          <w:b/>
          <w:color w:val="A67833"/>
          <w:sz w:val="15"/>
          <w:vertAlign w:val="superscript"/>
        </w:rPr>
        <w:t>23</w:t>
      </w:r>
      <w:r>
        <w:rPr>
          <w:rFonts w:ascii="Liberation Serif" w:hAnsi="Liberation Serif" w:eastAsia="Liberation Serif"/>
          <w:color w:val="20262E"/>
          <w:sz w:val="18"/>
        </w:rPr>
        <w:t xml:space="preserve"> Meekness, temperance: against such there is no law.</w:t>
      </w:r>
      <w:r>
        <w:t xml:space="preserve"> </w:t>
      </w:r>
      <w:r>
        <w:rPr>
          <w:rFonts w:ascii="Liberation Sans" w:hAnsi="Liberation Sans" w:eastAsia="Liberation Sans"/>
          <w:b/>
          <w:color w:val="A67833"/>
          <w:sz w:val="15"/>
          <w:vertAlign w:val="superscript"/>
        </w:rPr>
        <w:t>24</w:t>
      </w:r>
      <w:r>
        <w:rPr>
          <w:rFonts w:ascii="Liberation Serif" w:hAnsi="Liberation Serif" w:eastAsia="Liberation Serif"/>
          <w:color w:val="20262E"/>
          <w:sz w:val="18"/>
        </w:rPr>
        <w:t xml:space="preserve"> And they that are Christ's have crucified the flesh with the affections and lusts.</w:t>
      </w:r>
      <w:r>
        <w:t xml:space="preserve"> </w:t>
      </w:r>
      <w:r>
        <w:rPr>
          <w:rFonts w:ascii="Liberation Sans" w:hAnsi="Liberation Sans" w:eastAsia="Liberation Sans"/>
          <w:b/>
          <w:color w:val="A67833"/>
          <w:sz w:val="15"/>
          <w:vertAlign w:val="superscript"/>
        </w:rPr>
        <w:t>25</w:t>
      </w:r>
      <w:r>
        <w:rPr>
          <w:rFonts w:ascii="Liberation Serif" w:hAnsi="Liberation Serif" w:eastAsia="Liberation Serif"/>
          <w:color w:val="20262E"/>
          <w:sz w:val="18"/>
        </w:rPr>
        <w:t xml:space="preserve"> If we live in the Spirit, let us also walk in the Spirit.</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repeated sinful habits, cravings, compulsions, sexual temptation, substance misuse, or fleshly patterns are involved.</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Combine resistance to spiritual evil with repentance, practical barriers, accountability, treatment where needed, renewed habits, and Spirit-led obedience.</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Do not externalize personal responsibility onto demons or shame people out of evidence-based addiction treatment.</w:t>
      </w:r>
    </w:p>
    <w:p>
      <w:pPr>
        <w:pStyle w:val="ScriptureReference"/>
        <w:keepNext/>
        <w:pBdr>
          <w:bottom w:val="single" w:sz="2" w:space="1" w:color="D5DBE0"/>
        </w:pBdr>
      </w:pPr>
      <w:r>
        <w:t>Colossians 3:5-10</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5</w:t>
      </w:r>
      <w:r>
        <w:rPr>
          <w:rFonts w:ascii="Liberation Serif" w:hAnsi="Liberation Serif" w:eastAsia="Liberation Serif"/>
          <w:color w:val="20262E"/>
          <w:sz w:val="18"/>
        </w:rPr>
        <w:t xml:space="preserve"> Mortify therefore your members which are upon the earth; fornication, uncleanness, inordinate affection, evil concupiscence, and covetousness, which is idolatry:</w:t>
      </w:r>
      <w:r>
        <w:t xml:space="preserve"> </w:t>
      </w:r>
      <w:r>
        <w:rPr>
          <w:rFonts w:ascii="Liberation Sans" w:hAnsi="Liberation Sans" w:eastAsia="Liberation Sans"/>
          <w:b/>
          <w:color w:val="A67833"/>
          <w:sz w:val="15"/>
          <w:vertAlign w:val="superscript"/>
        </w:rPr>
        <w:t>6</w:t>
      </w:r>
      <w:r>
        <w:rPr>
          <w:rFonts w:ascii="Liberation Serif" w:hAnsi="Liberation Serif" w:eastAsia="Liberation Serif"/>
          <w:color w:val="20262E"/>
          <w:sz w:val="18"/>
        </w:rPr>
        <w:t xml:space="preserve"> For which things' sake the wrath of God cometh on the children of disobedience:</w:t>
      </w:r>
      <w:r>
        <w:t xml:space="preserve"> </w:t>
      </w:r>
      <w:r>
        <w:rPr>
          <w:rFonts w:ascii="Liberation Sans" w:hAnsi="Liberation Sans" w:eastAsia="Liberation Sans"/>
          <w:b/>
          <w:color w:val="A67833"/>
          <w:sz w:val="15"/>
          <w:vertAlign w:val="superscript"/>
        </w:rPr>
        <w:t>7</w:t>
      </w:r>
      <w:r>
        <w:rPr>
          <w:rFonts w:ascii="Liberation Serif" w:hAnsi="Liberation Serif" w:eastAsia="Liberation Serif"/>
          <w:color w:val="20262E"/>
          <w:sz w:val="18"/>
        </w:rPr>
        <w:t xml:space="preserve"> In the which ye also walked some time, when ye lived in them.</w:t>
      </w:r>
      <w:r>
        <w:t xml:space="preserve"> </w:t>
      </w:r>
      <w:r>
        <w:rPr>
          <w:rFonts w:ascii="Liberation Sans" w:hAnsi="Liberation Sans" w:eastAsia="Liberation Sans"/>
          <w:b/>
          <w:color w:val="A67833"/>
          <w:sz w:val="15"/>
          <w:vertAlign w:val="superscript"/>
        </w:rPr>
        <w:t>8</w:t>
      </w:r>
      <w:r>
        <w:rPr>
          <w:rFonts w:ascii="Liberation Serif" w:hAnsi="Liberation Serif" w:eastAsia="Liberation Serif"/>
          <w:color w:val="20262E"/>
          <w:sz w:val="18"/>
        </w:rPr>
        <w:t xml:space="preserve"> But now ye also put off all these; anger, wrath, malice, blasphemy, filthy communication out of your mouth.</w:t>
      </w:r>
      <w:r>
        <w:t xml:space="preserve"> </w:t>
      </w:r>
      <w:r>
        <w:rPr>
          <w:rFonts w:ascii="Liberation Sans" w:hAnsi="Liberation Sans" w:eastAsia="Liberation Sans"/>
          <w:b/>
          <w:color w:val="A67833"/>
          <w:sz w:val="15"/>
          <w:vertAlign w:val="superscript"/>
        </w:rPr>
        <w:t>9</w:t>
      </w:r>
      <w:r>
        <w:rPr>
          <w:rFonts w:ascii="Liberation Serif" w:hAnsi="Liberation Serif" w:eastAsia="Liberation Serif"/>
          <w:color w:val="20262E"/>
          <w:sz w:val="18"/>
        </w:rPr>
        <w:t xml:space="preserve"> Lie not one to another, seeing that ye have put off the old man with his deeds;</w:t>
      </w:r>
      <w:r>
        <w:t xml:space="preserve"> </w:t>
      </w:r>
      <w:r>
        <w:rPr>
          <w:rFonts w:ascii="Liberation Sans" w:hAnsi="Liberation Sans" w:eastAsia="Liberation Sans"/>
          <w:b/>
          <w:color w:val="A67833"/>
          <w:sz w:val="15"/>
          <w:vertAlign w:val="superscript"/>
        </w:rPr>
        <w:t>10</w:t>
      </w:r>
      <w:r>
        <w:rPr>
          <w:rFonts w:ascii="Liberation Serif" w:hAnsi="Liberation Serif" w:eastAsia="Liberation Serif"/>
          <w:color w:val="20262E"/>
          <w:sz w:val="18"/>
        </w:rPr>
        <w:t xml:space="preserve"> And have put on the new man, which is renewed in knowledge after the image of him that created him:</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repeated sinful habits, cravings, compulsions, sexual temptation, substance misuse, or fleshly patterns are involved.</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Combine resistance to spiritual evil with repentance, practical barriers, accountability, treatment where needed, renewed habits, and Spirit-led obedience.</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Do not externalize personal responsibility onto demons or shame people out of evidence-based addiction treatment.</w:t>
      </w:r>
    </w:p>
    <w:p>
      <w:pPr>
        <w:pStyle w:val="ScriptureReference"/>
        <w:keepNext/>
        <w:pBdr>
          <w:bottom w:val="single" w:sz="2" w:space="1" w:color="D5DBE0"/>
        </w:pBdr>
      </w:pPr>
      <w:r>
        <w:t>1 Thessalonians 4:1-8</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w:t>
      </w:r>
      <w:r>
        <w:rPr>
          <w:rFonts w:ascii="Liberation Serif" w:hAnsi="Liberation Serif" w:eastAsia="Liberation Serif"/>
          <w:color w:val="20262E"/>
          <w:sz w:val="18"/>
        </w:rPr>
        <w:t xml:space="preserve"> Furthermore then we beseech you, brethren, and exhort you by the Lord Jesus, that as ye have received of us how ye ought to walk and to please God, so ye would abound more and more.</w:t>
      </w:r>
      <w:r>
        <w:t xml:space="preserve"> </w:t>
      </w:r>
      <w:r>
        <w:rPr>
          <w:rFonts w:ascii="Liberation Sans" w:hAnsi="Liberation Sans" w:eastAsia="Liberation Sans"/>
          <w:b/>
          <w:color w:val="A67833"/>
          <w:sz w:val="15"/>
          <w:vertAlign w:val="superscript"/>
        </w:rPr>
        <w:t>2</w:t>
      </w:r>
      <w:r>
        <w:rPr>
          <w:rFonts w:ascii="Liberation Serif" w:hAnsi="Liberation Serif" w:eastAsia="Liberation Serif"/>
          <w:color w:val="20262E"/>
          <w:sz w:val="18"/>
        </w:rPr>
        <w:t xml:space="preserve"> For ye know what commandments we gave you by the Lord Jesus.</w:t>
      </w:r>
      <w:r>
        <w:t xml:space="preserve"> </w:t>
      </w:r>
      <w:r>
        <w:rPr>
          <w:rFonts w:ascii="Liberation Sans" w:hAnsi="Liberation Sans" w:eastAsia="Liberation Sans"/>
          <w:b/>
          <w:color w:val="A67833"/>
          <w:sz w:val="15"/>
          <w:vertAlign w:val="superscript"/>
        </w:rPr>
        <w:t>3</w:t>
      </w:r>
      <w:r>
        <w:rPr>
          <w:rFonts w:ascii="Liberation Serif" w:hAnsi="Liberation Serif" w:eastAsia="Liberation Serif"/>
          <w:color w:val="20262E"/>
          <w:sz w:val="18"/>
        </w:rPr>
        <w:t xml:space="preserve"> For this is the will of God, even your sanctification, that ye should abstain from fornication:</w:t>
      </w:r>
      <w:r>
        <w:t xml:space="preserve"> </w:t>
      </w:r>
      <w:r>
        <w:rPr>
          <w:rFonts w:ascii="Liberation Sans" w:hAnsi="Liberation Sans" w:eastAsia="Liberation Sans"/>
          <w:b/>
          <w:color w:val="A67833"/>
          <w:sz w:val="15"/>
          <w:vertAlign w:val="superscript"/>
        </w:rPr>
        <w:t>4</w:t>
      </w:r>
      <w:r>
        <w:rPr>
          <w:rFonts w:ascii="Liberation Serif" w:hAnsi="Liberation Serif" w:eastAsia="Liberation Serif"/>
          <w:color w:val="20262E"/>
          <w:sz w:val="18"/>
        </w:rPr>
        <w:t xml:space="preserve"> That every one of you should know how to possess his vessel in sanctification and honour;</w:t>
      </w:r>
      <w:r>
        <w:t xml:space="preserve"> </w:t>
      </w:r>
      <w:r>
        <w:rPr>
          <w:rFonts w:ascii="Liberation Sans" w:hAnsi="Liberation Sans" w:eastAsia="Liberation Sans"/>
          <w:b/>
          <w:color w:val="A67833"/>
          <w:sz w:val="15"/>
          <w:vertAlign w:val="superscript"/>
        </w:rPr>
        <w:t>5</w:t>
      </w:r>
      <w:r>
        <w:rPr>
          <w:rFonts w:ascii="Liberation Serif" w:hAnsi="Liberation Serif" w:eastAsia="Liberation Serif"/>
          <w:color w:val="20262E"/>
          <w:sz w:val="18"/>
        </w:rPr>
        <w:t xml:space="preserve"> Not in the lust of concupiscence, even as the Gentiles which know not God:</w:t>
      </w:r>
      <w:r>
        <w:t xml:space="preserve"> </w:t>
      </w:r>
      <w:r>
        <w:rPr>
          <w:rFonts w:ascii="Liberation Sans" w:hAnsi="Liberation Sans" w:eastAsia="Liberation Sans"/>
          <w:b/>
          <w:color w:val="A67833"/>
          <w:sz w:val="15"/>
          <w:vertAlign w:val="superscript"/>
        </w:rPr>
        <w:t>6</w:t>
      </w:r>
      <w:r>
        <w:rPr>
          <w:rFonts w:ascii="Liberation Serif" w:hAnsi="Liberation Serif" w:eastAsia="Liberation Serif"/>
          <w:color w:val="20262E"/>
          <w:sz w:val="18"/>
        </w:rPr>
        <w:t xml:space="preserve"> That no man go beyond and defraud his brother in any matter: because that the Lord is the avenger of all such, as we also have forewarned you and testified.</w:t>
      </w:r>
      <w:r>
        <w:t xml:space="preserve"> </w:t>
      </w:r>
      <w:r>
        <w:rPr>
          <w:rFonts w:ascii="Liberation Sans" w:hAnsi="Liberation Sans" w:eastAsia="Liberation Sans"/>
          <w:b/>
          <w:color w:val="A67833"/>
          <w:sz w:val="15"/>
          <w:vertAlign w:val="superscript"/>
        </w:rPr>
        <w:t>7</w:t>
      </w:r>
      <w:r>
        <w:rPr>
          <w:rFonts w:ascii="Liberation Serif" w:hAnsi="Liberation Serif" w:eastAsia="Liberation Serif"/>
          <w:color w:val="20262E"/>
          <w:sz w:val="18"/>
        </w:rPr>
        <w:t xml:space="preserve"> For God hath not called us unto uncleanness, but unto holiness.</w:t>
      </w:r>
      <w:r>
        <w:t xml:space="preserve"> </w:t>
      </w:r>
      <w:r>
        <w:rPr>
          <w:rFonts w:ascii="Liberation Sans" w:hAnsi="Liberation Sans" w:eastAsia="Liberation Sans"/>
          <w:b/>
          <w:color w:val="A67833"/>
          <w:sz w:val="15"/>
          <w:vertAlign w:val="superscript"/>
        </w:rPr>
        <w:t>8</w:t>
      </w:r>
      <w:r>
        <w:rPr>
          <w:rFonts w:ascii="Liberation Serif" w:hAnsi="Liberation Serif" w:eastAsia="Liberation Serif"/>
          <w:color w:val="20262E"/>
          <w:sz w:val="18"/>
        </w:rPr>
        <w:t xml:space="preserve"> He therefore that despiseth, despiseth not man, but God, who hath also given unto us his holy Spirit.</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repeated sinful habits, cravings, compulsions, sexual temptation, substance misuse, or fleshly patterns are involved.</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Combine resistance to spiritual evil with repentance, practical barriers, accountability, treatment where needed, renewed habits, and Spirit-led obedience.</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Do not externalize personal responsibility onto demons or shame people out of evidence-based addiction treatment.</w:t>
      </w:r>
    </w:p>
    <w:p>
      <w:pPr>
        <w:pStyle w:val="ScriptureReference"/>
        <w:keepNext/>
        <w:pBdr>
          <w:bottom w:val="single" w:sz="2" w:space="1" w:color="D5DBE0"/>
        </w:pBdr>
      </w:pPr>
      <w:r>
        <w:t>2 Timothy 2:22-26</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22</w:t>
      </w:r>
      <w:r>
        <w:rPr>
          <w:rFonts w:ascii="Liberation Serif" w:hAnsi="Liberation Serif" w:eastAsia="Liberation Serif"/>
          <w:color w:val="20262E"/>
          <w:sz w:val="18"/>
        </w:rPr>
        <w:t xml:space="preserve"> Flee also youthful lusts: but follow righteousness, faith, charity, peace, with them that call on the Lord out of a pure heart.</w:t>
      </w:r>
      <w:r>
        <w:t xml:space="preserve"> </w:t>
      </w:r>
      <w:r>
        <w:rPr>
          <w:rFonts w:ascii="Liberation Sans" w:hAnsi="Liberation Sans" w:eastAsia="Liberation Sans"/>
          <w:b/>
          <w:color w:val="A67833"/>
          <w:sz w:val="15"/>
          <w:vertAlign w:val="superscript"/>
        </w:rPr>
        <w:t>23</w:t>
      </w:r>
      <w:r>
        <w:rPr>
          <w:rFonts w:ascii="Liberation Serif" w:hAnsi="Liberation Serif" w:eastAsia="Liberation Serif"/>
          <w:color w:val="20262E"/>
          <w:sz w:val="18"/>
        </w:rPr>
        <w:t xml:space="preserve"> But foolish and unlearned questions avoid, knowing that they do gender strifes.</w:t>
      </w:r>
      <w:r>
        <w:t xml:space="preserve"> </w:t>
      </w:r>
      <w:r>
        <w:rPr>
          <w:rFonts w:ascii="Liberation Sans" w:hAnsi="Liberation Sans" w:eastAsia="Liberation Sans"/>
          <w:b/>
          <w:color w:val="A67833"/>
          <w:sz w:val="15"/>
          <w:vertAlign w:val="superscript"/>
        </w:rPr>
        <w:t>24</w:t>
      </w:r>
      <w:r>
        <w:rPr>
          <w:rFonts w:ascii="Liberation Serif" w:hAnsi="Liberation Serif" w:eastAsia="Liberation Serif"/>
          <w:color w:val="20262E"/>
          <w:sz w:val="18"/>
        </w:rPr>
        <w:t xml:space="preserve"> And the servant of the Lord must not strive; but be gentle unto all men, apt to teach, patient,</w:t>
      </w:r>
      <w:r>
        <w:t xml:space="preserve"> </w:t>
      </w:r>
      <w:r>
        <w:rPr>
          <w:rFonts w:ascii="Liberation Sans" w:hAnsi="Liberation Sans" w:eastAsia="Liberation Sans"/>
          <w:b/>
          <w:color w:val="A67833"/>
          <w:sz w:val="15"/>
          <w:vertAlign w:val="superscript"/>
        </w:rPr>
        <w:t>25</w:t>
      </w:r>
      <w:r>
        <w:rPr>
          <w:rFonts w:ascii="Liberation Serif" w:hAnsi="Liberation Serif" w:eastAsia="Liberation Serif"/>
          <w:color w:val="20262E"/>
          <w:sz w:val="18"/>
        </w:rPr>
        <w:t xml:space="preserve"> In meekness instructing those that oppose themselves; if God peradventure will give them repentance to the acknowledging of the truth;</w:t>
      </w:r>
      <w:r>
        <w:t xml:space="preserve"> </w:t>
      </w:r>
      <w:r>
        <w:rPr>
          <w:rFonts w:ascii="Liberation Sans" w:hAnsi="Liberation Sans" w:eastAsia="Liberation Sans"/>
          <w:b/>
          <w:color w:val="A67833"/>
          <w:sz w:val="15"/>
          <w:vertAlign w:val="superscript"/>
        </w:rPr>
        <w:t>26</w:t>
      </w:r>
      <w:r>
        <w:rPr>
          <w:rFonts w:ascii="Liberation Serif" w:hAnsi="Liberation Serif" w:eastAsia="Liberation Serif"/>
          <w:color w:val="20262E"/>
          <w:sz w:val="18"/>
        </w:rPr>
        <w:t xml:space="preserve"> And that they may recover themselves out of the snare of the devil, who are taken captive by him at his will.</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repeated sinful habits, cravings, compulsions, sexual temptation, substance misuse, or fleshly patterns are involved.</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Combine resistance to spiritual evil with repentance, practical barriers, accountability, treatment where needed, renewed habits, and Spirit-led obedience.</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Do not externalize personal responsibility onto demons or shame people out of evidence-based addiction treatment.</w:t>
      </w:r>
    </w:p>
    <w:p>
      <w:pPr>
        <w:pStyle w:val="ScriptureReference"/>
        <w:keepNext/>
        <w:pBdr>
          <w:bottom w:val="single" w:sz="2" w:space="1" w:color="D5DBE0"/>
        </w:pBdr>
      </w:pPr>
      <w:r>
        <w:t>James 1:12-16</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12</w:t>
      </w:r>
      <w:r>
        <w:rPr>
          <w:rFonts w:ascii="Liberation Serif" w:hAnsi="Liberation Serif" w:eastAsia="Liberation Serif"/>
          <w:color w:val="20262E"/>
          <w:sz w:val="18"/>
        </w:rPr>
        <w:t xml:space="preserve"> Blessed is the man that endureth temptation: for when he is tried, he shall receive the crown of life, which the Lord hath promised to them that love him.</w:t>
      </w:r>
      <w:r>
        <w:t xml:space="preserve"> </w:t>
      </w:r>
      <w:r>
        <w:rPr>
          <w:rFonts w:ascii="Liberation Sans" w:hAnsi="Liberation Sans" w:eastAsia="Liberation Sans"/>
          <w:b/>
          <w:color w:val="A67833"/>
          <w:sz w:val="15"/>
          <w:vertAlign w:val="superscript"/>
        </w:rPr>
        <w:t>13</w:t>
      </w:r>
      <w:r>
        <w:rPr>
          <w:rFonts w:ascii="Liberation Serif" w:hAnsi="Liberation Serif" w:eastAsia="Liberation Serif"/>
          <w:color w:val="20262E"/>
          <w:sz w:val="18"/>
        </w:rPr>
        <w:t xml:space="preserve"> Let no man say when he is tempted, I am tempted of God: for God cannot be tempted with evil, neither tempteth he any man:</w:t>
      </w:r>
      <w:r>
        <w:t xml:space="preserve"> </w:t>
      </w:r>
      <w:r>
        <w:rPr>
          <w:rFonts w:ascii="Liberation Sans" w:hAnsi="Liberation Sans" w:eastAsia="Liberation Sans"/>
          <w:b/>
          <w:color w:val="A67833"/>
          <w:sz w:val="15"/>
          <w:vertAlign w:val="superscript"/>
        </w:rPr>
        <w:t>14</w:t>
      </w:r>
      <w:r>
        <w:rPr>
          <w:rFonts w:ascii="Liberation Serif" w:hAnsi="Liberation Serif" w:eastAsia="Liberation Serif"/>
          <w:color w:val="20262E"/>
          <w:sz w:val="18"/>
        </w:rPr>
        <w:t xml:space="preserve"> But every man is tempted, when he is drawn away of his own lust, and enticed.</w:t>
      </w:r>
      <w:r>
        <w:t xml:space="preserve"> </w:t>
      </w:r>
      <w:r>
        <w:rPr>
          <w:rFonts w:ascii="Liberation Sans" w:hAnsi="Liberation Sans" w:eastAsia="Liberation Sans"/>
          <w:b/>
          <w:color w:val="A67833"/>
          <w:sz w:val="15"/>
          <w:vertAlign w:val="superscript"/>
        </w:rPr>
        <w:t>15</w:t>
      </w:r>
      <w:r>
        <w:rPr>
          <w:rFonts w:ascii="Liberation Serif" w:hAnsi="Liberation Serif" w:eastAsia="Liberation Serif"/>
          <w:color w:val="20262E"/>
          <w:sz w:val="18"/>
        </w:rPr>
        <w:t xml:space="preserve"> Then when lust hath conceived, it bringeth forth sin: and sin, when it is finished, bringeth forth death.</w:t>
      </w:r>
      <w:r>
        <w:t xml:space="preserve"> </w:t>
      </w:r>
      <w:r>
        <w:rPr>
          <w:rFonts w:ascii="Liberation Sans" w:hAnsi="Liberation Sans" w:eastAsia="Liberation Sans"/>
          <w:b/>
          <w:color w:val="A67833"/>
          <w:sz w:val="15"/>
          <w:vertAlign w:val="superscript"/>
        </w:rPr>
        <w:t>16</w:t>
      </w:r>
      <w:r>
        <w:rPr>
          <w:rFonts w:ascii="Liberation Serif" w:hAnsi="Liberation Serif" w:eastAsia="Liberation Serif"/>
          <w:color w:val="20262E"/>
          <w:sz w:val="18"/>
        </w:rPr>
        <w:t xml:space="preserve"> Do not err, my beloved brethren.</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repeated sinful habits, cravings, compulsions, sexual temptation, substance misuse, or fleshly patterns are involved.</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Combine resistance to spiritual evil with repentance, practical barriers, accountability, treatment where needed, renewed habits, and Spirit-led obedience.</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Do not externalize personal responsibility onto demons or shame people out of evidence-based addiction treatment.</w:t>
      </w:r>
    </w:p>
    <w:p>
      <w:pPr>
        <w:pStyle w:val="ScriptureReference"/>
        <w:keepNext/>
        <w:pBdr>
          <w:bottom w:val="single" w:sz="2" w:space="1" w:color="D5DBE0"/>
        </w:pBdr>
      </w:pPr>
      <w:r>
        <w:t>1 Peter 2:11-12</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11</w:t>
      </w:r>
      <w:r>
        <w:rPr>
          <w:rFonts w:ascii="Liberation Serif" w:hAnsi="Liberation Serif" w:eastAsia="Liberation Serif"/>
          <w:color w:val="20262E"/>
          <w:sz w:val="18"/>
        </w:rPr>
        <w:t xml:space="preserve"> Dearly beloved, I beseech you as strangers and pilgrims, abstain from fleshly lusts, which war against the soul;</w:t>
      </w:r>
      <w:r>
        <w:t xml:space="preserve"> </w:t>
      </w:r>
      <w:r>
        <w:rPr>
          <w:rFonts w:ascii="Liberation Sans" w:hAnsi="Liberation Sans" w:eastAsia="Liberation Sans"/>
          <w:b/>
          <w:color w:val="A67833"/>
          <w:sz w:val="15"/>
          <w:vertAlign w:val="superscript"/>
        </w:rPr>
        <w:t>12</w:t>
      </w:r>
      <w:r>
        <w:rPr>
          <w:rFonts w:ascii="Liberation Serif" w:hAnsi="Liberation Serif" w:eastAsia="Liberation Serif"/>
          <w:color w:val="20262E"/>
          <w:sz w:val="18"/>
        </w:rPr>
        <w:t xml:space="preserve"> Having your conversation honest among the Gentiles: that, whereas they speak against you as evildoers, they may by your good works, which they shall behold, glorify God in the day of visitation.</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repeated sinful habits, cravings, compulsions, sexual temptation, substance misuse, or fleshly patterns are involved.</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Combine resistance to spiritual evil with repentance, practical barriers, accountability, treatment where needed, renewed habits, and Spirit-led obedience.</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Do not externalize personal responsibility onto demons or shame people out of evidence-based addiction treatment.</w:t>
      </w:r>
    </w:p>
    <w:p>
      <w:pPr>
        <w:pStyle w:val="Heading1"/>
        <w:keepNext/>
        <w:pageBreakBefore/>
        <w:pBdr>
          <w:bottom w:val="single" w:sz="8" w:space="2" w:color="A67833"/>
        </w:pBdr>
      </w:pPr>
      <w:r>
        <w:t>6.14 Prayer, Fasting, Praise, Worship, and Intercession</w:t>
      </w:r>
    </w:p>
    <w:p>
      <w:pPr>
        <w:pStyle w:val="Guidance"/>
      </w:pPr>
      <w:r>
        <w:rPr>
          <w:rFonts w:ascii="Liberation Sans" w:hAnsi="Liberation Sans" w:eastAsia="Liberation Sans"/>
          <w:b/>
          <w:color w:val="18324A"/>
          <w:sz w:val="17"/>
        </w:rPr>
        <w:t xml:space="preserve">Use this section when: </w:t>
      </w:r>
      <w:r>
        <w:rPr>
          <w:rFonts w:ascii="Liberation Sans" w:hAnsi="Liberation Sans" w:eastAsia="Liberation Sans"/>
          <w:color w:val="20262E"/>
          <w:sz w:val="17"/>
        </w:rPr>
        <w:t>Use for preparation, corporate prayer, prolonged resistance, guidance, breakthrough, and strengthening ministry teams.</w:t>
      </w:r>
    </w:p>
    <w:p>
      <w:pPr>
        <w:pStyle w:val="Guidance"/>
      </w:pPr>
      <w:r>
        <w:rPr>
          <w:rFonts w:ascii="Liberation Sans" w:hAnsi="Liberation Sans" w:eastAsia="Liberation Sans"/>
          <w:b/>
          <w:color w:val="18324A"/>
          <w:sz w:val="17"/>
        </w:rPr>
        <w:t xml:space="preserve">Ministry method: </w:t>
      </w:r>
      <w:r>
        <w:rPr>
          <w:rFonts w:ascii="Liberation Sans" w:hAnsi="Liberation Sans" w:eastAsia="Liberation Sans"/>
          <w:color w:val="20262E"/>
          <w:sz w:val="17"/>
        </w:rPr>
        <w:t>Pray specifically, give thanks, worship God, fast without display or self-harm, pray in agreement, and remain attentive to Scripture and the Spirit.</w:t>
      </w:r>
    </w:p>
    <w:p>
      <w:pPr>
        <w:pStyle w:val="Guidance"/>
      </w:pPr>
      <w:r>
        <w:rPr>
          <w:rFonts w:ascii="Liberation Sans" w:hAnsi="Liberation Sans" w:eastAsia="Liberation Sans"/>
          <w:b/>
          <w:color w:val="18324A"/>
          <w:sz w:val="17"/>
        </w:rPr>
        <w:t xml:space="preserve">Section control: </w:t>
      </w:r>
      <w:r>
        <w:rPr>
          <w:rFonts w:ascii="Liberation Sans" w:hAnsi="Liberation Sans" w:eastAsia="Liberation Sans"/>
          <w:color w:val="20262E"/>
          <w:sz w:val="17"/>
        </w:rPr>
        <w:t>Fasting is voluntary and medically prudent. It is not a payment that forces God or proof that another person lacks faith.</w:t>
      </w:r>
    </w:p>
    <w:p>
      <w:pPr>
        <w:pStyle w:val="SmallNote"/>
      </w:pPr>
      <w:r>
        <w:t>16 operational passage entries</w:t>
      </w:r>
    </w:p>
    <w:p>
      <w:pPr>
        <w:pStyle w:val="ScriptureReference"/>
        <w:keepNext/>
        <w:pBdr>
          <w:bottom w:val="single" w:sz="2" w:space="1" w:color="D5DBE0"/>
        </w:pBdr>
      </w:pPr>
      <w:r>
        <w:t>2 Chronicles 20:1-30</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w:t>
      </w:r>
      <w:r>
        <w:rPr>
          <w:rFonts w:ascii="Liberation Serif" w:hAnsi="Liberation Serif" w:eastAsia="Liberation Serif"/>
          <w:color w:val="20262E"/>
          <w:sz w:val="18"/>
        </w:rPr>
        <w:t xml:space="preserve"> It came to pass after this also, that the children of Moab, and the children of Ammon, and with them other beside the Ammonites, came against Jehoshaphat to battle.</w:t>
      </w:r>
      <w:r>
        <w:t xml:space="preserve"> </w:t>
      </w:r>
      <w:r>
        <w:rPr>
          <w:rFonts w:ascii="Liberation Sans" w:hAnsi="Liberation Sans" w:eastAsia="Liberation Sans"/>
          <w:b/>
          <w:color w:val="A67833"/>
          <w:sz w:val="15"/>
          <w:vertAlign w:val="superscript"/>
        </w:rPr>
        <w:t>2</w:t>
      </w:r>
      <w:r>
        <w:rPr>
          <w:rFonts w:ascii="Liberation Serif" w:hAnsi="Liberation Serif" w:eastAsia="Liberation Serif"/>
          <w:color w:val="20262E"/>
          <w:sz w:val="18"/>
        </w:rPr>
        <w:t xml:space="preserve"> Then there came some that told Jehoshaphat, saying, There cometh a great multitude against thee from beyond the sea on this side Syria; and, behold, they be in Hazazontamar, which is Engedi.</w:t>
      </w:r>
      <w:r>
        <w:t xml:space="preserve"> </w:t>
      </w:r>
      <w:r>
        <w:rPr>
          <w:rFonts w:ascii="Liberation Sans" w:hAnsi="Liberation Sans" w:eastAsia="Liberation Sans"/>
          <w:b/>
          <w:color w:val="A67833"/>
          <w:sz w:val="15"/>
          <w:vertAlign w:val="superscript"/>
        </w:rPr>
        <w:t>3</w:t>
      </w:r>
      <w:r>
        <w:rPr>
          <w:rFonts w:ascii="Liberation Serif" w:hAnsi="Liberation Serif" w:eastAsia="Liberation Serif"/>
          <w:color w:val="20262E"/>
          <w:sz w:val="18"/>
        </w:rPr>
        <w:t xml:space="preserve"> And Jehoshaphat feared, and set himself to seek the LORD, and proclaimed a fast throughout all Judah.</w:t>
      </w:r>
      <w:r>
        <w:t xml:space="preserve"> </w:t>
      </w:r>
      <w:r>
        <w:rPr>
          <w:rFonts w:ascii="Liberation Sans" w:hAnsi="Liberation Sans" w:eastAsia="Liberation Sans"/>
          <w:b/>
          <w:color w:val="A67833"/>
          <w:sz w:val="15"/>
          <w:vertAlign w:val="superscript"/>
        </w:rPr>
        <w:t>4</w:t>
      </w:r>
      <w:r>
        <w:rPr>
          <w:rFonts w:ascii="Liberation Serif" w:hAnsi="Liberation Serif" w:eastAsia="Liberation Serif"/>
          <w:color w:val="20262E"/>
          <w:sz w:val="18"/>
        </w:rPr>
        <w:t xml:space="preserve"> And Judah gathered themselves together, to ask help of the LORD: even out of all the cities of Judah they came to seek the LORD.</w:t>
      </w:r>
      <w:r>
        <w:t xml:space="preserve"> </w:t>
      </w:r>
      <w:r>
        <w:rPr>
          <w:rFonts w:ascii="Liberation Sans" w:hAnsi="Liberation Sans" w:eastAsia="Liberation Sans"/>
          <w:b/>
          <w:color w:val="A67833"/>
          <w:sz w:val="15"/>
          <w:vertAlign w:val="superscript"/>
        </w:rPr>
        <w:t>5</w:t>
      </w:r>
      <w:r>
        <w:rPr>
          <w:rFonts w:ascii="Liberation Serif" w:hAnsi="Liberation Serif" w:eastAsia="Liberation Serif"/>
          <w:color w:val="20262E"/>
          <w:sz w:val="18"/>
        </w:rPr>
        <w:t xml:space="preserve"> And Jehoshaphat stood in the congregation of Judah and Jerusalem, in the house of the LORD, before the new court,</w:t>
      </w:r>
      <w:r>
        <w:t xml:space="preserve"> </w:t>
      </w:r>
      <w:r>
        <w:rPr>
          <w:rFonts w:ascii="Liberation Sans" w:hAnsi="Liberation Sans" w:eastAsia="Liberation Sans"/>
          <w:b/>
          <w:color w:val="A67833"/>
          <w:sz w:val="15"/>
          <w:vertAlign w:val="superscript"/>
        </w:rPr>
        <w:t>6</w:t>
      </w:r>
      <w:r>
        <w:rPr>
          <w:rFonts w:ascii="Liberation Serif" w:hAnsi="Liberation Serif" w:eastAsia="Liberation Serif"/>
          <w:color w:val="20262E"/>
          <w:sz w:val="18"/>
        </w:rPr>
        <w:t xml:space="preserve"> And said, O LORD God of our fathers, art not thou God in heaven? and rulest not thou over all the kingdoms of the heathen? and in thine hand is there not power and might, so that none is able to withstand thee?</w:t>
      </w:r>
      <w:r>
        <w:t xml:space="preserve"> </w:t>
      </w:r>
      <w:r>
        <w:rPr>
          <w:rFonts w:ascii="Liberation Sans" w:hAnsi="Liberation Sans" w:eastAsia="Liberation Sans"/>
          <w:b/>
          <w:color w:val="A67833"/>
          <w:sz w:val="15"/>
          <w:vertAlign w:val="superscript"/>
        </w:rPr>
        <w:t>7</w:t>
      </w:r>
      <w:r>
        <w:rPr>
          <w:rFonts w:ascii="Liberation Serif" w:hAnsi="Liberation Serif" w:eastAsia="Liberation Serif"/>
          <w:color w:val="20262E"/>
          <w:sz w:val="18"/>
        </w:rPr>
        <w:t xml:space="preserve"> Art not thou our God, who didst drive out the inhabitants of this land before thy people Israel, and gavest it to the seed of Abraham thy friend for ever?</w:t>
      </w:r>
      <w:r>
        <w:t xml:space="preserve"> </w:t>
      </w:r>
      <w:r>
        <w:rPr>
          <w:rFonts w:ascii="Liberation Sans" w:hAnsi="Liberation Sans" w:eastAsia="Liberation Sans"/>
          <w:b/>
          <w:color w:val="A67833"/>
          <w:sz w:val="15"/>
          <w:vertAlign w:val="superscript"/>
        </w:rPr>
        <w:t>8</w:t>
      </w:r>
      <w:r>
        <w:rPr>
          <w:rFonts w:ascii="Liberation Serif" w:hAnsi="Liberation Serif" w:eastAsia="Liberation Serif"/>
          <w:color w:val="20262E"/>
          <w:sz w:val="18"/>
        </w:rPr>
        <w:t xml:space="preserve"> And they dwelt therein, and have built thee a sanctuary therein for thy name, saying,</w:t>
      </w:r>
      <w:r>
        <w:t xml:space="preserve"> </w:t>
      </w:r>
      <w:r>
        <w:rPr>
          <w:rFonts w:ascii="Liberation Sans" w:hAnsi="Liberation Sans" w:eastAsia="Liberation Sans"/>
          <w:b/>
          <w:color w:val="A67833"/>
          <w:sz w:val="15"/>
          <w:vertAlign w:val="superscript"/>
        </w:rPr>
        <w:t>9</w:t>
      </w:r>
      <w:r>
        <w:rPr>
          <w:rFonts w:ascii="Liberation Serif" w:hAnsi="Liberation Serif" w:eastAsia="Liberation Serif"/>
          <w:color w:val="20262E"/>
          <w:sz w:val="18"/>
        </w:rPr>
        <w:t xml:space="preserve"> If, when evil cometh upon us, as the sword, judgment, or pestilence, or famine, we stand before this house, and in thy presence, (for thy name is in this house,) and cry unto thee in our affliction, then thou wilt hear and help.</w:t>
      </w:r>
      <w:r>
        <w:t xml:space="preserve"> </w:t>
      </w:r>
      <w:r>
        <w:rPr>
          <w:rFonts w:ascii="Liberation Sans" w:hAnsi="Liberation Sans" w:eastAsia="Liberation Sans"/>
          <w:b/>
          <w:color w:val="A67833"/>
          <w:sz w:val="15"/>
          <w:vertAlign w:val="superscript"/>
        </w:rPr>
        <w:t>10</w:t>
      </w:r>
      <w:r>
        <w:rPr>
          <w:rFonts w:ascii="Liberation Serif" w:hAnsi="Liberation Serif" w:eastAsia="Liberation Serif"/>
          <w:color w:val="20262E"/>
          <w:sz w:val="18"/>
        </w:rPr>
        <w:t xml:space="preserve"> And now, behold, the children of Ammon and Moab and mount Seir, whom thou wouldest not let Israel invade, when they came out of the land of Egypt, but they turned from them, and destroyed them not;</w:t>
      </w:r>
      <w:r>
        <w:t xml:space="preserve"> </w:t>
      </w:r>
      <w:r>
        <w:rPr>
          <w:rFonts w:ascii="Liberation Sans" w:hAnsi="Liberation Sans" w:eastAsia="Liberation Sans"/>
          <w:b/>
          <w:color w:val="A67833"/>
          <w:sz w:val="15"/>
          <w:vertAlign w:val="superscript"/>
        </w:rPr>
        <w:t>11</w:t>
      </w:r>
      <w:r>
        <w:rPr>
          <w:rFonts w:ascii="Liberation Serif" w:hAnsi="Liberation Serif" w:eastAsia="Liberation Serif"/>
          <w:color w:val="20262E"/>
          <w:sz w:val="18"/>
        </w:rPr>
        <w:t xml:space="preserve"> Behold, I say, how they reward us, to come to cast us out of thy possession, which thou hast given us to inherit.</w:t>
      </w:r>
      <w:r>
        <w:t xml:space="preserve"> </w:t>
      </w:r>
      <w:r>
        <w:rPr>
          <w:rFonts w:ascii="Liberation Sans" w:hAnsi="Liberation Sans" w:eastAsia="Liberation Sans"/>
          <w:b/>
          <w:color w:val="A67833"/>
          <w:sz w:val="15"/>
          <w:vertAlign w:val="superscript"/>
        </w:rPr>
        <w:t>12</w:t>
      </w:r>
      <w:r>
        <w:rPr>
          <w:rFonts w:ascii="Liberation Serif" w:hAnsi="Liberation Serif" w:eastAsia="Liberation Serif"/>
          <w:color w:val="20262E"/>
          <w:sz w:val="18"/>
        </w:rPr>
        <w:t xml:space="preserve"> O our God, wilt thou not judge them? for we have no might against this great company that cometh against us; neither know we what to do: but our eyes are upon thee.</w:t>
      </w:r>
      <w:r>
        <w:t xml:space="preserve"> </w:t>
      </w:r>
      <w:r>
        <w:rPr>
          <w:rFonts w:ascii="Liberation Sans" w:hAnsi="Liberation Sans" w:eastAsia="Liberation Sans"/>
          <w:b/>
          <w:color w:val="A67833"/>
          <w:sz w:val="15"/>
          <w:vertAlign w:val="superscript"/>
        </w:rPr>
        <w:t>13</w:t>
      </w:r>
      <w:r>
        <w:rPr>
          <w:rFonts w:ascii="Liberation Serif" w:hAnsi="Liberation Serif" w:eastAsia="Liberation Serif"/>
          <w:color w:val="20262E"/>
          <w:sz w:val="18"/>
        </w:rPr>
        <w:t xml:space="preserve"> And all Judah stood before the LORD, with their little ones, their wives, and their children.</w:t>
      </w:r>
      <w:r>
        <w:t xml:space="preserve"> </w:t>
      </w:r>
      <w:r>
        <w:rPr>
          <w:rFonts w:ascii="Liberation Sans" w:hAnsi="Liberation Sans" w:eastAsia="Liberation Sans"/>
          <w:b/>
          <w:color w:val="A67833"/>
          <w:sz w:val="15"/>
          <w:vertAlign w:val="superscript"/>
        </w:rPr>
        <w:t>14</w:t>
      </w:r>
      <w:r>
        <w:rPr>
          <w:rFonts w:ascii="Liberation Serif" w:hAnsi="Liberation Serif" w:eastAsia="Liberation Serif"/>
          <w:color w:val="20262E"/>
          <w:sz w:val="18"/>
        </w:rPr>
        <w:t xml:space="preserve"> Then upon Jahaziel the son of Zechariah, the son of Benaiah, the son of Jeiel, the son of Mattaniah, a Levite of the sons of Asaph, came the Spirit of the LORD in the midst of the congregation;</w:t>
      </w:r>
      <w:r>
        <w:t xml:space="preserve"> </w:t>
      </w:r>
      <w:r>
        <w:rPr>
          <w:rFonts w:ascii="Liberation Sans" w:hAnsi="Liberation Sans" w:eastAsia="Liberation Sans"/>
          <w:b/>
          <w:color w:val="A67833"/>
          <w:sz w:val="15"/>
          <w:vertAlign w:val="superscript"/>
        </w:rPr>
        <w:t>15</w:t>
      </w:r>
      <w:r>
        <w:rPr>
          <w:rFonts w:ascii="Liberation Serif" w:hAnsi="Liberation Serif" w:eastAsia="Liberation Serif"/>
          <w:color w:val="20262E"/>
          <w:sz w:val="18"/>
        </w:rPr>
        <w:t xml:space="preserve"> And he said, Hearken ye, all Judah, and ye inhabitants of Jerusalem, and thou king Jehoshaphat, Thus saith the LORD unto you, Be not afraid nor dismayed by reason of this great multitude; for the battle is not yours, but God's.</w:t>
      </w:r>
      <w:r>
        <w:t xml:space="preserve"> </w:t>
      </w:r>
      <w:r>
        <w:rPr>
          <w:rFonts w:ascii="Liberation Sans" w:hAnsi="Liberation Sans" w:eastAsia="Liberation Sans"/>
          <w:b/>
          <w:color w:val="A67833"/>
          <w:sz w:val="15"/>
          <w:vertAlign w:val="superscript"/>
        </w:rPr>
        <w:t>16</w:t>
      </w:r>
      <w:r>
        <w:rPr>
          <w:rFonts w:ascii="Liberation Serif" w:hAnsi="Liberation Serif" w:eastAsia="Liberation Serif"/>
          <w:color w:val="20262E"/>
          <w:sz w:val="18"/>
        </w:rPr>
        <w:t xml:space="preserve"> To morrow go ye down against them: behold, they come up by the cliff of Ziz; and ye shall find them at the end of the brook, before the wilderness of Jeruel.</w:t>
      </w:r>
      <w:r>
        <w:t xml:space="preserve"> </w:t>
      </w:r>
      <w:r>
        <w:rPr>
          <w:rFonts w:ascii="Liberation Sans" w:hAnsi="Liberation Sans" w:eastAsia="Liberation Sans"/>
          <w:b/>
          <w:color w:val="A67833"/>
          <w:sz w:val="15"/>
          <w:vertAlign w:val="superscript"/>
        </w:rPr>
        <w:t>17</w:t>
      </w:r>
      <w:r>
        <w:rPr>
          <w:rFonts w:ascii="Liberation Serif" w:hAnsi="Liberation Serif" w:eastAsia="Liberation Serif"/>
          <w:color w:val="20262E"/>
          <w:sz w:val="18"/>
        </w:rPr>
        <w:t xml:space="preserve"> Ye shall not need to fight in this battle: set yourselves, stand ye still, and see the salvation of the LORD with you, O Judah and Jerusalem: fear not, nor be dismayed; to morrow go out against them: for the LORD will be with you.</w:t>
      </w:r>
      <w:r>
        <w:t xml:space="preserve"> </w:t>
      </w:r>
      <w:r>
        <w:rPr>
          <w:rFonts w:ascii="Liberation Sans" w:hAnsi="Liberation Sans" w:eastAsia="Liberation Sans"/>
          <w:b/>
          <w:color w:val="A67833"/>
          <w:sz w:val="15"/>
          <w:vertAlign w:val="superscript"/>
        </w:rPr>
        <w:t>18</w:t>
      </w:r>
      <w:r>
        <w:rPr>
          <w:rFonts w:ascii="Liberation Serif" w:hAnsi="Liberation Serif" w:eastAsia="Liberation Serif"/>
          <w:color w:val="20262E"/>
          <w:sz w:val="18"/>
        </w:rPr>
        <w:t xml:space="preserve"> And Jehoshaphat bowed his head with his face to the ground: and all Judah and the inhabitants of Jerusalem fell before the LORD, worshipping the LORD.</w:t>
      </w:r>
      <w:r>
        <w:t xml:space="preserve"> </w:t>
      </w:r>
      <w:r>
        <w:rPr>
          <w:rFonts w:ascii="Liberation Sans" w:hAnsi="Liberation Sans" w:eastAsia="Liberation Sans"/>
          <w:b/>
          <w:color w:val="A67833"/>
          <w:sz w:val="15"/>
          <w:vertAlign w:val="superscript"/>
        </w:rPr>
        <w:t>19</w:t>
      </w:r>
      <w:r>
        <w:rPr>
          <w:rFonts w:ascii="Liberation Serif" w:hAnsi="Liberation Serif" w:eastAsia="Liberation Serif"/>
          <w:color w:val="20262E"/>
          <w:sz w:val="18"/>
        </w:rPr>
        <w:t xml:space="preserve"> And the Levites, of the children of the Kohathites, and of the children of the Korhites, stood up to praise the LORD God of Israel with a loud voice on high.</w:t>
      </w:r>
      <w:r>
        <w:t xml:space="preserve"> </w:t>
      </w:r>
      <w:r>
        <w:rPr>
          <w:rFonts w:ascii="Liberation Sans" w:hAnsi="Liberation Sans" w:eastAsia="Liberation Sans"/>
          <w:b/>
          <w:color w:val="A67833"/>
          <w:sz w:val="15"/>
          <w:vertAlign w:val="superscript"/>
        </w:rPr>
        <w:t>20</w:t>
      </w:r>
      <w:r>
        <w:rPr>
          <w:rFonts w:ascii="Liberation Serif" w:hAnsi="Liberation Serif" w:eastAsia="Liberation Serif"/>
          <w:color w:val="20262E"/>
          <w:sz w:val="18"/>
        </w:rPr>
        <w:t xml:space="preserve"> And they rose early in the morning, and went forth into the wilderness of Tekoa: and as they went forth, Jehoshaphat stood and said, Hear me, O Judah, and ye inhabitants of Jerusalem; Believe in the LORD your God, so shall ye be established; believe his prophets, so shall ye prosper.</w:t>
      </w:r>
      <w:r>
        <w:t xml:space="preserve"> </w:t>
      </w:r>
      <w:r>
        <w:rPr>
          <w:rFonts w:ascii="Liberation Sans" w:hAnsi="Liberation Sans" w:eastAsia="Liberation Sans"/>
          <w:b/>
          <w:color w:val="A67833"/>
          <w:sz w:val="15"/>
          <w:vertAlign w:val="superscript"/>
        </w:rPr>
        <w:t>21</w:t>
      </w:r>
      <w:r>
        <w:rPr>
          <w:rFonts w:ascii="Liberation Serif" w:hAnsi="Liberation Serif" w:eastAsia="Liberation Serif"/>
          <w:color w:val="20262E"/>
          <w:sz w:val="18"/>
        </w:rPr>
        <w:t xml:space="preserve"> And when he had consulted with the people, he appointed singers unto the LORD, and that should praise the beauty of holiness, as they went out before the army, and to say, Praise the LORD; for his mercy endureth for ever.</w:t>
      </w:r>
      <w:r>
        <w:t xml:space="preserve"> </w:t>
      </w:r>
      <w:r>
        <w:rPr>
          <w:rFonts w:ascii="Liberation Sans" w:hAnsi="Liberation Sans" w:eastAsia="Liberation Sans"/>
          <w:b/>
          <w:color w:val="A67833"/>
          <w:sz w:val="15"/>
          <w:vertAlign w:val="superscript"/>
        </w:rPr>
        <w:t>22</w:t>
      </w:r>
      <w:r>
        <w:rPr>
          <w:rFonts w:ascii="Liberation Serif" w:hAnsi="Liberation Serif" w:eastAsia="Liberation Serif"/>
          <w:color w:val="20262E"/>
          <w:sz w:val="18"/>
        </w:rPr>
        <w:t xml:space="preserve"> And when they began to sing and to praise, the LORD set ambushments against the children of Ammon, Moab, and mount Seir, which were come against Judah; and they were smitten.</w:t>
      </w:r>
      <w:r>
        <w:t xml:space="preserve"> </w:t>
      </w:r>
      <w:r>
        <w:rPr>
          <w:rFonts w:ascii="Liberation Sans" w:hAnsi="Liberation Sans" w:eastAsia="Liberation Sans"/>
          <w:b/>
          <w:color w:val="A67833"/>
          <w:sz w:val="15"/>
          <w:vertAlign w:val="superscript"/>
        </w:rPr>
        <w:t>23</w:t>
      </w:r>
      <w:r>
        <w:rPr>
          <w:rFonts w:ascii="Liberation Serif" w:hAnsi="Liberation Serif" w:eastAsia="Liberation Serif"/>
          <w:color w:val="20262E"/>
          <w:sz w:val="18"/>
        </w:rPr>
        <w:t xml:space="preserve"> For the children of Ammon and Moab stood up against the inhabitants of mount Seir, utterly to slay and destroy them: and when they had made an end of the inhabitants of Seir, every one helped to destroy another.</w:t>
      </w:r>
      <w:r>
        <w:t xml:space="preserve"> </w:t>
      </w:r>
      <w:r>
        <w:rPr>
          <w:rFonts w:ascii="Liberation Sans" w:hAnsi="Liberation Sans" w:eastAsia="Liberation Sans"/>
          <w:b/>
          <w:color w:val="A67833"/>
          <w:sz w:val="15"/>
          <w:vertAlign w:val="superscript"/>
        </w:rPr>
        <w:t>24</w:t>
      </w:r>
      <w:r>
        <w:rPr>
          <w:rFonts w:ascii="Liberation Serif" w:hAnsi="Liberation Serif" w:eastAsia="Liberation Serif"/>
          <w:color w:val="20262E"/>
          <w:sz w:val="18"/>
        </w:rPr>
        <w:t xml:space="preserve"> And when Judah came toward the watch tower in the wilderness, they looked unto the multitude, and, behold, they were dead bodies fallen to the earth, and none escaped.</w:t>
      </w:r>
      <w:r>
        <w:t xml:space="preserve"> </w:t>
      </w:r>
      <w:r>
        <w:rPr>
          <w:rFonts w:ascii="Liberation Sans" w:hAnsi="Liberation Sans" w:eastAsia="Liberation Sans"/>
          <w:b/>
          <w:color w:val="A67833"/>
          <w:sz w:val="15"/>
          <w:vertAlign w:val="superscript"/>
        </w:rPr>
        <w:t>25</w:t>
      </w:r>
      <w:r>
        <w:rPr>
          <w:rFonts w:ascii="Liberation Serif" w:hAnsi="Liberation Serif" w:eastAsia="Liberation Serif"/>
          <w:color w:val="20262E"/>
          <w:sz w:val="18"/>
        </w:rPr>
        <w:t xml:space="preserve"> And when Jehoshaphat and his people came to take away the spoil of them, they found among them in abundance both riches with the dead bodies, and precious jewels, which they stripped off for themselves, more than they could carry away: and they were three days in gathering of the spoil, it was so much.</w:t>
      </w:r>
      <w:r>
        <w:t xml:space="preserve"> </w:t>
      </w:r>
      <w:r>
        <w:rPr>
          <w:rFonts w:ascii="Liberation Sans" w:hAnsi="Liberation Sans" w:eastAsia="Liberation Sans"/>
          <w:b/>
          <w:color w:val="A67833"/>
          <w:sz w:val="15"/>
          <w:vertAlign w:val="superscript"/>
        </w:rPr>
        <w:t>26</w:t>
      </w:r>
      <w:r>
        <w:rPr>
          <w:rFonts w:ascii="Liberation Serif" w:hAnsi="Liberation Serif" w:eastAsia="Liberation Serif"/>
          <w:color w:val="20262E"/>
          <w:sz w:val="18"/>
        </w:rPr>
        <w:t xml:space="preserve"> And on the fourth day they assembled themselves in the valley of Berachah; for there they blessed the LORD: therefore the name of the same place was called, The valley of Berachah, unto this day.</w:t>
      </w:r>
      <w:r>
        <w:t xml:space="preserve"> </w:t>
      </w:r>
      <w:r>
        <w:rPr>
          <w:rFonts w:ascii="Liberation Sans" w:hAnsi="Liberation Sans" w:eastAsia="Liberation Sans"/>
          <w:b/>
          <w:color w:val="A67833"/>
          <w:sz w:val="15"/>
          <w:vertAlign w:val="superscript"/>
        </w:rPr>
        <w:t>27</w:t>
      </w:r>
      <w:r>
        <w:rPr>
          <w:rFonts w:ascii="Liberation Serif" w:hAnsi="Liberation Serif" w:eastAsia="Liberation Serif"/>
          <w:color w:val="20262E"/>
          <w:sz w:val="18"/>
        </w:rPr>
        <w:t xml:space="preserve"> Then they returned, every man of Judah and Jerusalem, and Jehoshaphat in the forefront of them, to go again to Jerusalem with joy; for the LORD had made them to rejoice over their enemies.</w:t>
      </w:r>
      <w:r>
        <w:t xml:space="preserve"> </w:t>
      </w:r>
      <w:r>
        <w:rPr>
          <w:rFonts w:ascii="Liberation Sans" w:hAnsi="Liberation Sans" w:eastAsia="Liberation Sans"/>
          <w:b/>
          <w:color w:val="A67833"/>
          <w:sz w:val="15"/>
          <w:vertAlign w:val="superscript"/>
        </w:rPr>
        <w:t>28</w:t>
      </w:r>
      <w:r>
        <w:rPr>
          <w:rFonts w:ascii="Liberation Serif" w:hAnsi="Liberation Serif" w:eastAsia="Liberation Serif"/>
          <w:color w:val="20262E"/>
          <w:sz w:val="18"/>
        </w:rPr>
        <w:t xml:space="preserve"> And they came to Jerusalem with psalteries and harps and trumpets unto the house of the LORD.</w:t>
      </w:r>
      <w:r>
        <w:t xml:space="preserve"> </w:t>
      </w:r>
      <w:r>
        <w:rPr>
          <w:rFonts w:ascii="Liberation Sans" w:hAnsi="Liberation Sans" w:eastAsia="Liberation Sans"/>
          <w:b/>
          <w:color w:val="A67833"/>
          <w:sz w:val="15"/>
          <w:vertAlign w:val="superscript"/>
        </w:rPr>
        <w:t>29</w:t>
      </w:r>
      <w:r>
        <w:rPr>
          <w:rFonts w:ascii="Liberation Serif" w:hAnsi="Liberation Serif" w:eastAsia="Liberation Serif"/>
          <w:color w:val="20262E"/>
          <w:sz w:val="18"/>
        </w:rPr>
        <w:t xml:space="preserve"> And the fear of God was on all the kingdoms of those countries, when they had heard that the LORD fought against the enemies of Israel.</w:t>
      </w:r>
      <w:r>
        <w:t xml:space="preserve"> </w:t>
      </w:r>
      <w:r>
        <w:rPr>
          <w:rFonts w:ascii="Liberation Sans" w:hAnsi="Liberation Sans" w:eastAsia="Liberation Sans"/>
          <w:b/>
          <w:color w:val="A67833"/>
          <w:sz w:val="15"/>
          <w:vertAlign w:val="superscript"/>
        </w:rPr>
        <w:t>30</w:t>
      </w:r>
      <w:r>
        <w:rPr>
          <w:rFonts w:ascii="Liberation Serif" w:hAnsi="Liberation Serif" w:eastAsia="Liberation Serif"/>
          <w:color w:val="20262E"/>
          <w:sz w:val="18"/>
        </w:rPr>
        <w:t xml:space="preserve"> So the realm of Jehoshaphat was quiet: for his God gave him rest round about.</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for preparation, corporate prayer, prolonged resistance, guidance, breakthrough, and strengthening ministry teams.</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Pray specifically, give thanks, worship God, fast without display or self-harm, pray in agreement, and remain attentive to Scripture and the Spirit.</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Fasting is voluntary and medically prudent. It is not a payment that forces God or proof that another person lacks faith.</w:t>
      </w:r>
    </w:p>
    <w:p>
      <w:pPr>
        <w:pStyle w:val="ScriptureReference"/>
        <w:keepNext/>
        <w:pBdr>
          <w:bottom w:val="single" w:sz="2" w:space="1" w:color="D5DBE0"/>
        </w:pBdr>
      </w:pPr>
      <w:r>
        <w:t>Psalm 34:1-7</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w:t>
      </w:r>
      <w:r>
        <w:rPr>
          <w:rFonts w:ascii="Liberation Serif" w:hAnsi="Liberation Serif" w:eastAsia="Liberation Serif"/>
          <w:color w:val="20262E"/>
          <w:sz w:val="18"/>
        </w:rPr>
        <w:t xml:space="preserve"> A Psalm of David, when he changed his behaviour before Abimelech; who drove him away, and he departed. I will bless the LORD at all times: his praise shall continually be in my mouth.</w:t>
      </w:r>
      <w:r>
        <w:t xml:space="preserve"> </w:t>
      </w:r>
      <w:r>
        <w:rPr>
          <w:rFonts w:ascii="Liberation Sans" w:hAnsi="Liberation Sans" w:eastAsia="Liberation Sans"/>
          <w:b/>
          <w:color w:val="A67833"/>
          <w:sz w:val="15"/>
          <w:vertAlign w:val="superscript"/>
        </w:rPr>
        <w:t>2</w:t>
      </w:r>
      <w:r>
        <w:rPr>
          <w:rFonts w:ascii="Liberation Serif" w:hAnsi="Liberation Serif" w:eastAsia="Liberation Serif"/>
          <w:color w:val="20262E"/>
          <w:sz w:val="18"/>
        </w:rPr>
        <w:t xml:space="preserve"> My soul shall make her boast in the LORD: the humble shall hear thereof, and be glad.</w:t>
      </w:r>
      <w:r>
        <w:t xml:space="preserve"> </w:t>
      </w:r>
      <w:r>
        <w:rPr>
          <w:rFonts w:ascii="Liberation Sans" w:hAnsi="Liberation Sans" w:eastAsia="Liberation Sans"/>
          <w:b/>
          <w:color w:val="A67833"/>
          <w:sz w:val="15"/>
          <w:vertAlign w:val="superscript"/>
        </w:rPr>
        <w:t>3</w:t>
      </w:r>
      <w:r>
        <w:rPr>
          <w:rFonts w:ascii="Liberation Serif" w:hAnsi="Liberation Serif" w:eastAsia="Liberation Serif"/>
          <w:color w:val="20262E"/>
          <w:sz w:val="18"/>
        </w:rPr>
        <w:t xml:space="preserve"> O magnify the LORD with me, and let us exalt his name together.</w:t>
      </w:r>
      <w:r>
        <w:t xml:space="preserve"> </w:t>
      </w:r>
      <w:r>
        <w:rPr>
          <w:rFonts w:ascii="Liberation Sans" w:hAnsi="Liberation Sans" w:eastAsia="Liberation Sans"/>
          <w:b/>
          <w:color w:val="A67833"/>
          <w:sz w:val="15"/>
          <w:vertAlign w:val="superscript"/>
        </w:rPr>
        <w:t>4</w:t>
      </w:r>
      <w:r>
        <w:rPr>
          <w:rFonts w:ascii="Liberation Serif" w:hAnsi="Liberation Serif" w:eastAsia="Liberation Serif"/>
          <w:color w:val="20262E"/>
          <w:sz w:val="18"/>
        </w:rPr>
        <w:t xml:space="preserve"> I sought the LORD, and he heard me, and delivered me from all my fears.</w:t>
      </w:r>
      <w:r>
        <w:t xml:space="preserve"> </w:t>
      </w:r>
      <w:r>
        <w:rPr>
          <w:rFonts w:ascii="Liberation Sans" w:hAnsi="Liberation Sans" w:eastAsia="Liberation Sans"/>
          <w:b/>
          <w:color w:val="A67833"/>
          <w:sz w:val="15"/>
          <w:vertAlign w:val="superscript"/>
        </w:rPr>
        <w:t>5</w:t>
      </w:r>
      <w:r>
        <w:rPr>
          <w:rFonts w:ascii="Liberation Serif" w:hAnsi="Liberation Serif" w:eastAsia="Liberation Serif"/>
          <w:color w:val="20262E"/>
          <w:sz w:val="18"/>
        </w:rPr>
        <w:t xml:space="preserve"> They looked unto him, and were lightened: and their faces were not ashamed.</w:t>
      </w:r>
      <w:r>
        <w:t xml:space="preserve"> </w:t>
      </w:r>
      <w:r>
        <w:rPr>
          <w:rFonts w:ascii="Liberation Sans" w:hAnsi="Liberation Sans" w:eastAsia="Liberation Sans"/>
          <w:b/>
          <w:color w:val="A67833"/>
          <w:sz w:val="15"/>
          <w:vertAlign w:val="superscript"/>
        </w:rPr>
        <w:t>6</w:t>
      </w:r>
      <w:r>
        <w:rPr>
          <w:rFonts w:ascii="Liberation Serif" w:hAnsi="Liberation Serif" w:eastAsia="Liberation Serif"/>
          <w:color w:val="20262E"/>
          <w:sz w:val="18"/>
        </w:rPr>
        <w:t xml:space="preserve"> This poor man cried, and the LORD heard him, and saved him out of all his troubles.</w:t>
      </w:r>
      <w:r>
        <w:t xml:space="preserve"> </w:t>
      </w:r>
      <w:r>
        <w:rPr>
          <w:rFonts w:ascii="Liberation Sans" w:hAnsi="Liberation Sans" w:eastAsia="Liberation Sans"/>
          <w:b/>
          <w:color w:val="A67833"/>
          <w:sz w:val="15"/>
          <w:vertAlign w:val="superscript"/>
        </w:rPr>
        <w:t>7</w:t>
      </w:r>
      <w:r>
        <w:rPr>
          <w:rFonts w:ascii="Liberation Serif" w:hAnsi="Liberation Serif" w:eastAsia="Liberation Serif"/>
          <w:color w:val="20262E"/>
          <w:sz w:val="18"/>
        </w:rPr>
        <w:t xml:space="preserve"> The angel of the LORD encampeth round about them that fear him, and delivereth them.</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for preparation, corporate prayer, prolonged resistance, guidance, breakthrough, and strengthening ministry teams.</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Pray specifically, give thanks, worship God, fast without display or self-harm, pray in agreement, and remain attentive to Scripture and the Spirit.</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Fasting is voluntary and medically prudent. It is not a payment that forces God or proof that another person lacks faith.</w:t>
      </w:r>
    </w:p>
    <w:p>
      <w:pPr>
        <w:pStyle w:val="ScriptureReference"/>
        <w:keepNext/>
        <w:pBdr>
          <w:bottom w:val="single" w:sz="2" w:space="1" w:color="D5DBE0"/>
        </w:pBdr>
      </w:pPr>
      <w:r>
        <w:t>Psalm 68:1-6</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w:t>
      </w:r>
      <w:r>
        <w:rPr>
          <w:rFonts w:ascii="Liberation Serif" w:hAnsi="Liberation Serif" w:eastAsia="Liberation Serif"/>
          <w:color w:val="20262E"/>
          <w:sz w:val="18"/>
        </w:rPr>
        <w:t xml:space="preserve"> To the chief Musician, A Psalm or Song of David. Let God arise, let his enemies be scattered: let them also that hate him flee before him.</w:t>
      </w:r>
      <w:r>
        <w:t xml:space="preserve"> </w:t>
      </w:r>
      <w:r>
        <w:rPr>
          <w:rFonts w:ascii="Liberation Sans" w:hAnsi="Liberation Sans" w:eastAsia="Liberation Sans"/>
          <w:b/>
          <w:color w:val="A67833"/>
          <w:sz w:val="15"/>
          <w:vertAlign w:val="superscript"/>
        </w:rPr>
        <w:t>2</w:t>
      </w:r>
      <w:r>
        <w:rPr>
          <w:rFonts w:ascii="Liberation Serif" w:hAnsi="Liberation Serif" w:eastAsia="Liberation Serif"/>
          <w:color w:val="20262E"/>
          <w:sz w:val="18"/>
        </w:rPr>
        <w:t xml:space="preserve"> As smoke is driven away, so drive them away: as wax melteth before the fire, so let the wicked perish at the presence of God.</w:t>
      </w:r>
      <w:r>
        <w:t xml:space="preserve"> </w:t>
      </w:r>
      <w:r>
        <w:rPr>
          <w:rFonts w:ascii="Liberation Sans" w:hAnsi="Liberation Sans" w:eastAsia="Liberation Sans"/>
          <w:b/>
          <w:color w:val="A67833"/>
          <w:sz w:val="15"/>
          <w:vertAlign w:val="superscript"/>
        </w:rPr>
        <w:t>3</w:t>
      </w:r>
      <w:r>
        <w:rPr>
          <w:rFonts w:ascii="Liberation Serif" w:hAnsi="Liberation Serif" w:eastAsia="Liberation Serif"/>
          <w:color w:val="20262E"/>
          <w:sz w:val="18"/>
        </w:rPr>
        <w:t xml:space="preserve"> But let the righteous be glad; let them rejoice before God: yea, let them exceedingly rejoice.</w:t>
      </w:r>
      <w:r>
        <w:t xml:space="preserve"> </w:t>
      </w:r>
      <w:r>
        <w:rPr>
          <w:rFonts w:ascii="Liberation Sans" w:hAnsi="Liberation Sans" w:eastAsia="Liberation Sans"/>
          <w:b/>
          <w:color w:val="A67833"/>
          <w:sz w:val="15"/>
          <w:vertAlign w:val="superscript"/>
        </w:rPr>
        <w:t>4</w:t>
      </w:r>
      <w:r>
        <w:rPr>
          <w:rFonts w:ascii="Liberation Serif" w:hAnsi="Liberation Serif" w:eastAsia="Liberation Serif"/>
          <w:color w:val="20262E"/>
          <w:sz w:val="18"/>
        </w:rPr>
        <w:t xml:space="preserve"> Sing unto God, sing praises to his name: extol him that rideth upon the heavens by his name JAH, and rejoice before him.</w:t>
      </w:r>
      <w:r>
        <w:t xml:space="preserve"> </w:t>
      </w:r>
      <w:r>
        <w:rPr>
          <w:rFonts w:ascii="Liberation Sans" w:hAnsi="Liberation Sans" w:eastAsia="Liberation Sans"/>
          <w:b/>
          <w:color w:val="A67833"/>
          <w:sz w:val="15"/>
          <w:vertAlign w:val="superscript"/>
        </w:rPr>
        <w:t>5</w:t>
      </w:r>
      <w:r>
        <w:rPr>
          <w:rFonts w:ascii="Liberation Serif" w:hAnsi="Liberation Serif" w:eastAsia="Liberation Serif"/>
          <w:color w:val="20262E"/>
          <w:sz w:val="18"/>
        </w:rPr>
        <w:t xml:space="preserve"> A father of the fatherless, and a judge of the widows, is God in his holy habitation.</w:t>
      </w:r>
      <w:r>
        <w:t xml:space="preserve"> </w:t>
      </w:r>
      <w:r>
        <w:rPr>
          <w:rFonts w:ascii="Liberation Sans" w:hAnsi="Liberation Sans" w:eastAsia="Liberation Sans"/>
          <w:b/>
          <w:color w:val="A67833"/>
          <w:sz w:val="15"/>
          <w:vertAlign w:val="superscript"/>
        </w:rPr>
        <w:t>6</w:t>
      </w:r>
      <w:r>
        <w:rPr>
          <w:rFonts w:ascii="Liberation Serif" w:hAnsi="Liberation Serif" w:eastAsia="Liberation Serif"/>
          <w:color w:val="20262E"/>
          <w:sz w:val="18"/>
        </w:rPr>
        <w:t xml:space="preserve"> God setteth the solitary in families: he bringeth out those which are bound with chains: but the rebellious dwell in a dry land.</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for preparation, corporate prayer, prolonged resistance, guidance, breakthrough, and strengthening ministry teams.</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Pray specifically, give thanks, worship God, fast without display or self-harm, pray in agreement, and remain attentive to Scripture and the Spirit.</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Fasting is voluntary and medically prudent. It is not a payment that forces God or proof that another person lacks faith.</w:t>
      </w:r>
    </w:p>
    <w:p>
      <w:pPr>
        <w:pStyle w:val="ScriptureReference"/>
        <w:keepNext/>
        <w:pBdr>
          <w:bottom w:val="single" w:sz="2" w:space="1" w:color="D5DBE0"/>
        </w:pBdr>
      </w:pPr>
      <w:r>
        <w:t>Psalm 100:1-5</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w:t>
      </w:r>
      <w:r>
        <w:rPr>
          <w:rFonts w:ascii="Liberation Serif" w:hAnsi="Liberation Serif" w:eastAsia="Liberation Serif"/>
          <w:color w:val="20262E"/>
          <w:sz w:val="18"/>
        </w:rPr>
        <w:t xml:space="preserve"> A Psalm of praise. Make a joyful noise unto the LORD, all ye lands.</w:t>
      </w:r>
      <w:r>
        <w:t xml:space="preserve"> </w:t>
      </w:r>
      <w:r>
        <w:rPr>
          <w:rFonts w:ascii="Liberation Sans" w:hAnsi="Liberation Sans" w:eastAsia="Liberation Sans"/>
          <w:b/>
          <w:color w:val="A67833"/>
          <w:sz w:val="15"/>
          <w:vertAlign w:val="superscript"/>
        </w:rPr>
        <w:t>2</w:t>
      </w:r>
      <w:r>
        <w:rPr>
          <w:rFonts w:ascii="Liberation Serif" w:hAnsi="Liberation Serif" w:eastAsia="Liberation Serif"/>
          <w:color w:val="20262E"/>
          <w:sz w:val="18"/>
        </w:rPr>
        <w:t xml:space="preserve"> Serve the LORD with gladness: come before his presence with singing.</w:t>
      </w:r>
      <w:r>
        <w:t xml:space="preserve"> </w:t>
      </w:r>
      <w:r>
        <w:rPr>
          <w:rFonts w:ascii="Liberation Sans" w:hAnsi="Liberation Sans" w:eastAsia="Liberation Sans"/>
          <w:b/>
          <w:color w:val="A67833"/>
          <w:sz w:val="15"/>
          <w:vertAlign w:val="superscript"/>
        </w:rPr>
        <w:t>3</w:t>
      </w:r>
      <w:r>
        <w:rPr>
          <w:rFonts w:ascii="Liberation Serif" w:hAnsi="Liberation Serif" w:eastAsia="Liberation Serif"/>
          <w:color w:val="20262E"/>
          <w:sz w:val="18"/>
        </w:rPr>
        <w:t xml:space="preserve"> Know ye that the LORD he is God: it is he that hath made us, and not we ourselves; we are his people, and the sheep of his pasture.</w:t>
      </w:r>
      <w:r>
        <w:t xml:space="preserve"> </w:t>
      </w:r>
      <w:r>
        <w:rPr>
          <w:rFonts w:ascii="Liberation Sans" w:hAnsi="Liberation Sans" w:eastAsia="Liberation Sans"/>
          <w:b/>
          <w:color w:val="A67833"/>
          <w:sz w:val="15"/>
          <w:vertAlign w:val="superscript"/>
        </w:rPr>
        <w:t>4</w:t>
      </w:r>
      <w:r>
        <w:rPr>
          <w:rFonts w:ascii="Liberation Serif" w:hAnsi="Liberation Serif" w:eastAsia="Liberation Serif"/>
          <w:color w:val="20262E"/>
          <w:sz w:val="18"/>
        </w:rPr>
        <w:t xml:space="preserve"> Enter into his gates with thanksgiving, and into his courts with praise: be thankful unto him, and bless his name.</w:t>
      </w:r>
      <w:r>
        <w:t xml:space="preserve"> </w:t>
      </w:r>
      <w:r>
        <w:rPr>
          <w:rFonts w:ascii="Liberation Sans" w:hAnsi="Liberation Sans" w:eastAsia="Liberation Sans"/>
          <w:b/>
          <w:color w:val="A67833"/>
          <w:sz w:val="15"/>
          <w:vertAlign w:val="superscript"/>
        </w:rPr>
        <w:t>5</w:t>
      </w:r>
      <w:r>
        <w:rPr>
          <w:rFonts w:ascii="Liberation Serif" w:hAnsi="Liberation Serif" w:eastAsia="Liberation Serif"/>
          <w:color w:val="20262E"/>
          <w:sz w:val="18"/>
        </w:rPr>
        <w:t xml:space="preserve"> For the LORD is good; his mercy is everlasting; and his truth endureth to all generations.</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for preparation, corporate prayer, prolonged resistance, guidance, breakthrough, and strengthening ministry teams.</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Pray specifically, give thanks, worship God, fast without display or self-harm, pray in agreement, and remain attentive to Scripture and the Spirit.</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Fasting is voluntary and medically prudent. It is not a payment that forces God or proof that another person lacks faith.</w:t>
      </w:r>
    </w:p>
    <w:p>
      <w:pPr>
        <w:pStyle w:val="ScriptureReference"/>
        <w:keepNext/>
        <w:pBdr>
          <w:bottom w:val="single" w:sz="2" w:space="1" w:color="D5DBE0"/>
        </w:pBdr>
      </w:pPr>
      <w:r>
        <w:t>Psalm 149:1-9</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w:t>
      </w:r>
      <w:r>
        <w:rPr>
          <w:rFonts w:ascii="Liberation Serif" w:hAnsi="Liberation Serif" w:eastAsia="Liberation Serif"/>
          <w:color w:val="20262E"/>
          <w:sz w:val="18"/>
        </w:rPr>
        <w:t xml:space="preserve"> Praise ye the LORD. Sing unto the LORD a new song, and his praise in the congregation of saints.</w:t>
      </w:r>
      <w:r>
        <w:t xml:space="preserve"> </w:t>
      </w:r>
      <w:r>
        <w:rPr>
          <w:rFonts w:ascii="Liberation Sans" w:hAnsi="Liberation Sans" w:eastAsia="Liberation Sans"/>
          <w:b/>
          <w:color w:val="A67833"/>
          <w:sz w:val="15"/>
          <w:vertAlign w:val="superscript"/>
        </w:rPr>
        <w:t>2</w:t>
      </w:r>
      <w:r>
        <w:rPr>
          <w:rFonts w:ascii="Liberation Serif" w:hAnsi="Liberation Serif" w:eastAsia="Liberation Serif"/>
          <w:color w:val="20262E"/>
          <w:sz w:val="18"/>
        </w:rPr>
        <w:t xml:space="preserve"> Let Israel rejoice in him that made him: let the children of Zion be joyful in their King.</w:t>
      </w:r>
      <w:r>
        <w:t xml:space="preserve"> </w:t>
      </w:r>
      <w:r>
        <w:rPr>
          <w:rFonts w:ascii="Liberation Sans" w:hAnsi="Liberation Sans" w:eastAsia="Liberation Sans"/>
          <w:b/>
          <w:color w:val="A67833"/>
          <w:sz w:val="15"/>
          <w:vertAlign w:val="superscript"/>
        </w:rPr>
        <w:t>3</w:t>
      </w:r>
      <w:r>
        <w:rPr>
          <w:rFonts w:ascii="Liberation Serif" w:hAnsi="Liberation Serif" w:eastAsia="Liberation Serif"/>
          <w:color w:val="20262E"/>
          <w:sz w:val="18"/>
        </w:rPr>
        <w:t xml:space="preserve"> Let them praise his name in the dance: let them sing praises unto him with the timbrel and harp.</w:t>
      </w:r>
      <w:r>
        <w:t xml:space="preserve"> </w:t>
      </w:r>
      <w:r>
        <w:rPr>
          <w:rFonts w:ascii="Liberation Sans" w:hAnsi="Liberation Sans" w:eastAsia="Liberation Sans"/>
          <w:b/>
          <w:color w:val="A67833"/>
          <w:sz w:val="15"/>
          <w:vertAlign w:val="superscript"/>
        </w:rPr>
        <w:t>4</w:t>
      </w:r>
      <w:r>
        <w:rPr>
          <w:rFonts w:ascii="Liberation Serif" w:hAnsi="Liberation Serif" w:eastAsia="Liberation Serif"/>
          <w:color w:val="20262E"/>
          <w:sz w:val="18"/>
        </w:rPr>
        <w:t xml:space="preserve"> For the LORD taketh pleasure in his people: he will beautify the meek with salvation.</w:t>
      </w:r>
      <w:r>
        <w:t xml:space="preserve"> </w:t>
      </w:r>
      <w:r>
        <w:rPr>
          <w:rFonts w:ascii="Liberation Sans" w:hAnsi="Liberation Sans" w:eastAsia="Liberation Sans"/>
          <w:b/>
          <w:color w:val="A67833"/>
          <w:sz w:val="15"/>
          <w:vertAlign w:val="superscript"/>
        </w:rPr>
        <w:t>5</w:t>
      </w:r>
      <w:r>
        <w:rPr>
          <w:rFonts w:ascii="Liberation Serif" w:hAnsi="Liberation Serif" w:eastAsia="Liberation Serif"/>
          <w:color w:val="20262E"/>
          <w:sz w:val="18"/>
        </w:rPr>
        <w:t xml:space="preserve"> Let the saints be joyful in glory: let them sing aloud upon their beds.</w:t>
      </w:r>
      <w:r>
        <w:t xml:space="preserve"> </w:t>
      </w:r>
      <w:r>
        <w:rPr>
          <w:rFonts w:ascii="Liberation Sans" w:hAnsi="Liberation Sans" w:eastAsia="Liberation Sans"/>
          <w:b/>
          <w:color w:val="A67833"/>
          <w:sz w:val="15"/>
          <w:vertAlign w:val="superscript"/>
        </w:rPr>
        <w:t>6</w:t>
      </w:r>
      <w:r>
        <w:rPr>
          <w:rFonts w:ascii="Liberation Serif" w:hAnsi="Liberation Serif" w:eastAsia="Liberation Serif"/>
          <w:color w:val="20262E"/>
          <w:sz w:val="18"/>
        </w:rPr>
        <w:t xml:space="preserve"> Let the high praises of God be in their mouth, and a twoedged sword in their hand;</w:t>
      </w:r>
      <w:r>
        <w:t xml:space="preserve"> </w:t>
      </w:r>
      <w:r>
        <w:rPr>
          <w:rFonts w:ascii="Liberation Sans" w:hAnsi="Liberation Sans" w:eastAsia="Liberation Sans"/>
          <w:b/>
          <w:color w:val="A67833"/>
          <w:sz w:val="15"/>
          <w:vertAlign w:val="superscript"/>
        </w:rPr>
        <w:t>7</w:t>
      </w:r>
      <w:r>
        <w:rPr>
          <w:rFonts w:ascii="Liberation Serif" w:hAnsi="Liberation Serif" w:eastAsia="Liberation Serif"/>
          <w:color w:val="20262E"/>
          <w:sz w:val="18"/>
        </w:rPr>
        <w:t xml:space="preserve"> To execute vengeance upon the heathen, and punishments upon the people;</w:t>
      </w:r>
      <w:r>
        <w:t xml:space="preserve"> </w:t>
      </w:r>
      <w:r>
        <w:rPr>
          <w:rFonts w:ascii="Liberation Sans" w:hAnsi="Liberation Sans" w:eastAsia="Liberation Sans"/>
          <w:b/>
          <w:color w:val="A67833"/>
          <w:sz w:val="15"/>
          <w:vertAlign w:val="superscript"/>
        </w:rPr>
        <w:t>8</w:t>
      </w:r>
      <w:r>
        <w:rPr>
          <w:rFonts w:ascii="Liberation Serif" w:hAnsi="Liberation Serif" w:eastAsia="Liberation Serif"/>
          <w:color w:val="20262E"/>
          <w:sz w:val="18"/>
        </w:rPr>
        <w:t xml:space="preserve"> To bind their kings with chains, and their nobles with fetters of iron;</w:t>
      </w:r>
      <w:r>
        <w:t xml:space="preserve"> </w:t>
      </w:r>
      <w:r>
        <w:rPr>
          <w:rFonts w:ascii="Liberation Sans" w:hAnsi="Liberation Sans" w:eastAsia="Liberation Sans"/>
          <w:b/>
          <w:color w:val="A67833"/>
          <w:sz w:val="15"/>
          <w:vertAlign w:val="superscript"/>
        </w:rPr>
        <w:t>9</w:t>
      </w:r>
      <w:r>
        <w:rPr>
          <w:rFonts w:ascii="Liberation Serif" w:hAnsi="Liberation Serif" w:eastAsia="Liberation Serif"/>
          <w:color w:val="20262E"/>
          <w:sz w:val="18"/>
        </w:rPr>
        <w:t xml:space="preserve"> To execute upon them the judgment written: this honour have all his saints. Praise ye the LORD.</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for preparation, corporate prayer, prolonged resistance, guidance, breakthrough, and strengthening ministry teams.</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Pray specifically, give thanks, worship God, fast without display or self-harm, pray in agreement, and remain attentive to Scripture and the Spirit.</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Fasting is voluntary and medically prudent. It is not a payment that forces God or proof that another person lacks faith.</w:t>
      </w:r>
    </w:p>
    <w:p>
      <w:pPr>
        <w:pStyle w:val="ScriptureReference"/>
        <w:keepNext/>
        <w:pBdr>
          <w:bottom w:val="single" w:sz="2" w:space="1" w:color="D5DBE0"/>
        </w:pBdr>
      </w:pPr>
      <w:r>
        <w:t>Isaiah 58:6-12</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6</w:t>
      </w:r>
      <w:r>
        <w:rPr>
          <w:rFonts w:ascii="Liberation Serif" w:hAnsi="Liberation Serif" w:eastAsia="Liberation Serif"/>
          <w:color w:val="20262E"/>
          <w:sz w:val="18"/>
        </w:rPr>
        <w:t xml:space="preserve"> Is not this the fast that I have chosen? to loose the bands of wickedness, to undo the heavy burdens, and to let the oppressed go free, and that ye break every yoke?</w:t>
      </w:r>
      <w:r>
        <w:t xml:space="preserve"> </w:t>
      </w:r>
      <w:r>
        <w:rPr>
          <w:rFonts w:ascii="Liberation Sans" w:hAnsi="Liberation Sans" w:eastAsia="Liberation Sans"/>
          <w:b/>
          <w:color w:val="A67833"/>
          <w:sz w:val="15"/>
          <w:vertAlign w:val="superscript"/>
        </w:rPr>
        <w:t>7</w:t>
      </w:r>
      <w:r>
        <w:rPr>
          <w:rFonts w:ascii="Liberation Serif" w:hAnsi="Liberation Serif" w:eastAsia="Liberation Serif"/>
          <w:color w:val="20262E"/>
          <w:sz w:val="18"/>
        </w:rPr>
        <w:t xml:space="preserve"> Is it not to deal thy bread to the hungry, and that thou bring the poor that are cast out to thy house? when thou seest the naked, that thou cover him; and that thou hide not thyself from thine own flesh?</w:t>
      </w:r>
      <w:r>
        <w:t xml:space="preserve"> </w:t>
      </w:r>
      <w:r>
        <w:rPr>
          <w:rFonts w:ascii="Liberation Sans" w:hAnsi="Liberation Sans" w:eastAsia="Liberation Sans"/>
          <w:b/>
          <w:color w:val="A67833"/>
          <w:sz w:val="15"/>
          <w:vertAlign w:val="superscript"/>
        </w:rPr>
        <w:t>8</w:t>
      </w:r>
      <w:r>
        <w:rPr>
          <w:rFonts w:ascii="Liberation Serif" w:hAnsi="Liberation Serif" w:eastAsia="Liberation Serif"/>
          <w:color w:val="20262E"/>
          <w:sz w:val="18"/>
        </w:rPr>
        <w:t xml:space="preserve"> Then shall thy light break forth as the morning, and thine health shall spring forth speedily: and thy righteousness shall go before thee; the glory of the LORD shall be thy rereward.</w:t>
      </w:r>
      <w:r>
        <w:t xml:space="preserve"> </w:t>
      </w:r>
      <w:r>
        <w:rPr>
          <w:rFonts w:ascii="Liberation Sans" w:hAnsi="Liberation Sans" w:eastAsia="Liberation Sans"/>
          <w:b/>
          <w:color w:val="A67833"/>
          <w:sz w:val="15"/>
          <w:vertAlign w:val="superscript"/>
        </w:rPr>
        <w:t>9</w:t>
      </w:r>
      <w:r>
        <w:rPr>
          <w:rFonts w:ascii="Liberation Serif" w:hAnsi="Liberation Serif" w:eastAsia="Liberation Serif"/>
          <w:color w:val="20262E"/>
          <w:sz w:val="18"/>
        </w:rPr>
        <w:t xml:space="preserve"> Then shalt thou call, and the LORD shall answer; thou shalt cry, and he shall say, Here I am. If thou take away from the midst of thee the yoke, the putting forth of the finger, and speaking vanity;</w:t>
      </w:r>
      <w:r>
        <w:t xml:space="preserve"> </w:t>
      </w:r>
      <w:r>
        <w:rPr>
          <w:rFonts w:ascii="Liberation Sans" w:hAnsi="Liberation Sans" w:eastAsia="Liberation Sans"/>
          <w:b/>
          <w:color w:val="A67833"/>
          <w:sz w:val="15"/>
          <w:vertAlign w:val="superscript"/>
        </w:rPr>
        <w:t>10</w:t>
      </w:r>
      <w:r>
        <w:rPr>
          <w:rFonts w:ascii="Liberation Serif" w:hAnsi="Liberation Serif" w:eastAsia="Liberation Serif"/>
          <w:color w:val="20262E"/>
          <w:sz w:val="18"/>
        </w:rPr>
        <w:t xml:space="preserve"> And if thou draw out thy soul to the hungry, and satisfy the afflicted soul; then shall thy light rise in obscurity, and thy darkness be as the noonday:</w:t>
      </w:r>
      <w:r>
        <w:t xml:space="preserve"> </w:t>
      </w:r>
      <w:r>
        <w:rPr>
          <w:rFonts w:ascii="Liberation Sans" w:hAnsi="Liberation Sans" w:eastAsia="Liberation Sans"/>
          <w:b/>
          <w:color w:val="A67833"/>
          <w:sz w:val="15"/>
          <w:vertAlign w:val="superscript"/>
        </w:rPr>
        <w:t>11</w:t>
      </w:r>
      <w:r>
        <w:rPr>
          <w:rFonts w:ascii="Liberation Serif" w:hAnsi="Liberation Serif" w:eastAsia="Liberation Serif"/>
          <w:color w:val="20262E"/>
          <w:sz w:val="18"/>
        </w:rPr>
        <w:t xml:space="preserve"> And the LORD shall guide thee continually, and satisfy thy soul in drought, and make fat thy bones: and thou shalt be like a watered garden, and like a spring of water, whose waters fail not.</w:t>
      </w:r>
      <w:r>
        <w:t xml:space="preserve"> </w:t>
      </w:r>
      <w:r>
        <w:rPr>
          <w:rFonts w:ascii="Liberation Sans" w:hAnsi="Liberation Sans" w:eastAsia="Liberation Sans"/>
          <w:b/>
          <w:color w:val="A67833"/>
          <w:sz w:val="15"/>
          <w:vertAlign w:val="superscript"/>
        </w:rPr>
        <w:t>12</w:t>
      </w:r>
      <w:r>
        <w:rPr>
          <w:rFonts w:ascii="Liberation Serif" w:hAnsi="Liberation Serif" w:eastAsia="Liberation Serif"/>
          <w:color w:val="20262E"/>
          <w:sz w:val="18"/>
        </w:rPr>
        <w:t xml:space="preserve"> And they that shall be of thee shall build the old waste places: thou shalt raise up the foundations of many generations; and thou shalt be called, The repairer of the breach, The restorer of paths to dwell in.</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for preparation, corporate prayer, prolonged resistance, guidance, breakthrough, and strengthening ministry teams.</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Pray specifically, give thanks, worship God, fast without display or self-harm, pray in agreement, and remain attentive to Scripture and the Spirit.</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Fasting is voluntary and medically prudent. It is not a payment that forces God or proof that another person lacks faith.</w:t>
      </w:r>
    </w:p>
    <w:p>
      <w:pPr>
        <w:pStyle w:val="ScriptureReference"/>
        <w:keepNext/>
        <w:pBdr>
          <w:bottom w:val="single" w:sz="2" w:space="1" w:color="D5DBE0"/>
        </w:pBdr>
      </w:pPr>
      <w:r>
        <w:t>Matthew 6:5-18</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5</w:t>
      </w:r>
      <w:r>
        <w:rPr>
          <w:rFonts w:ascii="Liberation Serif" w:hAnsi="Liberation Serif" w:eastAsia="Liberation Serif"/>
          <w:color w:val="20262E"/>
          <w:sz w:val="18"/>
        </w:rPr>
        <w:t xml:space="preserve"> And when thou prayest, thou shalt not be as the hypocrites are: for they love to pray standing in the synagogues and in the corners of the streets, that they may be seen of men. Verily I say unto you, They have their reward.</w:t>
      </w:r>
      <w:r>
        <w:t xml:space="preserve"> </w:t>
      </w:r>
      <w:r>
        <w:rPr>
          <w:rFonts w:ascii="Liberation Sans" w:hAnsi="Liberation Sans" w:eastAsia="Liberation Sans"/>
          <w:b/>
          <w:color w:val="A67833"/>
          <w:sz w:val="15"/>
          <w:vertAlign w:val="superscript"/>
        </w:rPr>
        <w:t>6</w:t>
      </w:r>
      <w:r>
        <w:rPr>
          <w:rFonts w:ascii="Liberation Serif" w:hAnsi="Liberation Serif" w:eastAsia="Liberation Serif"/>
          <w:color w:val="20262E"/>
          <w:sz w:val="18"/>
        </w:rPr>
        <w:t xml:space="preserve"> But thou, when thou prayest, enter into thy closet, and when thou hast shut thy door, pray to thy Father which is in secret; and thy Father which seeth in secret shall reward thee openly.</w:t>
      </w:r>
      <w:r>
        <w:t xml:space="preserve"> </w:t>
      </w:r>
      <w:r>
        <w:rPr>
          <w:rFonts w:ascii="Liberation Sans" w:hAnsi="Liberation Sans" w:eastAsia="Liberation Sans"/>
          <w:b/>
          <w:color w:val="A67833"/>
          <w:sz w:val="15"/>
          <w:vertAlign w:val="superscript"/>
        </w:rPr>
        <w:t>7</w:t>
      </w:r>
      <w:r>
        <w:rPr>
          <w:rFonts w:ascii="Liberation Serif" w:hAnsi="Liberation Serif" w:eastAsia="Liberation Serif"/>
          <w:color w:val="20262E"/>
          <w:sz w:val="18"/>
        </w:rPr>
        <w:t xml:space="preserve"> But when ye pray, use not vain repetitions, as the heathen do: for they think that they shall be heard for their much speaking.</w:t>
      </w:r>
      <w:r>
        <w:t xml:space="preserve"> </w:t>
      </w:r>
      <w:r>
        <w:rPr>
          <w:rFonts w:ascii="Liberation Sans" w:hAnsi="Liberation Sans" w:eastAsia="Liberation Sans"/>
          <w:b/>
          <w:color w:val="A67833"/>
          <w:sz w:val="15"/>
          <w:vertAlign w:val="superscript"/>
        </w:rPr>
        <w:t>8</w:t>
      </w:r>
      <w:r>
        <w:rPr>
          <w:rFonts w:ascii="Liberation Serif" w:hAnsi="Liberation Serif" w:eastAsia="Liberation Serif"/>
          <w:color w:val="20262E"/>
          <w:sz w:val="18"/>
        </w:rPr>
        <w:t xml:space="preserve"> Be not ye therefore like unto them: for your Father knoweth what things ye have need of, before ye ask him.</w:t>
      </w:r>
      <w:r>
        <w:t xml:space="preserve"> </w:t>
      </w:r>
      <w:r>
        <w:rPr>
          <w:rFonts w:ascii="Liberation Sans" w:hAnsi="Liberation Sans" w:eastAsia="Liberation Sans"/>
          <w:b/>
          <w:color w:val="A67833"/>
          <w:sz w:val="15"/>
          <w:vertAlign w:val="superscript"/>
        </w:rPr>
        <w:t>9</w:t>
      </w:r>
      <w:r>
        <w:rPr>
          <w:rFonts w:ascii="Liberation Serif" w:hAnsi="Liberation Serif" w:eastAsia="Liberation Serif"/>
          <w:color w:val="20262E"/>
          <w:sz w:val="18"/>
        </w:rPr>
        <w:t xml:space="preserve"> After this manner therefore pray ye: Our Father which art in heaven, Hallowed be thy name.</w:t>
      </w:r>
      <w:r>
        <w:t xml:space="preserve"> </w:t>
      </w:r>
      <w:r>
        <w:rPr>
          <w:rFonts w:ascii="Liberation Sans" w:hAnsi="Liberation Sans" w:eastAsia="Liberation Sans"/>
          <w:b/>
          <w:color w:val="A67833"/>
          <w:sz w:val="15"/>
          <w:vertAlign w:val="superscript"/>
        </w:rPr>
        <w:t>10</w:t>
      </w:r>
      <w:r>
        <w:rPr>
          <w:rFonts w:ascii="Liberation Serif" w:hAnsi="Liberation Serif" w:eastAsia="Liberation Serif"/>
          <w:color w:val="20262E"/>
          <w:sz w:val="18"/>
        </w:rPr>
        <w:t xml:space="preserve"> Thy kingdom come. Thy will be done in earth, as it is in heaven.</w:t>
      </w:r>
      <w:r>
        <w:t xml:space="preserve"> </w:t>
      </w:r>
      <w:r>
        <w:rPr>
          <w:rFonts w:ascii="Liberation Sans" w:hAnsi="Liberation Sans" w:eastAsia="Liberation Sans"/>
          <w:b/>
          <w:color w:val="A67833"/>
          <w:sz w:val="15"/>
          <w:vertAlign w:val="superscript"/>
        </w:rPr>
        <w:t>11</w:t>
      </w:r>
      <w:r>
        <w:rPr>
          <w:rFonts w:ascii="Liberation Serif" w:hAnsi="Liberation Serif" w:eastAsia="Liberation Serif"/>
          <w:color w:val="20262E"/>
          <w:sz w:val="18"/>
        </w:rPr>
        <w:t xml:space="preserve"> Give us this day our daily bread.</w:t>
      </w:r>
      <w:r>
        <w:t xml:space="preserve"> </w:t>
      </w:r>
      <w:r>
        <w:rPr>
          <w:rFonts w:ascii="Liberation Sans" w:hAnsi="Liberation Sans" w:eastAsia="Liberation Sans"/>
          <w:b/>
          <w:color w:val="A67833"/>
          <w:sz w:val="15"/>
          <w:vertAlign w:val="superscript"/>
        </w:rPr>
        <w:t>12</w:t>
      </w:r>
      <w:r>
        <w:rPr>
          <w:rFonts w:ascii="Liberation Serif" w:hAnsi="Liberation Serif" w:eastAsia="Liberation Serif"/>
          <w:color w:val="20262E"/>
          <w:sz w:val="18"/>
        </w:rPr>
        <w:t xml:space="preserve"> And forgive us our debts, as we forgive our debtors.</w:t>
      </w:r>
      <w:r>
        <w:t xml:space="preserve"> </w:t>
      </w:r>
      <w:r>
        <w:rPr>
          <w:rFonts w:ascii="Liberation Sans" w:hAnsi="Liberation Sans" w:eastAsia="Liberation Sans"/>
          <w:b/>
          <w:color w:val="A67833"/>
          <w:sz w:val="15"/>
          <w:vertAlign w:val="superscript"/>
        </w:rPr>
        <w:t>13</w:t>
      </w:r>
      <w:r>
        <w:rPr>
          <w:rFonts w:ascii="Liberation Serif" w:hAnsi="Liberation Serif" w:eastAsia="Liberation Serif"/>
          <w:color w:val="20262E"/>
          <w:sz w:val="18"/>
        </w:rPr>
        <w:t xml:space="preserve"> And lead us not into temptation, but deliver us from evil: For thine is the kingdom, and the power, and the glory, for ever. Amen.</w:t>
      </w:r>
      <w:r>
        <w:t xml:space="preserve"> </w:t>
      </w:r>
      <w:r>
        <w:rPr>
          <w:rFonts w:ascii="Liberation Sans" w:hAnsi="Liberation Sans" w:eastAsia="Liberation Sans"/>
          <w:b/>
          <w:color w:val="A67833"/>
          <w:sz w:val="15"/>
          <w:vertAlign w:val="superscript"/>
        </w:rPr>
        <w:t>14</w:t>
      </w:r>
      <w:r>
        <w:rPr>
          <w:rFonts w:ascii="Liberation Serif" w:hAnsi="Liberation Serif" w:eastAsia="Liberation Serif"/>
          <w:color w:val="20262E"/>
          <w:sz w:val="18"/>
        </w:rPr>
        <w:t xml:space="preserve"> For if ye forgive men their trespasses, your heavenly Father will also forgive you:</w:t>
      </w:r>
      <w:r>
        <w:t xml:space="preserve"> </w:t>
      </w:r>
      <w:r>
        <w:rPr>
          <w:rFonts w:ascii="Liberation Sans" w:hAnsi="Liberation Sans" w:eastAsia="Liberation Sans"/>
          <w:b/>
          <w:color w:val="A67833"/>
          <w:sz w:val="15"/>
          <w:vertAlign w:val="superscript"/>
        </w:rPr>
        <w:t>15</w:t>
      </w:r>
      <w:r>
        <w:rPr>
          <w:rFonts w:ascii="Liberation Serif" w:hAnsi="Liberation Serif" w:eastAsia="Liberation Serif"/>
          <w:color w:val="20262E"/>
          <w:sz w:val="18"/>
        </w:rPr>
        <w:t xml:space="preserve"> But if ye forgive not men their trespasses, neither will your Father forgive your trespasses.</w:t>
      </w:r>
      <w:r>
        <w:t xml:space="preserve"> </w:t>
      </w:r>
      <w:r>
        <w:rPr>
          <w:rFonts w:ascii="Liberation Sans" w:hAnsi="Liberation Sans" w:eastAsia="Liberation Sans"/>
          <w:b/>
          <w:color w:val="A67833"/>
          <w:sz w:val="15"/>
          <w:vertAlign w:val="superscript"/>
        </w:rPr>
        <w:t>16</w:t>
      </w:r>
      <w:r>
        <w:rPr>
          <w:rFonts w:ascii="Liberation Serif" w:hAnsi="Liberation Serif" w:eastAsia="Liberation Serif"/>
          <w:color w:val="20262E"/>
          <w:sz w:val="18"/>
        </w:rPr>
        <w:t xml:space="preserve"> Moreover when ye fast, be not, as the hypocrites, of a sad countenance: for they disfigure their faces, that they may appear unto men to fast. Verily I say unto you, They have their reward.</w:t>
      </w:r>
      <w:r>
        <w:t xml:space="preserve"> </w:t>
      </w:r>
      <w:r>
        <w:rPr>
          <w:rFonts w:ascii="Liberation Sans" w:hAnsi="Liberation Sans" w:eastAsia="Liberation Sans"/>
          <w:b/>
          <w:color w:val="A67833"/>
          <w:sz w:val="15"/>
          <w:vertAlign w:val="superscript"/>
        </w:rPr>
        <w:t>17</w:t>
      </w:r>
      <w:r>
        <w:rPr>
          <w:rFonts w:ascii="Liberation Serif" w:hAnsi="Liberation Serif" w:eastAsia="Liberation Serif"/>
          <w:color w:val="20262E"/>
          <w:sz w:val="18"/>
        </w:rPr>
        <w:t xml:space="preserve"> But thou, when thou fastest, anoint thine head, and wash thy face;</w:t>
      </w:r>
      <w:r>
        <w:t xml:space="preserve"> </w:t>
      </w:r>
      <w:r>
        <w:rPr>
          <w:rFonts w:ascii="Liberation Sans" w:hAnsi="Liberation Sans" w:eastAsia="Liberation Sans"/>
          <w:b/>
          <w:color w:val="A67833"/>
          <w:sz w:val="15"/>
          <w:vertAlign w:val="superscript"/>
        </w:rPr>
        <w:t>18</w:t>
      </w:r>
      <w:r>
        <w:rPr>
          <w:rFonts w:ascii="Liberation Serif" w:hAnsi="Liberation Serif" w:eastAsia="Liberation Serif"/>
          <w:color w:val="20262E"/>
          <w:sz w:val="18"/>
        </w:rPr>
        <w:t xml:space="preserve"> That thou appear not unto men to fast, but unto thy Father which is in secret: and thy Father, which seeth in secret, shall reward thee openly.</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for preparation, corporate prayer, prolonged resistance, guidance, breakthrough, and strengthening ministry teams.</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Pray specifically, give thanks, worship God, fast without display or self-harm, pray in agreement, and remain attentive to Scripture and the Spirit.</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Fasting is voluntary and medically prudent. It is not a payment that forces God or proof that another person lacks faith.</w:t>
      </w:r>
    </w:p>
    <w:p>
      <w:pPr>
        <w:pStyle w:val="ScriptureReference"/>
        <w:keepNext/>
        <w:pBdr>
          <w:bottom w:val="single" w:sz="2" w:space="1" w:color="D5DBE0"/>
        </w:pBdr>
      </w:pPr>
      <w:r>
        <w:t>Luke 18:1-8</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w:t>
      </w:r>
      <w:r>
        <w:rPr>
          <w:rFonts w:ascii="Liberation Serif" w:hAnsi="Liberation Serif" w:eastAsia="Liberation Serif"/>
          <w:color w:val="20262E"/>
          <w:sz w:val="18"/>
        </w:rPr>
        <w:t xml:space="preserve"> And he spake a parable unto them to this end, that men ought always to pray, and not to faint;</w:t>
      </w:r>
      <w:r>
        <w:t xml:space="preserve"> </w:t>
      </w:r>
      <w:r>
        <w:rPr>
          <w:rFonts w:ascii="Liberation Sans" w:hAnsi="Liberation Sans" w:eastAsia="Liberation Sans"/>
          <w:b/>
          <w:color w:val="A67833"/>
          <w:sz w:val="15"/>
          <w:vertAlign w:val="superscript"/>
        </w:rPr>
        <w:t>2</w:t>
      </w:r>
      <w:r>
        <w:rPr>
          <w:rFonts w:ascii="Liberation Serif" w:hAnsi="Liberation Serif" w:eastAsia="Liberation Serif"/>
          <w:color w:val="20262E"/>
          <w:sz w:val="18"/>
        </w:rPr>
        <w:t xml:space="preserve"> Saying, There was in a city a judge, which feared not God, neither regarded man:</w:t>
      </w:r>
      <w:r>
        <w:t xml:space="preserve"> </w:t>
      </w:r>
      <w:r>
        <w:rPr>
          <w:rFonts w:ascii="Liberation Sans" w:hAnsi="Liberation Sans" w:eastAsia="Liberation Sans"/>
          <w:b/>
          <w:color w:val="A67833"/>
          <w:sz w:val="15"/>
          <w:vertAlign w:val="superscript"/>
        </w:rPr>
        <w:t>3</w:t>
      </w:r>
      <w:r>
        <w:rPr>
          <w:rFonts w:ascii="Liberation Serif" w:hAnsi="Liberation Serif" w:eastAsia="Liberation Serif"/>
          <w:color w:val="20262E"/>
          <w:sz w:val="18"/>
        </w:rPr>
        <w:t xml:space="preserve"> And there was a widow in that city; and she came unto him, saying, Avenge me of mine adversary.</w:t>
      </w:r>
      <w:r>
        <w:t xml:space="preserve"> </w:t>
      </w:r>
      <w:r>
        <w:rPr>
          <w:rFonts w:ascii="Liberation Sans" w:hAnsi="Liberation Sans" w:eastAsia="Liberation Sans"/>
          <w:b/>
          <w:color w:val="A67833"/>
          <w:sz w:val="15"/>
          <w:vertAlign w:val="superscript"/>
        </w:rPr>
        <w:t>4</w:t>
      </w:r>
      <w:r>
        <w:rPr>
          <w:rFonts w:ascii="Liberation Serif" w:hAnsi="Liberation Serif" w:eastAsia="Liberation Serif"/>
          <w:color w:val="20262E"/>
          <w:sz w:val="18"/>
        </w:rPr>
        <w:t xml:space="preserve"> And he would not for a while: but afterward he said within himself, Though I fear not God, nor regard man;</w:t>
      </w:r>
      <w:r>
        <w:t xml:space="preserve"> </w:t>
      </w:r>
      <w:r>
        <w:rPr>
          <w:rFonts w:ascii="Liberation Sans" w:hAnsi="Liberation Sans" w:eastAsia="Liberation Sans"/>
          <w:b/>
          <w:color w:val="A67833"/>
          <w:sz w:val="15"/>
          <w:vertAlign w:val="superscript"/>
        </w:rPr>
        <w:t>5</w:t>
      </w:r>
      <w:r>
        <w:rPr>
          <w:rFonts w:ascii="Liberation Serif" w:hAnsi="Liberation Serif" w:eastAsia="Liberation Serif"/>
          <w:color w:val="20262E"/>
          <w:sz w:val="18"/>
        </w:rPr>
        <w:t xml:space="preserve"> Yet because this widow troubleth me, I will avenge her, lest by her continual coming she weary me.</w:t>
      </w:r>
      <w:r>
        <w:t xml:space="preserve"> </w:t>
      </w:r>
      <w:r>
        <w:rPr>
          <w:rFonts w:ascii="Liberation Sans" w:hAnsi="Liberation Sans" w:eastAsia="Liberation Sans"/>
          <w:b/>
          <w:color w:val="A67833"/>
          <w:sz w:val="15"/>
          <w:vertAlign w:val="superscript"/>
        </w:rPr>
        <w:t>6</w:t>
      </w:r>
      <w:r>
        <w:rPr>
          <w:rFonts w:ascii="Liberation Serif" w:hAnsi="Liberation Serif" w:eastAsia="Liberation Serif"/>
          <w:color w:val="20262E"/>
          <w:sz w:val="18"/>
        </w:rPr>
        <w:t xml:space="preserve"> And the Lord said, Hear what the unjust judge saith.</w:t>
      </w:r>
      <w:r>
        <w:t xml:space="preserve"> </w:t>
      </w:r>
      <w:r>
        <w:rPr>
          <w:rFonts w:ascii="Liberation Sans" w:hAnsi="Liberation Sans" w:eastAsia="Liberation Sans"/>
          <w:b/>
          <w:color w:val="A67833"/>
          <w:sz w:val="15"/>
          <w:vertAlign w:val="superscript"/>
        </w:rPr>
        <w:t>7</w:t>
      </w:r>
      <w:r>
        <w:rPr>
          <w:rFonts w:ascii="Liberation Serif" w:hAnsi="Liberation Serif" w:eastAsia="Liberation Serif"/>
          <w:color w:val="20262E"/>
          <w:sz w:val="18"/>
        </w:rPr>
        <w:t xml:space="preserve"> And shall not God avenge his own elect, which cry day and night unto him, though he bear long with them?</w:t>
      </w:r>
      <w:r>
        <w:t xml:space="preserve"> </w:t>
      </w:r>
      <w:r>
        <w:rPr>
          <w:rFonts w:ascii="Liberation Sans" w:hAnsi="Liberation Sans" w:eastAsia="Liberation Sans"/>
          <w:b/>
          <w:color w:val="A67833"/>
          <w:sz w:val="15"/>
          <w:vertAlign w:val="superscript"/>
        </w:rPr>
        <w:t>8</w:t>
      </w:r>
      <w:r>
        <w:rPr>
          <w:rFonts w:ascii="Liberation Serif" w:hAnsi="Liberation Serif" w:eastAsia="Liberation Serif"/>
          <w:color w:val="20262E"/>
          <w:sz w:val="18"/>
        </w:rPr>
        <w:t xml:space="preserve"> I tell you that he will avenge them speedily. Nevertheless when the Son of man cometh, shall he find faith on the earth?</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for preparation, corporate prayer, prolonged resistance, guidance, breakthrough, and strengthening ministry teams.</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Pray specifically, give thanks, worship God, fast without display or self-harm, pray in agreement, and remain attentive to Scripture and the Spirit.</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Fasting is voluntary and medically prudent. It is not a payment that forces God or proof that another person lacks faith.</w:t>
      </w:r>
    </w:p>
    <w:p>
      <w:pPr>
        <w:pStyle w:val="ScriptureReference"/>
        <w:keepNext/>
        <w:pBdr>
          <w:bottom w:val="single" w:sz="2" w:space="1" w:color="D5DBE0"/>
        </w:pBdr>
      </w:pPr>
      <w:r>
        <w:t>Acts 4:23-31</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23</w:t>
      </w:r>
      <w:r>
        <w:rPr>
          <w:rFonts w:ascii="Liberation Serif" w:hAnsi="Liberation Serif" w:eastAsia="Liberation Serif"/>
          <w:color w:val="20262E"/>
          <w:sz w:val="18"/>
        </w:rPr>
        <w:t xml:space="preserve"> And being let go, they went to their own company, and reported all that the chief priests and elders had said unto them.</w:t>
      </w:r>
      <w:r>
        <w:t xml:space="preserve"> </w:t>
      </w:r>
      <w:r>
        <w:rPr>
          <w:rFonts w:ascii="Liberation Sans" w:hAnsi="Liberation Sans" w:eastAsia="Liberation Sans"/>
          <w:b/>
          <w:color w:val="A67833"/>
          <w:sz w:val="15"/>
          <w:vertAlign w:val="superscript"/>
        </w:rPr>
        <w:t>24</w:t>
      </w:r>
      <w:r>
        <w:rPr>
          <w:rFonts w:ascii="Liberation Serif" w:hAnsi="Liberation Serif" w:eastAsia="Liberation Serif"/>
          <w:color w:val="20262E"/>
          <w:sz w:val="18"/>
        </w:rPr>
        <w:t xml:space="preserve"> And when they heard that, they lifted up their voice to God with one accord, and said, Lord, thou art God, which hast made heaven, and earth, and the sea, and all that in them is:</w:t>
      </w:r>
      <w:r>
        <w:t xml:space="preserve"> </w:t>
      </w:r>
      <w:r>
        <w:rPr>
          <w:rFonts w:ascii="Liberation Sans" w:hAnsi="Liberation Sans" w:eastAsia="Liberation Sans"/>
          <w:b/>
          <w:color w:val="A67833"/>
          <w:sz w:val="15"/>
          <w:vertAlign w:val="superscript"/>
        </w:rPr>
        <w:t>25</w:t>
      </w:r>
      <w:r>
        <w:rPr>
          <w:rFonts w:ascii="Liberation Serif" w:hAnsi="Liberation Serif" w:eastAsia="Liberation Serif"/>
          <w:color w:val="20262E"/>
          <w:sz w:val="18"/>
        </w:rPr>
        <w:t xml:space="preserve"> Who by the mouth of thy servant David hast said, Why did the heathen rage, and the people imagine vain things?</w:t>
      </w:r>
      <w:r>
        <w:t xml:space="preserve"> </w:t>
      </w:r>
      <w:r>
        <w:rPr>
          <w:rFonts w:ascii="Liberation Sans" w:hAnsi="Liberation Sans" w:eastAsia="Liberation Sans"/>
          <w:b/>
          <w:color w:val="A67833"/>
          <w:sz w:val="15"/>
          <w:vertAlign w:val="superscript"/>
        </w:rPr>
        <w:t>26</w:t>
      </w:r>
      <w:r>
        <w:rPr>
          <w:rFonts w:ascii="Liberation Serif" w:hAnsi="Liberation Serif" w:eastAsia="Liberation Serif"/>
          <w:color w:val="20262E"/>
          <w:sz w:val="18"/>
        </w:rPr>
        <w:t xml:space="preserve"> The kings of the earth stood up, and the rulers were gathered together against the Lord, and against his Christ.</w:t>
      </w:r>
      <w:r>
        <w:t xml:space="preserve"> </w:t>
      </w:r>
      <w:r>
        <w:rPr>
          <w:rFonts w:ascii="Liberation Sans" w:hAnsi="Liberation Sans" w:eastAsia="Liberation Sans"/>
          <w:b/>
          <w:color w:val="A67833"/>
          <w:sz w:val="15"/>
          <w:vertAlign w:val="superscript"/>
        </w:rPr>
        <w:t>27</w:t>
      </w:r>
      <w:r>
        <w:rPr>
          <w:rFonts w:ascii="Liberation Serif" w:hAnsi="Liberation Serif" w:eastAsia="Liberation Serif"/>
          <w:color w:val="20262E"/>
          <w:sz w:val="18"/>
        </w:rPr>
        <w:t xml:space="preserve"> For of a truth against thy holy child Jesus, whom thou hast anointed, both Herod, and Pontius Pilate, with the Gentiles, and the people of Israel, were gathered together,</w:t>
      </w:r>
      <w:r>
        <w:t xml:space="preserve"> </w:t>
      </w:r>
      <w:r>
        <w:rPr>
          <w:rFonts w:ascii="Liberation Sans" w:hAnsi="Liberation Sans" w:eastAsia="Liberation Sans"/>
          <w:b/>
          <w:color w:val="A67833"/>
          <w:sz w:val="15"/>
          <w:vertAlign w:val="superscript"/>
        </w:rPr>
        <w:t>28</w:t>
      </w:r>
      <w:r>
        <w:rPr>
          <w:rFonts w:ascii="Liberation Serif" w:hAnsi="Liberation Serif" w:eastAsia="Liberation Serif"/>
          <w:color w:val="20262E"/>
          <w:sz w:val="18"/>
        </w:rPr>
        <w:t xml:space="preserve"> For to do whatsoever thy hand and thy counsel determined before to be done.</w:t>
      </w:r>
      <w:r>
        <w:t xml:space="preserve"> </w:t>
      </w:r>
      <w:r>
        <w:rPr>
          <w:rFonts w:ascii="Liberation Sans" w:hAnsi="Liberation Sans" w:eastAsia="Liberation Sans"/>
          <w:b/>
          <w:color w:val="A67833"/>
          <w:sz w:val="15"/>
          <w:vertAlign w:val="superscript"/>
        </w:rPr>
        <w:t>29</w:t>
      </w:r>
      <w:r>
        <w:rPr>
          <w:rFonts w:ascii="Liberation Serif" w:hAnsi="Liberation Serif" w:eastAsia="Liberation Serif"/>
          <w:color w:val="20262E"/>
          <w:sz w:val="18"/>
        </w:rPr>
        <w:t xml:space="preserve"> And now, Lord, behold their threatenings: and grant unto thy servants, that with all boldness they may speak thy word,</w:t>
      </w:r>
      <w:r>
        <w:t xml:space="preserve"> </w:t>
      </w:r>
      <w:r>
        <w:rPr>
          <w:rFonts w:ascii="Liberation Sans" w:hAnsi="Liberation Sans" w:eastAsia="Liberation Sans"/>
          <w:b/>
          <w:color w:val="A67833"/>
          <w:sz w:val="15"/>
          <w:vertAlign w:val="superscript"/>
        </w:rPr>
        <w:t>30</w:t>
      </w:r>
      <w:r>
        <w:rPr>
          <w:rFonts w:ascii="Liberation Serif" w:hAnsi="Liberation Serif" w:eastAsia="Liberation Serif"/>
          <w:color w:val="20262E"/>
          <w:sz w:val="18"/>
        </w:rPr>
        <w:t xml:space="preserve"> By stretching forth thine hand to heal; and that signs and wonders may be done by the name of thy holy child Jesus.</w:t>
      </w:r>
      <w:r>
        <w:t xml:space="preserve"> </w:t>
      </w:r>
      <w:r>
        <w:rPr>
          <w:rFonts w:ascii="Liberation Sans" w:hAnsi="Liberation Sans" w:eastAsia="Liberation Sans"/>
          <w:b/>
          <w:color w:val="A67833"/>
          <w:sz w:val="15"/>
          <w:vertAlign w:val="superscript"/>
        </w:rPr>
        <w:t>31</w:t>
      </w:r>
      <w:r>
        <w:rPr>
          <w:rFonts w:ascii="Liberation Serif" w:hAnsi="Liberation Serif" w:eastAsia="Liberation Serif"/>
          <w:color w:val="20262E"/>
          <w:sz w:val="18"/>
        </w:rPr>
        <w:t xml:space="preserve"> And when they had prayed, the place was shaken where they were assembled together; and they were all filled with the Holy Ghost, and they spake the word of God with boldness.</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for preparation, corporate prayer, prolonged resistance, guidance, breakthrough, and strengthening ministry teams.</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Pray specifically, give thanks, worship God, fast without display or self-harm, pray in agreement, and remain attentive to Scripture and the Spirit.</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Fasting is voluntary and medically prudent. It is not a payment that forces God or proof that another person lacks faith.</w:t>
      </w:r>
    </w:p>
    <w:p>
      <w:pPr>
        <w:pStyle w:val="ScriptureReference"/>
        <w:keepNext/>
        <w:pBdr>
          <w:bottom w:val="single" w:sz="2" w:space="1" w:color="D5DBE0"/>
        </w:pBdr>
      </w:pPr>
      <w:r>
        <w:t>Acts 12:5-17</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5</w:t>
      </w:r>
      <w:r>
        <w:rPr>
          <w:rFonts w:ascii="Liberation Serif" w:hAnsi="Liberation Serif" w:eastAsia="Liberation Serif"/>
          <w:color w:val="20262E"/>
          <w:sz w:val="18"/>
        </w:rPr>
        <w:t xml:space="preserve"> Peter therefore was kept in prison: but prayer was made without ceasing of the church unto God for him.</w:t>
      </w:r>
      <w:r>
        <w:t xml:space="preserve"> </w:t>
      </w:r>
      <w:r>
        <w:rPr>
          <w:rFonts w:ascii="Liberation Sans" w:hAnsi="Liberation Sans" w:eastAsia="Liberation Sans"/>
          <w:b/>
          <w:color w:val="A67833"/>
          <w:sz w:val="15"/>
          <w:vertAlign w:val="superscript"/>
        </w:rPr>
        <w:t>6</w:t>
      </w:r>
      <w:r>
        <w:rPr>
          <w:rFonts w:ascii="Liberation Serif" w:hAnsi="Liberation Serif" w:eastAsia="Liberation Serif"/>
          <w:color w:val="20262E"/>
          <w:sz w:val="18"/>
        </w:rPr>
        <w:t xml:space="preserve"> And when Herod would have brought him forth, the same night Peter was sleeping between two soldiers, bound with two chains: and the keepers before the door kept the prison.</w:t>
      </w:r>
      <w:r>
        <w:t xml:space="preserve"> </w:t>
      </w:r>
      <w:r>
        <w:rPr>
          <w:rFonts w:ascii="Liberation Sans" w:hAnsi="Liberation Sans" w:eastAsia="Liberation Sans"/>
          <w:b/>
          <w:color w:val="A67833"/>
          <w:sz w:val="15"/>
          <w:vertAlign w:val="superscript"/>
        </w:rPr>
        <w:t>7</w:t>
      </w:r>
      <w:r>
        <w:rPr>
          <w:rFonts w:ascii="Liberation Serif" w:hAnsi="Liberation Serif" w:eastAsia="Liberation Serif"/>
          <w:color w:val="20262E"/>
          <w:sz w:val="18"/>
        </w:rPr>
        <w:t xml:space="preserve"> And, behold, the angel of the Lord came upon him, and a light shined in the prison: and he smote Peter on the side, and raised him up, saying, Arise up quickly. And his chains fell off from his hands.</w:t>
      </w:r>
      <w:r>
        <w:t xml:space="preserve"> </w:t>
      </w:r>
      <w:r>
        <w:rPr>
          <w:rFonts w:ascii="Liberation Sans" w:hAnsi="Liberation Sans" w:eastAsia="Liberation Sans"/>
          <w:b/>
          <w:color w:val="A67833"/>
          <w:sz w:val="15"/>
          <w:vertAlign w:val="superscript"/>
        </w:rPr>
        <w:t>8</w:t>
      </w:r>
      <w:r>
        <w:rPr>
          <w:rFonts w:ascii="Liberation Serif" w:hAnsi="Liberation Serif" w:eastAsia="Liberation Serif"/>
          <w:color w:val="20262E"/>
          <w:sz w:val="18"/>
        </w:rPr>
        <w:t xml:space="preserve"> And the angel said unto him, Gird thyself, and bind on thy sandals. And so he did. And he saith unto him, Cast thy garment about thee, and follow me.</w:t>
      </w:r>
      <w:r>
        <w:t xml:space="preserve"> </w:t>
      </w:r>
      <w:r>
        <w:rPr>
          <w:rFonts w:ascii="Liberation Sans" w:hAnsi="Liberation Sans" w:eastAsia="Liberation Sans"/>
          <w:b/>
          <w:color w:val="A67833"/>
          <w:sz w:val="15"/>
          <w:vertAlign w:val="superscript"/>
        </w:rPr>
        <w:t>9</w:t>
      </w:r>
      <w:r>
        <w:rPr>
          <w:rFonts w:ascii="Liberation Serif" w:hAnsi="Liberation Serif" w:eastAsia="Liberation Serif"/>
          <w:color w:val="20262E"/>
          <w:sz w:val="18"/>
        </w:rPr>
        <w:t xml:space="preserve"> And he went out, and followed him; and wist not that it was true which was done by the angel; but thought he saw a vision.</w:t>
      </w:r>
      <w:r>
        <w:t xml:space="preserve"> </w:t>
      </w:r>
      <w:r>
        <w:rPr>
          <w:rFonts w:ascii="Liberation Sans" w:hAnsi="Liberation Sans" w:eastAsia="Liberation Sans"/>
          <w:b/>
          <w:color w:val="A67833"/>
          <w:sz w:val="15"/>
          <w:vertAlign w:val="superscript"/>
        </w:rPr>
        <w:t>10</w:t>
      </w:r>
      <w:r>
        <w:rPr>
          <w:rFonts w:ascii="Liberation Serif" w:hAnsi="Liberation Serif" w:eastAsia="Liberation Serif"/>
          <w:color w:val="20262E"/>
          <w:sz w:val="18"/>
        </w:rPr>
        <w:t xml:space="preserve"> When they were past the first and the second ward, they came unto the iron gate that leadeth unto the city; which opened to them of his own accord: and they went out, and passed on through one street; and forthwith the angel departed from him.</w:t>
      </w:r>
      <w:r>
        <w:t xml:space="preserve"> </w:t>
      </w:r>
      <w:r>
        <w:rPr>
          <w:rFonts w:ascii="Liberation Sans" w:hAnsi="Liberation Sans" w:eastAsia="Liberation Sans"/>
          <w:b/>
          <w:color w:val="A67833"/>
          <w:sz w:val="15"/>
          <w:vertAlign w:val="superscript"/>
        </w:rPr>
        <w:t>11</w:t>
      </w:r>
      <w:r>
        <w:rPr>
          <w:rFonts w:ascii="Liberation Serif" w:hAnsi="Liberation Serif" w:eastAsia="Liberation Serif"/>
          <w:color w:val="20262E"/>
          <w:sz w:val="18"/>
        </w:rPr>
        <w:t xml:space="preserve"> And when Peter was come to himself, he said, Now I know of a surety, that the Lord hath sent his angel, and hath delivered me out of the hand of Herod, and from all the expectation of the people of the Jews.</w:t>
      </w:r>
      <w:r>
        <w:t xml:space="preserve"> </w:t>
      </w:r>
      <w:r>
        <w:rPr>
          <w:rFonts w:ascii="Liberation Sans" w:hAnsi="Liberation Sans" w:eastAsia="Liberation Sans"/>
          <w:b/>
          <w:color w:val="A67833"/>
          <w:sz w:val="15"/>
          <w:vertAlign w:val="superscript"/>
        </w:rPr>
        <w:t>12</w:t>
      </w:r>
      <w:r>
        <w:rPr>
          <w:rFonts w:ascii="Liberation Serif" w:hAnsi="Liberation Serif" w:eastAsia="Liberation Serif"/>
          <w:color w:val="20262E"/>
          <w:sz w:val="18"/>
        </w:rPr>
        <w:t xml:space="preserve"> And when he had considered the thing, he came to the house of Mary the mother of John, whose surname was Mark; where many were gathered together praying.</w:t>
      </w:r>
      <w:r>
        <w:t xml:space="preserve"> </w:t>
      </w:r>
      <w:r>
        <w:rPr>
          <w:rFonts w:ascii="Liberation Sans" w:hAnsi="Liberation Sans" w:eastAsia="Liberation Sans"/>
          <w:b/>
          <w:color w:val="A67833"/>
          <w:sz w:val="15"/>
          <w:vertAlign w:val="superscript"/>
        </w:rPr>
        <w:t>13</w:t>
      </w:r>
      <w:r>
        <w:rPr>
          <w:rFonts w:ascii="Liberation Serif" w:hAnsi="Liberation Serif" w:eastAsia="Liberation Serif"/>
          <w:color w:val="20262E"/>
          <w:sz w:val="18"/>
        </w:rPr>
        <w:t xml:space="preserve"> And as Peter knocked at the door of the gate, a damsel came to hearken, named Rhoda.</w:t>
      </w:r>
      <w:r>
        <w:t xml:space="preserve"> </w:t>
      </w:r>
      <w:r>
        <w:rPr>
          <w:rFonts w:ascii="Liberation Sans" w:hAnsi="Liberation Sans" w:eastAsia="Liberation Sans"/>
          <w:b/>
          <w:color w:val="A67833"/>
          <w:sz w:val="15"/>
          <w:vertAlign w:val="superscript"/>
        </w:rPr>
        <w:t>14</w:t>
      </w:r>
      <w:r>
        <w:rPr>
          <w:rFonts w:ascii="Liberation Serif" w:hAnsi="Liberation Serif" w:eastAsia="Liberation Serif"/>
          <w:color w:val="20262E"/>
          <w:sz w:val="18"/>
        </w:rPr>
        <w:t xml:space="preserve"> And when she knew Peter's voice, she opened not the gate for gladness, but ran in, and told how Peter stood before the gate.</w:t>
      </w:r>
      <w:r>
        <w:t xml:space="preserve"> </w:t>
      </w:r>
      <w:r>
        <w:rPr>
          <w:rFonts w:ascii="Liberation Sans" w:hAnsi="Liberation Sans" w:eastAsia="Liberation Sans"/>
          <w:b/>
          <w:color w:val="A67833"/>
          <w:sz w:val="15"/>
          <w:vertAlign w:val="superscript"/>
        </w:rPr>
        <w:t>15</w:t>
      </w:r>
      <w:r>
        <w:rPr>
          <w:rFonts w:ascii="Liberation Serif" w:hAnsi="Liberation Serif" w:eastAsia="Liberation Serif"/>
          <w:color w:val="20262E"/>
          <w:sz w:val="18"/>
        </w:rPr>
        <w:t xml:space="preserve"> And they said unto her, Thou art mad. But she constantly affirmed that it was even so. Then said they, It is his angel.</w:t>
      </w:r>
      <w:r>
        <w:t xml:space="preserve"> </w:t>
      </w:r>
      <w:r>
        <w:rPr>
          <w:rFonts w:ascii="Liberation Sans" w:hAnsi="Liberation Sans" w:eastAsia="Liberation Sans"/>
          <w:b/>
          <w:color w:val="A67833"/>
          <w:sz w:val="15"/>
          <w:vertAlign w:val="superscript"/>
        </w:rPr>
        <w:t>16</w:t>
      </w:r>
      <w:r>
        <w:rPr>
          <w:rFonts w:ascii="Liberation Serif" w:hAnsi="Liberation Serif" w:eastAsia="Liberation Serif"/>
          <w:color w:val="20262E"/>
          <w:sz w:val="18"/>
        </w:rPr>
        <w:t xml:space="preserve"> But Peter continued knocking: and when they had opened the door, and saw him, they were astonished.</w:t>
      </w:r>
      <w:r>
        <w:t xml:space="preserve"> </w:t>
      </w:r>
      <w:r>
        <w:rPr>
          <w:rFonts w:ascii="Liberation Sans" w:hAnsi="Liberation Sans" w:eastAsia="Liberation Sans"/>
          <w:b/>
          <w:color w:val="A67833"/>
          <w:sz w:val="15"/>
          <w:vertAlign w:val="superscript"/>
        </w:rPr>
        <w:t>17</w:t>
      </w:r>
      <w:r>
        <w:rPr>
          <w:rFonts w:ascii="Liberation Serif" w:hAnsi="Liberation Serif" w:eastAsia="Liberation Serif"/>
          <w:color w:val="20262E"/>
          <w:sz w:val="18"/>
        </w:rPr>
        <w:t xml:space="preserve"> But he, beckoning unto them with the hand to hold their peace, declared unto them how the Lord had brought him out of the prison. And he said, Go shew these things unto James, and to the brethren. And he departed, and went into another place.</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for preparation, corporate prayer, prolonged resistance, guidance, breakthrough, and strengthening ministry teams.</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Pray specifically, give thanks, worship God, fast without display or self-harm, pray in agreement, and remain attentive to Scripture and the Spirit.</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Fasting is voluntary and medically prudent. It is not a payment that forces God or proof that another person lacks faith.</w:t>
      </w:r>
    </w:p>
    <w:p>
      <w:pPr>
        <w:pStyle w:val="ScriptureReference"/>
        <w:keepNext/>
        <w:pBdr>
          <w:bottom w:val="single" w:sz="2" w:space="1" w:color="D5DBE0"/>
        </w:pBdr>
      </w:pPr>
      <w:r>
        <w:t>Acts 13:1-3</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w:t>
      </w:r>
      <w:r>
        <w:rPr>
          <w:rFonts w:ascii="Liberation Serif" w:hAnsi="Liberation Serif" w:eastAsia="Liberation Serif"/>
          <w:color w:val="20262E"/>
          <w:sz w:val="18"/>
        </w:rPr>
        <w:t xml:space="preserve"> Now there were in the church that was at Antioch certain prophets and teachers; as Barnabas, and Simeon that was called Niger, and Lucius of Cyrene, and Manaen, which had been brought up with Herod the tetrarch, and Saul.</w:t>
      </w:r>
      <w:r>
        <w:t xml:space="preserve"> </w:t>
      </w:r>
      <w:r>
        <w:rPr>
          <w:rFonts w:ascii="Liberation Sans" w:hAnsi="Liberation Sans" w:eastAsia="Liberation Sans"/>
          <w:b/>
          <w:color w:val="A67833"/>
          <w:sz w:val="15"/>
          <w:vertAlign w:val="superscript"/>
        </w:rPr>
        <w:t>2</w:t>
      </w:r>
      <w:r>
        <w:rPr>
          <w:rFonts w:ascii="Liberation Serif" w:hAnsi="Liberation Serif" w:eastAsia="Liberation Serif"/>
          <w:color w:val="20262E"/>
          <w:sz w:val="18"/>
        </w:rPr>
        <w:t xml:space="preserve"> As they ministered to the Lord, and fasted, the Holy Ghost said, Separate me Barnabas and Saul for the work whereunto I have called them.</w:t>
      </w:r>
      <w:r>
        <w:t xml:space="preserve"> </w:t>
      </w:r>
      <w:r>
        <w:rPr>
          <w:rFonts w:ascii="Liberation Sans" w:hAnsi="Liberation Sans" w:eastAsia="Liberation Sans"/>
          <w:b/>
          <w:color w:val="A67833"/>
          <w:sz w:val="15"/>
          <w:vertAlign w:val="superscript"/>
        </w:rPr>
        <w:t>3</w:t>
      </w:r>
      <w:r>
        <w:rPr>
          <w:rFonts w:ascii="Liberation Serif" w:hAnsi="Liberation Serif" w:eastAsia="Liberation Serif"/>
          <w:color w:val="20262E"/>
          <w:sz w:val="18"/>
        </w:rPr>
        <w:t xml:space="preserve"> And when they had fasted and prayed, and laid their hands on them, they sent them away.</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for preparation, corporate prayer, prolonged resistance, guidance, breakthrough, and strengthening ministry teams.</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Pray specifically, give thanks, worship God, fast without display or self-harm, pray in agreement, and remain attentive to Scripture and the Spirit.</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Fasting is voluntary and medically prudent. It is not a payment that forces God or proof that another person lacks faith.</w:t>
      </w:r>
    </w:p>
    <w:p>
      <w:pPr>
        <w:pStyle w:val="ScriptureReference"/>
        <w:keepNext/>
        <w:pBdr>
          <w:bottom w:val="single" w:sz="2" w:space="1" w:color="D5DBE0"/>
        </w:pBdr>
      </w:pPr>
      <w:r>
        <w:t>Acts 16:22-26</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22</w:t>
      </w:r>
      <w:r>
        <w:rPr>
          <w:rFonts w:ascii="Liberation Serif" w:hAnsi="Liberation Serif" w:eastAsia="Liberation Serif"/>
          <w:color w:val="20262E"/>
          <w:sz w:val="18"/>
        </w:rPr>
        <w:t xml:space="preserve"> And the multitude rose up together against them: and the magistrates rent off their clothes, and commanded to beat them.</w:t>
      </w:r>
      <w:r>
        <w:t xml:space="preserve"> </w:t>
      </w:r>
      <w:r>
        <w:rPr>
          <w:rFonts w:ascii="Liberation Sans" w:hAnsi="Liberation Sans" w:eastAsia="Liberation Sans"/>
          <w:b/>
          <w:color w:val="A67833"/>
          <w:sz w:val="15"/>
          <w:vertAlign w:val="superscript"/>
        </w:rPr>
        <w:t>23</w:t>
      </w:r>
      <w:r>
        <w:rPr>
          <w:rFonts w:ascii="Liberation Serif" w:hAnsi="Liberation Serif" w:eastAsia="Liberation Serif"/>
          <w:color w:val="20262E"/>
          <w:sz w:val="18"/>
        </w:rPr>
        <w:t xml:space="preserve"> And when they had laid many stripes upon them, they cast them into prison, charging the jailor to keep them safely:</w:t>
      </w:r>
      <w:r>
        <w:t xml:space="preserve"> </w:t>
      </w:r>
      <w:r>
        <w:rPr>
          <w:rFonts w:ascii="Liberation Sans" w:hAnsi="Liberation Sans" w:eastAsia="Liberation Sans"/>
          <w:b/>
          <w:color w:val="A67833"/>
          <w:sz w:val="15"/>
          <w:vertAlign w:val="superscript"/>
        </w:rPr>
        <w:t>24</w:t>
      </w:r>
      <w:r>
        <w:rPr>
          <w:rFonts w:ascii="Liberation Serif" w:hAnsi="Liberation Serif" w:eastAsia="Liberation Serif"/>
          <w:color w:val="20262E"/>
          <w:sz w:val="18"/>
        </w:rPr>
        <w:t xml:space="preserve"> Who, having received such a charge, thrust them into the inner prison, and made their feet fast in the stocks.</w:t>
      </w:r>
      <w:r>
        <w:t xml:space="preserve"> </w:t>
      </w:r>
      <w:r>
        <w:rPr>
          <w:rFonts w:ascii="Liberation Sans" w:hAnsi="Liberation Sans" w:eastAsia="Liberation Sans"/>
          <w:b/>
          <w:color w:val="A67833"/>
          <w:sz w:val="15"/>
          <w:vertAlign w:val="superscript"/>
        </w:rPr>
        <w:t>25</w:t>
      </w:r>
      <w:r>
        <w:rPr>
          <w:rFonts w:ascii="Liberation Serif" w:hAnsi="Liberation Serif" w:eastAsia="Liberation Serif"/>
          <w:color w:val="20262E"/>
          <w:sz w:val="18"/>
        </w:rPr>
        <w:t xml:space="preserve"> And at midnight Paul and Silas prayed, and sang praises unto God: and the prisoners heard them.</w:t>
      </w:r>
      <w:r>
        <w:t xml:space="preserve"> </w:t>
      </w:r>
      <w:r>
        <w:rPr>
          <w:rFonts w:ascii="Liberation Sans" w:hAnsi="Liberation Sans" w:eastAsia="Liberation Sans"/>
          <w:b/>
          <w:color w:val="A67833"/>
          <w:sz w:val="15"/>
          <w:vertAlign w:val="superscript"/>
        </w:rPr>
        <w:t>26</w:t>
      </w:r>
      <w:r>
        <w:rPr>
          <w:rFonts w:ascii="Liberation Serif" w:hAnsi="Liberation Serif" w:eastAsia="Liberation Serif"/>
          <w:color w:val="20262E"/>
          <w:sz w:val="18"/>
        </w:rPr>
        <w:t xml:space="preserve"> And suddenly there was a great earthquake, so that the foundations of the prison were shaken: and immediately all the doors were opened, and every one's bands were loosed.</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for preparation, corporate prayer, prolonged resistance, guidance, breakthrough, and strengthening ministry teams.</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Pray specifically, give thanks, worship God, fast without display or self-harm, pray in agreement, and remain attentive to Scripture and the Spirit.</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Fasting is voluntary and medically prudent. It is not a payment that forces God or proof that another person lacks faith.</w:t>
      </w:r>
    </w:p>
    <w:p>
      <w:pPr>
        <w:pStyle w:val="ScriptureReference"/>
        <w:keepNext/>
        <w:pBdr>
          <w:bottom w:val="single" w:sz="2" w:space="1" w:color="D5DBE0"/>
        </w:pBdr>
      </w:pPr>
      <w:r>
        <w:t>Ephesians 5:18-20</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18</w:t>
      </w:r>
      <w:r>
        <w:rPr>
          <w:rFonts w:ascii="Liberation Serif" w:hAnsi="Liberation Serif" w:eastAsia="Liberation Serif"/>
          <w:color w:val="20262E"/>
          <w:sz w:val="18"/>
        </w:rPr>
        <w:t xml:space="preserve"> And be not drunk with wine, wherein is excess; but be filled with the Spirit;</w:t>
      </w:r>
      <w:r>
        <w:t xml:space="preserve"> </w:t>
      </w:r>
      <w:r>
        <w:rPr>
          <w:rFonts w:ascii="Liberation Sans" w:hAnsi="Liberation Sans" w:eastAsia="Liberation Sans"/>
          <w:b/>
          <w:color w:val="A67833"/>
          <w:sz w:val="15"/>
          <w:vertAlign w:val="superscript"/>
        </w:rPr>
        <w:t>19</w:t>
      </w:r>
      <w:r>
        <w:rPr>
          <w:rFonts w:ascii="Liberation Serif" w:hAnsi="Liberation Serif" w:eastAsia="Liberation Serif"/>
          <w:color w:val="20262E"/>
          <w:sz w:val="18"/>
        </w:rPr>
        <w:t xml:space="preserve"> Speaking to yourselves in psalms and hymns and spiritual songs, singing and making melody in your heart to the Lord;</w:t>
      </w:r>
      <w:r>
        <w:t xml:space="preserve"> </w:t>
      </w:r>
      <w:r>
        <w:rPr>
          <w:rFonts w:ascii="Liberation Sans" w:hAnsi="Liberation Sans" w:eastAsia="Liberation Sans"/>
          <w:b/>
          <w:color w:val="A67833"/>
          <w:sz w:val="15"/>
          <w:vertAlign w:val="superscript"/>
        </w:rPr>
        <w:t>20</w:t>
      </w:r>
      <w:r>
        <w:rPr>
          <w:rFonts w:ascii="Liberation Serif" w:hAnsi="Liberation Serif" w:eastAsia="Liberation Serif"/>
          <w:color w:val="20262E"/>
          <w:sz w:val="18"/>
        </w:rPr>
        <w:t xml:space="preserve"> Giving thanks always for all things unto God and the Father in the name of our Lord Jesus Christ;</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for preparation, corporate prayer, prolonged resistance, guidance, breakthrough, and strengthening ministry teams.</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Pray specifically, give thanks, worship God, fast without display or self-harm, pray in agreement, and remain attentive to Scripture and the Spirit.</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Fasting is voluntary and medically prudent. It is not a payment that forces God or proof that another person lacks faith.</w:t>
      </w:r>
    </w:p>
    <w:p>
      <w:pPr>
        <w:pStyle w:val="ScriptureReference"/>
        <w:keepNext/>
        <w:pBdr>
          <w:bottom w:val="single" w:sz="2" w:space="1" w:color="D5DBE0"/>
        </w:pBdr>
      </w:pPr>
      <w:r>
        <w:t>Philippians 4:6-7</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6</w:t>
      </w:r>
      <w:r>
        <w:rPr>
          <w:rFonts w:ascii="Liberation Serif" w:hAnsi="Liberation Serif" w:eastAsia="Liberation Serif"/>
          <w:color w:val="20262E"/>
          <w:sz w:val="18"/>
        </w:rPr>
        <w:t xml:space="preserve"> Be careful for nothing; but in every thing by prayer and supplication with thanksgiving let your requests be made known unto God.</w:t>
      </w:r>
      <w:r>
        <w:t xml:space="preserve"> </w:t>
      </w:r>
      <w:r>
        <w:rPr>
          <w:rFonts w:ascii="Liberation Sans" w:hAnsi="Liberation Sans" w:eastAsia="Liberation Sans"/>
          <w:b/>
          <w:color w:val="A67833"/>
          <w:sz w:val="15"/>
          <w:vertAlign w:val="superscript"/>
        </w:rPr>
        <w:t>7</w:t>
      </w:r>
      <w:r>
        <w:rPr>
          <w:rFonts w:ascii="Liberation Serif" w:hAnsi="Liberation Serif" w:eastAsia="Liberation Serif"/>
          <w:color w:val="20262E"/>
          <w:sz w:val="18"/>
        </w:rPr>
        <w:t xml:space="preserve"> And the peace of God, which passeth all understanding, shall keep your hearts and minds through Christ Jesus.</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for preparation, corporate prayer, prolonged resistance, guidance, breakthrough, and strengthening ministry teams.</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Pray specifically, give thanks, worship God, fast without display or self-harm, pray in agreement, and remain attentive to Scripture and the Spirit.</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Fasting is voluntary and medically prudent. It is not a payment that forces God or proof that another person lacks faith.</w:t>
      </w:r>
    </w:p>
    <w:p>
      <w:pPr>
        <w:pStyle w:val="ScriptureReference"/>
        <w:keepNext/>
        <w:pBdr>
          <w:bottom w:val="single" w:sz="2" w:space="1" w:color="D5DBE0"/>
        </w:pBdr>
      </w:pPr>
      <w:r>
        <w:t>Colossians 4:2-4</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2</w:t>
      </w:r>
      <w:r>
        <w:rPr>
          <w:rFonts w:ascii="Liberation Serif" w:hAnsi="Liberation Serif" w:eastAsia="Liberation Serif"/>
          <w:color w:val="20262E"/>
          <w:sz w:val="18"/>
        </w:rPr>
        <w:t xml:space="preserve"> Continue in prayer, and watch in the same with thanksgiving;</w:t>
      </w:r>
      <w:r>
        <w:t xml:space="preserve"> </w:t>
      </w:r>
      <w:r>
        <w:rPr>
          <w:rFonts w:ascii="Liberation Sans" w:hAnsi="Liberation Sans" w:eastAsia="Liberation Sans"/>
          <w:b/>
          <w:color w:val="A67833"/>
          <w:sz w:val="15"/>
          <w:vertAlign w:val="superscript"/>
        </w:rPr>
        <w:t>3</w:t>
      </w:r>
      <w:r>
        <w:rPr>
          <w:rFonts w:ascii="Liberation Serif" w:hAnsi="Liberation Serif" w:eastAsia="Liberation Serif"/>
          <w:color w:val="20262E"/>
          <w:sz w:val="18"/>
        </w:rPr>
        <w:t xml:space="preserve"> Withal praying also for us, that God would open unto us a door of utterance, to speak the mystery of Christ, for which I am also in bonds:</w:t>
      </w:r>
      <w:r>
        <w:t xml:space="preserve"> </w:t>
      </w:r>
      <w:r>
        <w:rPr>
          <w:rFonts w:ascii="Liberation Sans" w:hAnsi="Liberation Sans" w:eastAsia="Liberation Sans"/>
          <w:b/>
          <w:color w:val="A67833"/>
          <w:sz w:val="15"/>
          <w:vertAlign w:val="superscript"/>
        </w:rPr>
        <w:t>4</w:t>
      </w:r>
      <w:r>
        <w:rPr>
          <w:rFonts w:ascii="Liberation Serif" w:hAnsi="Liberation Serif" w:eastAsia="Liberation Serif"/>
          <w:color w:val="20262E"/>
          <w:sz w:val="18"/>
        </w:rPr>
        <w:t xml:space="preserve"> That I may make it manifest, as I ought to speak.</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for preparation, corporate prayer, prolonged resistance, guidance, breakthrough, and strengthening ministry teams.</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Pray specifically, give thanks, worship God, fast without display or self-harm, pray in agreement, and remain attentive to Scripture and the Spirit.</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Fasting is voluntary and medically prudent. It is not a payment that forces God or proof that another person lacks faith.</w:t>
      </w:r>
    </w:p>
    <w:p>
      <w:pPr>
        <w:pStyle w:val="ScriptureReference"/>
        <w:keepNext/>
        <w:pBdr>
          <w:bottom w:val="single" w:sz="2" w:space="1" w:color="D5DBE0"/>
        </w:pBdr>
      </w:pPr>
      <w:r>
        <w:t>Jude 20-21</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20</w:t>
      </w:r>
      <w:r>
        <w:rPr>
          <w:rFonts w:ascii="Liberation Serif" w:hAnsi="Liberation Serif" w:eastAsia="Liberation Serif"/>
          <w:color w:val="20262E"/>
          <w:sz w:val="18"/>
        </w:rPr>
        <w:t xml:space="preserve"> But ye, beloved, building up yourselves on your most holy faith, praying in the Holy Ghost,</w:t>
      </w:r>
      <w:r>
        <w:t xml:space="preserve"> </w:t>
      </w:r>
      <w:r>
        <w:rPr>
          <w:rFonts w:ascii="Liberation Sans" w:hAnsi="Liberation Sans" w:eastAsia="Liberation Sans"/>
          <w:b/>
          <w:color w:val="A67833"/>
          <w:sz w:val="15"/>
          <w:vertAlign w:val="superscript"/>
        </w:rPr>
        <w:t>21</w:t>
      </w:r>
      <w:r>
        <w:rPr>
          <w:rFonts w:ascii="Liberation Serif" w:hAnsi="Liberation Serif" w:eastAsia="Liberation Serif"/>
          <w:color w:val="20262E"/>
          <w:sz w:val="18"/>
        </w:rPr>
        <w:t xml:space="preserve"> Keep yourselves in the love of God, looking for the mercy of our Lord Jesus Christ unto eternal life.</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for preparation, corporate prayer, prolonged resistance, guidance, breakthrough, and strengthening ministry teams.</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Pray specifically, give thanks, worship God, fast without display or self-harm, pray in agreement, and remain attentive to Scripture and the Spirit.</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Fasting is voluntary and medically prudent. It is not a payment that forces God or proof that another person lacks faith.</w:t>
      </w:r>
    </w:p>
    <w:p>
      <w:pPr>
        <w:pStyle w:val="Heading1"/>
        <w:keepNext/>
        <w:pageBreakBefore/>
        <w:pBdr>
          <w:bottom w:val="single" w:sz="8" w:space="2" w:color="A67833"/>
        </w:pBdr>
      </w:pPr>
      <w:r>
        <w:t>6.15 Protection, Refuge, Household Prayer, and Wise Safety</w:t>
      </w:r>
    </w:p>
    <w:p>
      <w:pPr>
        <w:pStyle w:val="Guidance"/>
      </w:pPr>
      <w:r>
        <w:rPr>
          <w:rFonts w:ascii="Liberation Sans" w:hAnsi="Liberation Sans" w:eastAsia="Liberation Sans"/>
          <w:b/>
          <w:color w:val="18324A"/>
          <w:sz w:val="17"/>
        </w:rPr>
        <w:t xml:space="preserve">Use this section when: </w:t>
      </w:r>
      <w:r>
        <w:rPr>
          <w:rFonts w:ascii="Liberation Sans" w:hAnsi="Liberation Sans" w:eastAsia="Liberation Sans"/>
          <w:color w:val="20262E"/>
          <w:sz w:val="17"/>
        </w:rPr>
        <w:t>Use for sleep, travel, home prayer, family intercession, danger, or fear about spiritual attack.</w:t>
      </w:r>
    </w:p>
    <w:p>
      <w:pPr>
        <w:pStyle w:val="Guidance"/>
      </w:pPr>
      <w:r>
        <w:rPr>
          <w:rFonts w:ascii="Liberation Sans" w:hAnsi="Liberation Sans" w:eastAsia="Liberation Sans"/>
          <w:b/>
          <w:color w:val="18324A"/>
          <w:sz w:val="17"/>
        </w:rPr>
        <w:t xml:space="preserve">Ministry method: </w:t>
      </w:r>
      <w:r>
        <w:rPr>
          <w:rFonts w:ascii="Liberation Sans" w:hAnsi="Liberation Sans" w:eastAsia="Liberation Sans"/>
          <w:color w:val="20262E"/>
          <w:sz w:val="17"/>
        </w:rPr>
        <w:t>Ask for God's protection, dedicate the household to Christ, practice ordinary safety, remove one's own harmful materials, and cultivate peace, truth, and prayer in the home.</w:t>
      </w:r>
    </w:p>
    <w:p>
      <w:pPr>
        <w:pStyle w:val="Guidance"/>
      </w:pPr>
      <w:r>
        <w:rPr>
          <w:rFonts w:ascii="Liberation Sans" w:hAnsi="Liberation Sans" w:eastAsia="Liberation Sans"/>
          <w:b/>
          <w:color w:val="18324A"/>
          <w:sz w:val="17"/>
        </w:rPr>
        <w:t xml:space="preserve">Section control: </w:t>
      </w:r>
      <w:r>
        <w:rPr>
          <w:rFonts w:ascii="Liberation Sans" w:hAnsi="Liberation Sans" w:eastAsia="Liberation Sans"/>
          <w:color w:val="20262E"/>
          <w:sz w:val="17"/>
        </w:rPr>
        <w:t>Protection promises do not authorize recklessness or guarantee exemption from all suffering. Use locks, doctors, emergency services, safeguarding, and lawful protection.</w:t>
      </w:r>
    </w:p>
    <w:p>
      <w:pPr>
        <w:pStyle w:val="SmallNote"/>
      </w:pPr>
      <w:r>
        <w:t>15 operational passage entries</w:t>
      </w:r>
    </w:p>
    <w:p>
      <w:pPr>
        <w:pStyle w:val="ScriptureReference"/>
        <w:keepNext/>
        <w:pBdr>
          <w:bottom w:val="single" w:sz="2" w:space="1" w:color="D5DBE0"/>
        </w:pBdr>
      </w:pPr>
      <w:r>
        <w:t>Exodus 12:21-28</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21</w:t>
      </w:r>
      <w:r>
        <w:rPr>
          <w:rFonts w:ascii="Liberation Serif" w:hAnsi="Liberation Serif" w:eastAsia="Liberation Serif"/>
          <w:color w:val="20262E"/>
          <w:sz w:val="18"/>
        </w:rPr>
        <w:t xml:space="preserve"> Then Moses called for all the elders of Israel, and said unto them, Draw out and take you a lamb according to your families, and kill the passover.</w:t>
      </w:r>
      <w:r>
        <w:t xml:space="preserve"> </w:t>
      </w:r>
      <w:r>
        <w:rPr>
          <w:rFonts w:ascii="Liberation Sans" w:hAnsi="Liberation Sans" w:eastAsia="Liberation Sans"/>
          <w:b/>
          <w:color w:val="A67833"/>
          <w:sz w:val="15"/>
          <w:vertAlign w:val="superscript"/>
        </w:rPr>
        <w:t>22</w:t>
      </w:r>
      <w:r>
        <w:rPr>
          <w:rFonts w:ascii="Liberation Serif" w:hAnsi="Liberation Serif" w:eastAsia="Liberation Serif"/>
          <w:color w:val="20262E"/>
          <w:sz w:val="18"/>
        </w:rPr>
        <w:t xml:space="preserve"> And ye shall take a bunch of hyssop, and dip it in the blood that is in the bason, and strike the lintel and the two side posts with the blood that is in the bason; and none of you shall go out at the door of his house until the morning.</w:t>
      </w:r>
      <w:r>
        <w:t xml:space="preserve"> </w:t>
      </w:r>
      <w:r>
        <w:rPr>
          <w:rFonts w:ascii="Liberation Sans" w:hAnsi="Liberation Sans" w:eastAsia="Liberation Sans"/>
          <w:b/>
          <w:color w:val="A67833"/>
          <w:sz w:val="15"/>
          <w:vertAlign w:val="superscript"/>
        </w:rPr>
        <w:t>23</w:t>
      </w:r>
      <w:r>
        <w:rPr>
          <w:rFonts w:ascii="Liberation Serif" w:hAnsi="Liberation Serif" w:eastAsia="Liberation Serif"/>
          <w:color w:val="20262E"/>
          <w:sz w:val="18"/>
        </w:rPr>
        <w:t xml:space="preserve"> For the LORD will pass through to smite the Egyptians; and when he seeth the blood upon the lintel, and on the two side posts, the LORD will pass over the door, and will not suffer the destroyer to come in unto your houses to smite you.</w:t>
      </w:r>
      <w:r>
        <w:t xml:space="preserve"> </w:t>
      </w:r>
      <w:r>
        <w:rPr>
          <w:rFonts w:ascii="Liberation Sans" w:hAnsi="Liberation Sans" w:eastAsia="Liberation Sans"/>
          <w:b/>
          <w:color w:val="A67833"/>
          <w:sz w:val="15"/>
          <w:vertAlign w:val="superscript"/>
        </w:rPr>
        <w:t>24</w:t>
      </w:r>
      <w:r>
        <w:rPr>
          <w:rFonts w:ascii="Liberation Serif" w:hAnsi="Liberation Serif" w:eastAsia="Liberation Serif"/>
          <w:color w:val="20262E"/>
          <w:sz w:val="18"/>
        </w:rPr>
        <w:t xml:space="preserve"> And ye shall observe this thing for an ordinance to thee and to thy sons for ever.</w:t>
      </w:r>
      <w:r>
        <w:t xml:space="preserve"> </w:t>
      </w:r>
      <w:r>
        <w:rPr>
          <w:rFonts w:ascii="Liberation Sans" w:hAnsi="Liberation Sans" w:eastAsia="Liberation Sans"/>
          <w:b/>
          <w:color w:val="A67833"/>
          <w:sz w:val="15"/>
          <w:vertAlign w:val="superscript"/>
        </w:rPr>
        <w:t>25</w:t>
      </w:r>
      <w:r>
        <w:rPr>
          <w:rFonts w:ascii="Liberation Serif" w:hAnsi="Liberation Serif" w:eastAsia="Liberation Serif"/>
          <w:color w:val="20262E"/>
          <w:sz w:val="18"/>
        </w:rPr>
        <w:t xml:space="preserve"> And it shall come to pass, when ye be come to the land which the LORD will give you, according as he hath promised, that ye shall keep this service.</w:t>
      </w:r>
      <w:r>
        <w:t xml:space="preserve"> </w:t>
      </w:r>
      <w:r>
        <w:rPr>
          <w:rFonts w:ascii="Liberation Sans" w:hAnsi="Liberation Sans" w:eastAsia="Liberation Sans"/>
          <w:b/>
          <w:color w:val="A67833"/>
          <w:sz w:val="15"/>
          <w:vertAlign w:val="superscript"/>
        </w:rPr>
        <w:t>26</w:t>
      </w:r>
      <w:r>
        <w:rPr>
          <w:rFonts w:ascii="Liberation Serif" w:hAnsi="Liberation Serif" w:eastAsia="Liberation Serif"/>
          <w:color w:val="20262E"/>
          <w:sz w:val="18"/>
        </w:rPr>
        <w:t xml:space="preserve"> And it shall come to pass, when your children shall say unto you, What mean ye by this service?</w:t>
      </w:r>
      <w:r>
        <w:t xml:space="preserve"> </w:t>
      </w:r>
      <w:r>
        <w:rPr>
          <w:rFonts w:ascii="Liberation Sans" w:hAnsi="Liberation Sans" w:eastAsia="Liberation Sans"/>
          <w:b/>
          <w:color w:val="A67833"/>
          <w:sz w:val="15"/>
          <w:vertAlign w:val="superscript"/>
        </w:rPr>
        <w:t>27</w:t>
      </w:r>
      <w:r>
        <w:rPr>
          <w:rFonts w:ascii="Liberation Serif" w:hAnsi="Liberation Serif" w:eastAsia="Liberation Serif"/>
          <w:color w:val="20262E"/>
          <w:sz w:val="18"/>
        </w:rPr>
        <w:t xml:space="preserve"> That ye shall say, It is the sacrifice of the LORD'S passover, who passed over the houses of the children of Israel in Egypt, when he smote the Egyptians, and delivered our houses. And the people bowed the head and worshipped.</w:t>
      </w:r>
      <w:r>
        <w:t xml:space="preserve"> </w:t>
      </w:r>
      <w:r>
        <w:rPr>
          <w:rFonts w:ascii="Liberation Sans" w:hAnsi="Liberation Sans" w:eastAsia="Liberation Sans"/>
          <w:b/>
          <w:color w:val="A67833"/>
          <w:sz w:val="15"/>
          <w:vertAlign w:val="superscript"/>
        </w:rPr>
        <w:t>28</w:t>
      </w:r>
      <w:r>
        <w:rPr>
          <w:rFonts w:ascii="Liberation Serif" w:hAnsi="Liberation Serif" w:eastAsia="Liberation Serif"/>
          <w:color w:val="20262E"/>
          <w:sz w:val="18"/>
        </w:rPr>
        <w:t xml:space="preserve"> And the children of Israel went away, and did as the LORD had commanded Moses and Aaron, so did they.</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for sleep, travel, home prayer, family intercession, danger, or fear about spiritual attack.</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Ask for God's protection, dedicate the household to Christ, practice ordinary safety, remove one's own harmful materials, and cultivate peace, truth, and prayer in the home.</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Protection promises do not authorize recklessness or guarantee exemption from all suffering. Use locks, doctors, emergency services, safeguarding, and lawful protection.</w:t>
      </w:r>
    </w:p>
    <w:p>
      <w:pPr>
        <w:pStyle w:val="ScriptureReference"/>
        <w:keepNext/>
        <w:pBdr>
          <w:bottom w:val="single" w:sz="2" w:space="1" w:color="D5DBE0"/>
        </w:pBdr>
      </w:pPr>
      <w:r>
        <w:t>Numbers 6:24-26</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24</w:t>
      </w:r>
      <w:r>
        <w:rPr>
          <w:rFonts w:ascii="Liberation Serif" w:hAnsi="Liberation Serif" w:eastAsia="Liberation Serif"/>
          <w:color w:val="20262E"/>
          <w:sz w:val="18"/>
        </w:rPr>
        <w:t xml:space="preserve"> The LORD bless thee, and keep thee:</w:t>
      </w:r>
      <w:r>
        <w:t xml:space="preserve"> </w:t>
      </w:r>
      <w:r>
        <w:rPr>
          <w:rFonts w:ascii="Liberation Sans" w:hAnsi="Liberation Sans" w:eastAsia="Liberation Sans"/>
          <w:b/>
          <w:color w:val="A67833"/>
          <w:sz w:val="15"/>
          <w:vertAlign w:val="superscript"/>
        </w:rPr>
        <w:t>25</w:t>
      </w:r>
      <w:r>
        <w:rPr>
          <w:rFonts w:ascii="Liberation Serif" w:hAnsi="Liberation Serif" w:eastAsia="Liberation Serif"/>
          <w:color w:val="20262E"/>
          <w:sz w:val="18"/>
        </w:rPr>
        <w:t xml:space="preserve"> The LORD make his face shine upon thee, and be gracious unto thee:</w:t>
      </w:r>
      <w:r>
        <w:t xml:space="preserve"> </w:t>
      </w:r>
      <w:r>
        <w:rPr>
          <w:rFonts w:ascii="Liberation Sans" w:hAnsi="Liberation Sans" w:eastAsia="Liberation Sans"/>
          <w:b/>
          <w:color w:val="A67833"/>
          <w:sz w:val="15"/>
          <w:vertAlign w:val="superscript"/>
        </w:rPr>
        <w:t>26</w:t>
      </w:r>
      <w:r>
        <w:rPr>
          <w:rFonts w:ascii="Liberation Serif" w:hAnsi="Liberation Serif" w:eastAsia="Liberation Serif"/>
          <w:color w:val="20262E"/>
          <w:sz w:val="18"/>
        </w:rPr>
        <w:t xml:space="preserve"> The LORD lift up his countenance upon thee, and give thee peace.</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for sleep, travel, home prayer, family intercession, danger, or fear about spiritual attack.</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Ask for God's protection, dedicate the household to Christ, practice ordinary safety, remove one's own harmful materials, and cultivate peace, truth, and prayer in the home.</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Protection promises do not authorize recklessness or guarantee exemption from all suffering. Use locks, doctors, emergency services, safeguarding, and lawful protection.</w:t>
      </w:r>
    </w:p>
    <w:p>
      <w:pPr>
        <w:pStyle w:val="ScriptureReference"/>
        <w:keepNext/>
        <w:pBdr>
          <w:bottom w:val="single" w:sz="2" w:space="1" w:color="D5DBE0"/>
        </w:pBdr>
      </w:pPr>
      <w:r>
        <w:t>Deuteronomy 6:4-9</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4</w:t>
      </w:r>
      <w:r>
        <w:rPr>
          <w:rFonts w:ascii="Liberation Serif" w:hAnsi="Liberation Serif" w:eastAsia="Liberation Serif"/>
          <w:color w:val="20262E"/>
          <w:sz w:val="18"/>
        </w:rPr>
        <w:t xml:space="preserve"> Hear, O Israel: The LORD our God is one LORD:</w:t>
      </w:r>
      <w:r>
        <w:t xml:space="preserve"> </w:t>
      </w:r>
      <w:r>
        <w:rPr>
          <w:rFonts w:ascii="Liberation Sans" w:hAnsi="Liberation Sans" w:eastAsia="Liberation Sans"/>
          <w:b/>
          <w:color w:val="A67833"/>
          <w:sz w:val="15"/>
          <w:vertAlign w:val="superscript"/>
        </w:rPr>
        <w:t>5</w:t>
      </w:r>
      <w:r>
        <w:rPr>
          <w:rFonts w:ascii="Liberation Serif" w:hAnsi="Liberation Serif" w:eastAsia="Liberation Serif"/>
          <w:color w:val="20262E"/>
          <w:sz w:val="18"/>
        </w:rPr>
        <w:t xml:space="preserve"> And thou shalt love the LORD thy God with all thine heart, and with all thy soul, and with all thy might.</w:t>
      </w:r>
      <w:r>
        <w:t xml:space="preserve"> </w:t>
      </w:r>
      <w:r>
        <w:rPr>
          <w:rFonts w:ascii="Liberation Sans" w:hAnsi="Liberation Sans" w:eastAsia="Liberation Sans"/>
          <w:b/>
          <w:color w:val="A67833"/>
          <w:sz w:val="15"/>
          <w:vertAlign w:val="superscript"/>
        </w:rPr>
        <w:t>6</w:t>
      </w:r>
      <w:r>
        <w:rPr>
          <w:rFonts w:ascii="Liberation Serif" w:hAnsi="Liberation Serif" w:eastAsia="Liberation Serif"/>
          <w:color w:val="20262E"/>
          <w:sz w:val="18"/>
        </w:rPr>
        <w:t xml:space="preserve"> And these words, which I command thee this day, shall be in thine heart:</w:t>
      </w:r>
      <w:r>
        <w:t xml:space="preserve"> </w:t>
      </w:r>
      <w:r>
        <w:rPr>
          <w:rFonts w:ascii="Liberation Sans" w:hAnsi="Liberation Sans" w:eastAsia="Liberation Sans"/>
          <w:b/>
          <w:color w:val="A67833"/>
          <w:sz w:val="15"/>
          <w:vertAlign w:val="superscript"/>
        </w:rPr>
        <w:t>7</w:t>
      </w:r>
      <w:r>
        <w:rPr>
          <w:rFonts w:ascii="Liberation Serif" w:hAnsi="Liberation Serif" w:eastAsia="Liberation Serif"/>
          <w:color w:val="20262E"/>
          <w:sz w:val="18"/>
        </w:rPr>
        <w:t xml:space="preserve"> And thou shalt teach them diligently unto thy children, and shalt talk of them when thou sittest in thine house, and when thou walkest by the way, and when thou liest down, and when thou risest up.</w:t>
      </w:r>
      <w:r>
        <w:t xml:space="preserve"> </w:t>
      </w:r>
      <w:r>
        <w:rPr>
          <w:rFonts w:ascii="Liberation Sans" w:hAnsi="Liberation Sans" w:eastAsia="Liberation Sans"/>
          <w:b/>
          <w:color w:val="A67833"/>
          <w:sz w:val="15"/>
          <w:vertAlign w:val="superscript"/>
        </w:rPr>
        <w:t>8</w:t>
      </w:r>
      <w:r>
        <w:rPr>
          <w:rFonts w:ascii="Liberation Serif" w:hAnsi="Liberation Serif" w:eastAsia="Liberation Serif"/>
          <w:color w:val="20262E"/>
          <w:sz w:val="18"/>
        </w:rPr>
        <w:t xml:space="preserve"> And thou shalt bind them for a sign upon thine hand, and they shall be as frontlets between thine eyes.</w:t>
      </w:r>
      <w:r>
        <w:t xml:space="preserve"> </w:t>
      </w:r>
      <w:r>
        <w:rPr>
          <w:rFonts w:ascii="Liberation Sans" w:hAnsi="Liberation Sans" w:eastAsia="Liberation Sans"/>
          <w:b/>
          <w:color w:val="A67833"/>
          <w:sz w:val="15"/>
          <w:vertAlign w:val="superscript"/>
        </w:rPr>
        <w:t>9</w:t>
      </w:r>
      <w:r>
        <w:rPr>
          <w:rFonts w:ascii="Liberation Serif" w:hAnsi="Liberation Serif" w:eastAsia="Liberation Serif"/>
          <w:color w:val="20262E"/>
          <w:sz w:val="18"/>
        </w:rPr>
        <w:t xml:space="preserve"> And thou shalt write them upon the posts of thy house, and on thy gates.</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for sleep, travel, home prayer, family intercession, danger, or fear about spiritual attack.</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Ask for God's protection, dedicate the household to Christ, practice ordinary safety, remove one's own harmful materials, and cultivate peace, truth, and prayer in the home.</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Protection promises do not authorize recklessness or guarantee exemption from all suffering. Use locks, doctors, emergency services, safeguarding, and lawful protection.</w:t>
      </w:r>
    </w:p>
    <w:p>
      <w:pPr>
        <w:pStyle w:val="ScriptureReference"/>
        <w:keepNext/>
        <w:pBdr>
          <w:bottom w:val="single" w:sz="2" w:space="1" w:color="D5DBE0"/>
        </w:pBdr>
      </w:pPr>
      <w:r>
        <w:t>2 Samuel 22:1-4</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w:t>
      </w:r>
      <w:r>
        <w:rPr>
          <w:rFonts w:ascii="Liberation Serif" w:hAnsi="Liberation Serif" w:eastAsia="Liberation Serif"/>
          <w:color w:val="20262E"/>
          <w:sz w:val="18"/>
        </w:rPr>
        <w:t xml:space="preserve"> And David spake unto the LORD the words of this song in the day that the LORD had delivered him out of the hand of all his enemies, and out of the hand of Saul:</w:t>
      </w:r>
      <w:r>
        <w:t xml:space="preserve"> </w:t>
      </w:r>
      <w:r>
        <w:rPr>
          <w:rFonts w:ascii="Liberation Sans" w:hAnsi="Liberation Sans" w:eastAsia="Liberation Sans"/>
          <w:b/>
          <w:color w:val="A67833"/>
          <w:sz w:val="15"/>
          <w:vertAlign w:val="superscript"/>
        </w:rPr>
        <w:t>2</w:t>
      </w:r>
      <w:r>
        <w:rPr>
          <w:rFonts w:ascii="Liberation Serif" w:hAnsi="Liberation Serif" w:eastAsia="Liberation Serif"/>
          <w:color w:val="20262E"/>
          <w:sz w:val="18"/>
        </w:rPr>
        <w:t xml:space="preserve"> And he said, The LORD is my rock, and my fortress, and my deliverer;</w:t>
      </w:r>
      <w:r>
        <w:t xml:space="preserve"> </w:t>
      </w:r>
      <w:r>
        <w:rPr>
          <w:rFonts w:ascii="Liberation Sans" w:hAnsi="Liberation Sans" w:eastAsia="Liberation Sans"/>
          <w:b/>
          <w:color w:val="A67833"/>
          <w:sz w:val="15"/>
          <w:vertAlign w:val="superscript"/>
        </w:rPr>
        <w:t>3</w:t>
      </w:r>
      <w:r>
        <w:rPr>
          <w:rFonts w:ascii="Liberation Serif" w:hAnsi="Liberation Serif" w:eastAsia="Liberation Serif"/>
          <w:color w:val="20262E"/>
          <w:sz w:val="18"/>
        </w:rPr>
        <w:t xml:space="preserve"> The God of my rock; in him will I trust: he is my shield, and the horn of my salvation, my high tower, and my refuge, my saviour; thou savest me from violence.</w:t>
      </w:r>
      <w:r>
        <w:t xml:space="preserve"> </w:t>
      </w:r>
      <w:r>
        <w:rPr>
          <w:rFonts w:ascii="Liberation Sans" w:hAnsi="Liberation Sans" w:eastAsia="Liberation Sans"/>
          <w:b/>
          <w:color w:val="A67833"/>
          <w:sz w:val="15"/>
          <w:vertAlign w:val="superscript"/>
        </w:rPr>
        <w:t>4</w:t>
      </w:r>
      <w:r>
        <w:rPr>
          <w:rFonts w:ascii="Liberation Serif" w:hAnsi="Liberation Serif" w:eastAsia="Liberation Serif"/>
          <w:color w:val="20262E"/>
          <w:sz w:val="18"/>
        </w:rPr>
        <w:t xml:space="preserve"> I will call on the LORD, who is worthy to be praised: so shall I be saved from mine enemies.</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for sleep, travel, home prayer, family intercession, danger, or fear about spiritual attack.</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Ask for God's protection, dedicate the household to Christ, practice ordinary safety, remove one's own harmful materials, and cultivate peace, truth, and prayer in the home.</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Protection promises do not authorize recklessness or guarantee exemption from all suffering. Use locks, doctors, emergency services, safeguarding, and lawful protection.</w:t>
      </w:r>
    </w:p>
    <w:p>
      <w:pPr>
        <w:pStyle w:val="ScriptureReference"/>
        <w:keepNext/>
        <w:pBdr>
          <w:bottom w:val="single" w:sz="2" w:space="1" w:color="D5DBE0"/>
        </w:pBdr>
      </w:pPr>
      <w:r>
        <w:t>Psalm 4:8</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8</w:t>
      </w:r>
      <w:r>
        <w:rPr>
          <w:rFonts w:ascii="Liberation Serif" w:hAnsi="Liberation Serif" w:eastAsia="Liberation Serif"/>
          <w:color w:val="20262E"/>
          <w:sz w:val="18"/>
        </w:rPr>
        <w:t xml:space="preserve"> I will both lay me down in peace, and sleep: for thou, LORD, only makest me dwell in safety.</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for sleep, travel, home prayer, family intercession, danger, or fear about spiritual attack.</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Ask for God's protection, dedicate the household to Christ, practice ordinary safety, remove one's own harmful materials, and cultivate peace, truth, and prayer in the home.</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Protection promises do not authorize recklessness or guarantee exemption from all suffering. Use locks, doctors, emergency services, safeguarding, and lawful protection.</w:t>
      </w:r>
    </w:p>
    <w:p>
      <w:pPr>
        <w:pStyle w:val="ScriptureReference"/>
        <w:keepNext/>
        <w:pBdr>
          <w:bottom w:val="single" w:sz="2" w:space="1" w:color="D5DBE0"/>
        </w:pBdr>
      </w:pPr>
      <w:r>
        <w:t>Psalm 23:1-6</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w:t>
      </w:r>
      <w:r>
        <w:rPr>
          <w:rFonts w:ascii="Liberation Serif" w:hAnsi="Liberation Serif" w:eastAsia="Liberation Serif"/>
          <w:color w:val="20262E"/>
          <w:sz w:val="18"/>
        </w:rPr>
        <w:t xml:space="preserve"> A Psalm of David. The LORD is my shepherd; I shall not want.</w:t>
      </w:r>
      <w:r>
        <w:t xml:space="preserve"> </w:t>
      </w:r>
      <w:r>
        <w:rPr>
          <w:rFonts w:ascii="Liberation Sans" w:hAnsi="Liberation Sans" w:eastAsia="Liberation Sans"/>
          <w:b/>
          <w:color w:val="A67833"/>
          <w:sz w:val="15"/>
          <w:vertAlign w:val="superscript"/>
        </w:rPr>
        <w:t>2</w:t>
      </w:r>
      <w:r>
        <w:rPr>
          <w:rFonts w:ascii="Liberation Serif" w:hAnsi="Liberation Serif" w:eastAsia="Liberation Serif"/>
          <w:color w:val="20262E"/>
          <w:sz w:val="18"/>
        </w:rPr>
        <w:t xml:space="preserve"> He maketh me to lie down in green pastures: he leadeth me beside the still waters.</w:t>
      </w:r>
      <w:r>
        <w:t xml:space="preserve"> </w:t>
      </w:r>
      <w:r>
        <w:rPr>
          <w:rFonts w:ascii="Liberation Sans" w:hAnsi="Liberation Sans" w:eastAsia="Liberation Sans"/>
          <w:b/>
          <w:color w:val="A67833"/>
          <w:sz w:val="15"/>
          <w:vertAlign w:val="superscript"/>
        </w:rPr>
        <w:t>3</w:t>
      </w:r>
      <w:r>
        <w:rPr>
          <w:rFonts w:ascii="Liberation Serif" w:hAnsi="Liberation Serif" w:eastAsia="Liberation Serif"/>
          <w:color w:val="20262E"/>
          <w:sz w:val="18"/>
        </w:rPr>
        <w:t xml:space="preserve"> He restoreth my soul: he leadeth me in the paths of righteousness for his name's sake.</w:t>
      </w:r>
      <w:r>
        <w:t xml:space="preserve"> </w:t>
      </w:r>
      <w:r>
        <w:rPr>
          <w:rFonts w:ascii="Liberation Sans" w:hAnsi="Liberation Sans" w:eastAsia="Liberation Sans"/>
          <w:b/>
          <w:color w:val="A67833"/>
          <w:sz w:val="15"/>
          <w:vertAlign w:val="superscript"/>
        </w:rPr>
        <w:t>4</w:t>
      </w:r>
      <w:r>
        <w:rPr>
          <w:rFonts w:ascii="Liberation Serif" w:hAnsi="Liberation Serif" w:eastAsia="Liberation Serif"/>
          <w:color w:val="20262E"/>
          <w:sz w:val="18"/>
        </w:rPr>
        <w:t xml:space="preserve"> Yea, though I walk through the valley of the shadow of death, I will fear no evil: for thou art with me; thy rod and thy staff they comfort me.</w:t>
      </w:r>
      <w:r>
        <w:t xml:space="preserve"> </w:t>
      </w:r>
      <w:r>
        <w:rPr>
          <w:rFonts w:ascii="Liberation Sans" w:hAnsi="Liberation Sans" w:eastAsia="Liberation Sans"/>
          <w:b/>
          <w:color w:val="A67833"/>
          <w:sz w:val="15"/>
          <w:vertAlign w:val="superscript"/>
        </w:rPr>
        <w:t>5</w:t>
      </w:r>
      <w:r>
        <w:rPr>
          <w:rFonts w:ascii="Liberation Serif" w:hAnsi="Liberation Serif" w:eastAsia="Liberation Serif"/>
          <w:color w:val="20262E"/>
          <w:sz w:val="18"/>
        </w:rPr>
        <w:t xml:space="preserve"> Thou preparest a table before me in the presence of mine enemies: thou anointest my head with oil; my cup runneth over.</w:t>
      </w:r>
      <w:r>
        <w:t xml:space="preserve"> </w:t>
      </w:r>
      <w:r>
        <w:rPr>
          <w:rFonts w:ascii="Liberation Sans" w:hAnsi="Liberation Sans" w:eastAsia="Liberation Sans"/>
          <w:b/>
          <w:color w:val="A67833"/>
          <w:sz w:val="15"/>
          <w:vertAlign w:val="superscript"/>
        </w:rPr>
        <w:t>6</w:t>
      </w:r>
      <w:r>
        <w:rPr>
          <w:rFonts w:ascii="Liberation Serif" w:hAnsi="Liberation Serif" w:eastAsia="Liberation Serif"/>
          <w:color w:val="20262E"/>
          <w:sz w:val="18"/>
        </w:rPr>
        <w:t xml:space="preserve"> Surely goodness and mercy shall follow me all the days of my life: and I will dwell in the house of the LORD for ever.</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for sleep, travel, home prayer, family intercession, danger, or fear about spiritual attack.</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Ask for God's protection, dedicate the household to Christ, practice ordinary safety, remove one's own harmful materials, and cultivate peace, truth, and prayer in the home.</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Protection promises do not authorize recklessness or guarantee exemption from all suffering. Use locks, doctors, emergency services, safeguarding, and lawful protection.</w:t>
      </w:r>
    </w:p>
    <w:p>
      <w:pPr>
        <w:pStyle w:val="ScriptureReference"/>
        <w:keepNext/>
        <w:pBdr>
          <w:bottom w:val="single" w:sz="2" w:space="1" w:color="D5DBE0"/>
        </w:pBdr>
      </w:pPr>
      <w:r>
        <w:t>Psalm 34:7</w:t>
      </w:r>
    </w:p>
    <w:p>
      <w:pPr>
        <w:pStyle w:val="EvidenceTag"/>
        <w:keepNext/>
      </w:pPr>
      <w:r>
        <w:t>Evidence A | Source IDs: S01, S07 | Lake Hamilton Bible Camp; Gene and Earline Moody / LHBC</w:t>
      </w:r>
    </w:p>
    <w:p>
      <w:pPr>
        <w:pStyle w:val="ScriptureText"/>
        <w:keepNext/>
      </w:pPr>
      <w:r>
        <w:rPr>
          <w:rFonts w:ascii="Liberation Sans" w:hAnsi="Liberation Sans" w:eastAsia="Liberation Sans"/>
          <w:b/>
          <w:color w:val="A67833"/>
          <w:sz w:val="15"/>
          <w:vertAlign w:val="superscript"/>
        </w:rPr>
        <w:t>7</w:t>
      </w:r>
      <w:r>
        <w:rPr>
          <w:rFonts w:ascii="Liberation Serif" w:hAnsi="Liberation Serif" w:eastAsia="Liberation Serif"/>
          <w:color w:val="20262E"/>
          <w:sz w:val="18"/>
        </w:rPr>
        <w:t xml:space="preserve"> The angel of the LORD encampeth round about them that fear him, and delivereth them.</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for sleep, travel, home prayer, family intercession, danger, or fear about spiritual attack.</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Ask for God's protection, dedicate the household to Christ, practice ordinary safety, remove one's own harmful materials, and cultivate peace, truth, and prayer in the home.</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Protection promises do not authorize recklessness or guarantee exemption from all suffering. Use locks, doctors, emergency services, safeguarding, and lawful protection.</w:t>
      </w:r>
    </w:p>
    <w:p>
      <w:pPr>
        <w:pStyle w:val="ScriptureReference"/>
        <w:keepNext/>
        <w:pBdr>
          <w:bottom w:val="single" w:sz="2" w:space="1" w:color="D5DBE0"/>
        </w:pBdr>
      </w:pPr>
      <w:r>
        <w:t>Psalm 121:1-8</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w:t>
      </w:r>
      <w:r>
        <w:rPr>
          <w:rFonts w:ascii="Liberation Serif" w:hAnsi="Liberation Serif" w:eastAsia="Liberation Serif"/>
          <w:color w:val="20262E"/>
          <w:sz w:val="18"/>
        </w:rPr>
        <w:t xml:space="preserve"> A Song of degrees. I will lift up mine eyes unto the hills, from whence cometh my help.</w:t>
      </w:r>
      <w:r>
        <w:t xml:space="preserve"> </w:t>
      </w:r>
      <w:r>
        <w:rPr>
          <w:rFonts w:ascii="Liberation Sans" w:hAnsi="Liberation Sans" w:eastAsia="Liberation Sans"/>
          <w:b/>
          <w:color w:val="A67833"/>
          <w:sz w:val="15"/>
          <w:vertAlign w:val="superscript"/>
        </w:rPr>
        <w:t>2</w:t>
      </w:r>
      <w:r>
        <w:rPr>
          <w:rFonts w:ascii="Liberation Serif" w:hAnsi="Liberation Serif" w:eastAsia="Liberation Serif"/>
          <w:color w:val="20262E"/>
          <w:sz w:val="18"/>
        </w:rPr>
        <w:t xml:space="preserve"> My help cometh from the LORD, which made heaven and earth.</w:t>
      </w:r>
      <w:r>
        <w:t xml:space="preserve"> </w:t>
      </w:r>
      <w:r>
        <w:rPr>
          <w:rFonts w:ascii="Liberation Sans" w:hAnsi="Liberation Sans" w:eastAsia="Liberation Sans"/>
          <w:b/>
          <w:color w:val="A67833"/>
          <w:sz w:val="15"/>
          <w:vertAlign w:val="superscript"/>
        </w:rPr>
        <w:t>3</w:t>
      </w:r>
      <w:r>
        <w:rPr>
          <w:rFonts w:ascii="Liberation Serif" w:hAnsi="Liberation Serif" w:eastAsia="Liberation Serif"/>
          <w:color w:val="20262E"/>
          <w:sz w:val="18"/>
        </w:rPr>
        <w:t xml:space="preserve"> He will not suffer thy foot to be moved: he that keepeth thee will not slumber.</w:t>
      </w:r>
      <w:r>
        <w:t xml:space="preserve"> </w:t>
      </w:r>
      <w:r>
        <w:rPr>
          <w:rFonts w:ascii="Liberation Sans" w:hAnsi="Liberation Sans" w:eastAsia="Liberation Sans"/>
          <w:b/>
          <w:color w:val="A67833"/>
          <w:sz w:val="15"/>
          <w:vertAlign w:val="superscript"/>
        </w:rPr>
        <w:t>4</w:t>
      </w:r>
      <w:r>
        <w:rPr>
          <w:rFonts w:ascii="Liberation Serif" w:hAnsi="Liberation Serif" w:eastAsia="Liberation Serif"/>
          <w:color w:val="20262E"/>
          <w:sz w:val="18"/>
        </w:rPr>
        <w:t xml:space="preserve"> Behold, he that keepeth Israel shall neither slumber nor sleep.</w:t>
      </w:r>
      <w:r>
        <w:t xml:space="preserve"> </w:t>
      </w:r>
      <w:r>
        <w:rPr>
          <w:rFonts w:ascii="Liberation Sans" w:hAnsi="Liberation Sans" w:eastAsia="Liberation Sans"/>
          <w:b/>
          <w:color w:val="A67833"/>
          <w:sz w:val="15"/>
          <w:vertAlign w:val="superscript"/>
        </w:rPr>
        <w:t>5</w:t>
      </w:r>
      <w:r>
        <w:rPr>
          <w:rFonts w:ascii="Liberation Serif" w:hAnsi="Liberation Serif" w:eastAsia="Liberation Serif"/>
          <w:color w:val="20262E"/>
          <w:sz w:val="18"/>
        </w:rPr>
        <w:t xml:space="preserve"> The LORD is thy keeper: the LORD is thy shade upon thy right hand.</w:t>
      </w:r>
      <w:r>
        <w:t xml:space="preserve"> </w:t>
      </w:r>
      <w:r>
        <w:rPr>
          <w:rFonts w:ascii="Liberation Sans" w:hAnsi="Liberation Sans" w:eastAsia="Liberation Sans"/>
          <w:b/>
          <w:color w:val="A67833"/>
          <w:sz w:val="15"/>
          <w:vertAlign w:val="superscript"/>
        </w:rPr>
        <w:t>6</w:t>
      </w:r>
      <w:r>
        <w:rPr>
          <w:rFonts w:ascii="Liberation Serif" w:hAnsi="Liberation Serif" w:eastAsia="Liberation Serif"/>
          <w:color w:val="20262E"/>
          <w:sz w:val="18"/>
        </w:rPr>
        <w:t xml:space="preserve"> The sun shall not smite thee by day, nor the moon by night.</w:t>
      </w:r>
      <w:r>
        <w:t xml:space="preserve"> </w:t>
      </w:r>
      <w:r>
        <w:rPr>
          <w:rFonts w:ascii="Liberation Sans" w:hAnsi="Liberation Sans" w:eastAsia="Liberation Sans"/>
          <w:b/>
          <w:color w:val="A67833"/>
          <w:sz w:val="15"/>
          <w:vertAlign w:val="superscript"/>
        </w:rPr>
        <w:t>7</w:t>
      </w:r>
      <w:r>
        <w:rPr>
          <w:rFonts w:ascii="Liberation Serif" w:hAnsi="Liberation Serif" w:eastAsia="Liberation Serif"/>
          <w:color w:val="20262E"/>
          <w:sz w:val="18"/>
        </w:rPr>
        <w:t xml:space="preserve"> The LORD shall preserve thee from all evil: he shall preserve thy soul.</w:t>
      </w:r>
      <w:r>
        <w:t xml:space="preserve"> </w:t>
      </w:r>
      <w:r>
        <w:rPr>
          <w:rFonts w:ascii="Liberation Sans" w:hAnsi="Liberation Sans" w:eastAsia="Liberation Sans"/>
          <w:b/>
          <w:color w:val="A67833"/>
          <w:sz w:val="15"/>
          <w:vertAlign w:val="superscript"/>
        </w:rPr>
        <w:t>8</w:t>
      </w:r>
      <w:r>
        <w:rPr>
          <w:rFonts w:ascii="Liberation Serif" w:hAnsi="Liberation Serif" w:eastAsia="Liberation Serif"/>
          <w:color w:val="20262E"/>
          <w:sz w:val="18"/>
        </w:rPr>
        <w:t xml:space="preserve"> The LORD shall preserve thy going out and thy coming in from this time forth, and even for evermore.</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for sleep, travel, home prayer, family intercession, danger, or fear about spiritual attack.</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Ask for God's protection, dedicate the household to Christ, practice ordinary safety, remove one's own harmful materials, and cultivate peace, truth, and prayer in the home.</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Protection promises do not authorize recklessness or guarantee exemption from all suffering. Use locks, doctors, emergency services, safeguarding, and lawful protection.</w:t>
      </w:r>
    </w:p>
    <w:p>
      <w:pPr>
        <w:pStyle w:val="ScriptureReference"/>
        <w:keepNext/>
        <w:pBdr>
          <w:bottom w:val="single" w:sz="2" w:space="1" w:color="D5DBE0"/>
        </w:pBdr>
      </w:pPr>
      <w:r>
        <w:t>Proverbs 18:10</w:t>
      </w:r>
    </w:p>
    <w:p>
      <w:pPr>
        <w:pStyle w:val="EvidenceTag"/>
        <w:keepNext/>
      </w:pPr>
      <w:r>
        <w:t>Evidence A | Source IDs: S07 | Gene and Earline Moody / LHBC</w:t>
      </w:r>
    </w:p>
    <w:p>
      <w:pPr>
        <w:pStyle w:val="ScriptureText"/>
        <w:keepNext/>
      </w:pPr>
      <w:r>
        <w:rPr>
          <w:rFonts w:ascii="Liberation Sans" w:hAnsi="Liberation Sans" w:eastAsia="Liberation Sans"/>
          <w:b/>
          <w:color w:val="A67833"/>
          <w:sz w:val="15"/>
          <w:vertAlign w:val="superscript"/>
        </w:rPr>
        <w:t>10</w:t>
      </w:r>
      <w:r>
        <w:rPr>
          <w:rFonts w:ascii="Liberation Serif" w:hAnsi="Liberation Serif" w:eastAsia="Liberation Serif"/>
          <w:color w:val="20262E"/>
          <w:sz w:val="18"/>
        </w:rPr>
        <w:t xml:space="preserve"> The name of the LORD is a strong tower: the righteous runneth into it, and is safe.</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for sleep, travel, home prayer, family intercession, danger, or fear about spiritual attack.</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Ask for God's protection, dedicate the household to Christ, practice ordinary safety, remove one's own harmful materials, and cultivate peace, truth, and prayer in the home.</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Protection promises do not authorize recklessness or guarantee exemption from all suffering. Use locks, doctors, emergency services, safeguarding, and lawful protection.</w:t>
      </w:r>
    </w:p>
    <w:p>
      <w:pPr>
        <w:pStyle w:val="ScriptureReference"/>
        <w:keepNext/>
        <w:pBdr>
          <w:bottom w:val="single" w:sz="2" w:space="1" w:color="D5DBE0"/>
        </w:pBdr>
      </w:pPr>
      <w:r>
        <w:t>Zechariah 2:5</w:t>
      </w:r>
    </w:p>
    <w:p>
      <w:pPr>
        <w:pStyle w:val="EvidenceTag"/>
        <w:keepNext/>
      </w:pPr>
      <w:r>
        <w:t>Evidence A | Source IDs: S01 | Lake Hamilton Bible Camp</w:t>
      </w:r>
    </w:p>
    <w:p>
      <w:pPr>
        <w:pStyle w:val="ScriptureText"/>
        <w:keepNext/>
      </w:pPr>
      <w:r>
        <w:rPr>
          <w:rFonts w:ascii="Liberation Sans" w:hAnsi="Liberation Sans" w:eastAsia="Liberation Sans"/>
          <w:b/>
          <w:color w:val="A67833"/>
          <w:sz w:val="15"/>
          <w:vertAlign w:val="superscript"/>
        </w:rPr>
        <w:t>5</w:t>
      </w:r>
      <w:r>
        <w:rPr>
          <w:rFonts w:ascii="Liberation Serif" w:hAnsi="Liberation Serif" w:eastAsia="Liberation Serif"/>
          <w:color w:val="20262E"/>
          <w:sz w:val="18"/>
        </w:rPr>
        <w:t xml:space="preserve"> For I, saith the LORD, will be unto her a wall of fire round about, and will be the glory in the midst of her.</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For prayer about God's presence and protection around a community or household.</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Ask God to be the protecting presence and glory within; avoid visualizing an automatic magical perimeter.</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The LHBC catalog cites Zechariah 2:4 for the wall of fire, but the phrase occurs in verse 5.</w:t>
      </w:r>
    </w:p>
    <w:p>
      <w:pPr>
        <w:pStyle w:val="ScriptureReference"/>
        <w:keepNext/>
        <w:pBdr>
          <w:bottom w:val="single" w:sz="2" w:space="1" w:color="D5DBE0"/>
        </w:pBdr>
      </w:pPr>
      <w:r>
        <w:t>Matthew 6:13</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13</w:t>
      </w:r>
      <w:r>
        <w:rPr>
          <w:rFonts w:ascii="Liberation Serif" w:hAnsi="Liberation Serif" w:eastAsia="Liberation Serif"/>
          <w:color w:val="20262E"/>
          <w:sz w:val="18"/>
        </w:rPr>
        <w:t xml:space="preserve"> And lead us not into temptation, but deliver us from evil: For thine is the kingdom, and the power, and the glory, for ever. Amen.</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for sleep, travel, home prayer, family intercession, danger, or fear about spiritual attack.</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Ask for God's protection, dedicate the household to Christ, practice ordinary safety, remove one's own harmful materials, and cultivate peace, truth, and prayer in the home.</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Protection promises do not authorize recklessness or guarantee exemption from all suffering. Use locks, doctors, emergency services, safeguarding, and lawful protection.</w:t>
      </w:r>
    </w:p>
    <w:p>
      <w:pPr>
        <w:pStyle w:val="ScriptureReference"/>
        <w:keepNext/>
        <w:pBdr>
          <w:bottom w:val="single" w:sz="2" w:space="1" w:color="D5DBE0"/>
        </w:pBdr>
      </w:pPr>
      <w:r>
        <w:t>John 10:27-30</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27</w:t>
      </w:r>
      <w:r>
        <w:rPr>
          <w:rFonts w:ascii="Liberation Serif" w:hAnsi="Liberation Serif" w:eastAsia="Liberation Serif"/>
          <w:color w:val="20262E"/>
          <w:sz w:val="18"/>
        </w:rPr>
        <w:t xml:space="preserve"> My sheep hear my voice, and I know them, and they follow me:</w:t>
      </w:r>
      <w:r>
        <w:t xml:space="preserve"> </w:t>
      </w:r>
      <w:r>
        <w:rPr>
          <w:rFonts w:ascii="Liberation Sans" w:hAnsi="Liberation Sans" w:eastAsia="Liberation Sans"/>
          <w:b/>
          <w:color w:val="A67833"/>
          <w:sz w:val="15"/>
          <w:vertAlign w:val="superscript"/>
        </w:rPr>
        <w:t>28</w:t>
      </w:r>
      <w:r>
        <w:rPr>
          <w:rFonts w:ascii="Liberation Serif" w:hAnsi="Liberation Serif" w:eastAsia="Liberation Serif"/>
          <w:color w:val="20262E"/>
          <w:sz w:val="18"/>
        </w:rPr>
        <w:t xml:space="preserve"> And I give unto them eternal life; and they shall never perish, neither shall any man pluck them out of my hand.</w:t>
      </w:r>
      <w:r>
        <w:t xml:space="preserve"> </w:t>
      </w:r>
      <w:r>
        <w:rPr>
          <w:rFonts w:ascii="Liberation Sans" w:hAnsi="Liberation Sans" w:eastAsia="Liberation Sans"/>
          <w:b/>
          <w:color w:val="A67833"/>
          <w:sz w:val="15"/>
          <w:vertAlign w:val="superscript"/>
        </w:rPr>
        <w:t>29</w:t>
      </w:r>
      <w:r>
        <w:rPr>
          <w:rFonts w:ascii="Liberation Serif" w:hAnsi="Liberation Serif" w:eastAsia="Liberation Serif"/>
          <w:color w:val="20262E"/>
          <w:sz w:val="18"/>
        </w:rPr>
        <w:t xml:space="preserve"> My Father, which gave them me, is greater than all; and no man is able to pluck them out of my Father's hand.</w:t>
      </w:r>
      <w:r>
        <w:t xml:space="preserve"> </w:t>
      </w:r>
      <w:r>
        <w:rPr>
          <w:rFonts w:ascii="Liberation Sans" w:hAnsi="Liberation Sans" w:eastAsia="Liberation Sans"/>
          <w:b/>
          <w:color w:val="A67833"/>
          <w:sz w:val="15"/>
          <w:vertAlign w:val="superscript"/>
        </w:rPr>
        <w:t>30</w:t>
      </w:r>
      <w:r>
        <w:rPr>
          <w:rFonts w:ascii="Liberation Serif" w:hAnsi="Liberation Serif" w:eastAsia="Liberation Serif"/>
          <w:color w:val="20262E"/>
          <w:sz w:val="18"/>
        </w:rPr>
        <w:t xml:space="preserve"> I and my Father are one.</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for sleep, travel, home prayer, family intercession, danger, or fear about spiritual attack.</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Ask for God's protection, dedicate the household to Christ, practice ordinary safety, remove one's own harmful materials, and cultivate peace, truth, and prayer in the home.</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Protection promises do not authorize recklessness or guarantee exemption from all suffering. Use locks, doctors, emergency services, safeguarding, and lawful protection.</w:t>
      </w:r>
    </w:p>
    <w:p>
      <w:pPr>
        <w:pStyle w:val="ScriptureReference"/>
        <w:keepNext/>
        <w:pBdr>
          <w:bottom w:val="single" w:sz="2" w:space="1" w:color="D5DBE0"/>
        </w:pBdr>
      </w:pPr>
      <w:r>
        <w:t>2 Thessalonians 3:1-3</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w:t>
      </w:r>
      <w:r>
        <w:rPr>
          <w:rFonts w:ascii="Liberation Serif" w:hAnsi="Liberation Serif" w:eastAsia="Liberation Serif"/>
          <w:color w:val="20262E"/>
          <w:sz w:val="18"/>
        </w:rPr>
        <w:t xml:space="preserve"> Finally, brethren, pray for us, that the word of the Lord may have free course, and be glorified, even as it is with you:</w:t>
      </w:r>
      <w:r>
        <w:t xml:space="preserve"> </w:t>
      </w:r>
      <w:r>
        <w:rPr>
          <w:rFonts w:ascii="Liberation Sans" w:hAnsi="Liberation Sans" w:eastAsia="Liberation Sans"/>
          <w:b/>
          <w:color w:val="A67833"/>
          <w:sz w:val="15"/>
          <w:vertAlign w:val="superscript"/>
        </w:rPr>
        <w:t>2</w:t>
      </w:r>
      <w:r>
        <w:rPr>
          <w:rFonts w:ascii="Liberation Serif" w:hAnsi="Liberation Serif" w:eastAsia="Liberation Serif"/>
          <w:color w:val="20262E"/>
          <w:sz w:val="18"/>
        </w:rPr>
        <w:t xml:space="preserve"> And that we may be delivered from unreasonable and wicked men: for all men have not faith.</w:t>
      </w:r>
      <w:r>
        <w:t xml:space="preserve"> </w:t>
      </w:r>
      <w:r>
        <w:rPr>
          <w:rFonts w:ascii="Liberation Sans" w:hAnsi="Liberation Sans" w:eastAsia="Liberation Sans"/>
          <w:b/>
          <w:color w:val="A67833"/>
          <w:sz w:val="15"/>
          <w:vertAlign w:val="superscript"/>
        </w:rPr>
        <w:t>3</w:t>
      </w:r>
      <w:r>
        <w:rPr>
          <w:rFonts w:ascii="Liberation Serif" w:hAnsi="Liberation Serif" w:eastAsia="Liberation Serif"/>
          <w:color w:val="20262E"/>
          <w:sz w:val="18"/>
        </w:rPr>
        <w:t xml:space="preserve"> But the Lord is faithful, who shall stablish you, and keep you from evil.</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for sleep, travel, home prayer, family intercession, danger, or fear about spiritual attack.</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Ask for God's protection, dedicate the household to Christ, practice ordinary safety, remove one's own harmful materials, and cultivate peace, truth, and prayer in the home.</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Protection promises do not authorize recklessness or guarantee exemption from all suffering. Use locks, doctors, emergency services, safeguarding, and lawful protection.</w:t>
      </w:r>
    </w:p>
    <w:p>
      <w:pPr>
        <w:pStyle w:val="ScriptureReference"/>
        <w:keepNext/>
        <w:pBdr>
          <w:bottom w:val="single" w:sz="2" w:space="1" w:color="D5DBE0"/>
        </w:pBdr>
      </w:pPr>
      <w:r>
        <w:t>2 Timothy 4:18</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18</w:t>
      </w:r>
      <w:r>
        <w:rPr>
          <w:rFonts w:ascii="Liberation Serif" w:hAnsi="Liberation Serif" w:eastAsia="Liberation Serif"/>
          <w:color w:val="20262E"/>
          <w:sz w:val="18"/>
        </w:rPr>
        <w:t xml:space="preserve"> And the Lord shall deliver me from every evil work, and will preserve me unto his heavenly kingdom: to whom be glory for ever and ever. Amen.</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for sleep, travel, home prayer, family intercession, danger, or fear about spiritual attack.</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Ask for God's protection, dedicate the household to Christ, practice ordinary safety, remove one's own harmful materials, and cultivate peace, truth, and prayer in the home.</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Protection promises do not authorize recklessness or guarantee exemption from all suffering. Use locks, doctors, emergency services, safeguarding, and lawful protection.</w:t>
      </w:r>
    </w:p>
    <w:p>
      <w:pPr>
        <w:pStyle w:val="ScriptureReference"/>
        <w:keepNext/>
        <w:pBdr>
          <w:bottom w:val="single" w:sz="2" w:space="1" w:color="D5DBE0"/>
        </w:pBdr>
      </w:pPr>
      <w:r>
        <w:t>1 Peter 1:5</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5</w:t>
      </w:r>
      <w:r>
        <w:rPr>
          <w:rFonts w:ascii="Liberation Serif" w:hAnsi="Liberation Serif" w:eastAsia="Liberation Serif"/>
          <w:color w:val="20262E"/>
          <w:sz w:val="18"/>
        </w:rPr>
        <w:t xml:space="preserve"> Who are kept by the power of God through faith unto salvation ready to be revealed in the last time.</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for sleep, travel, home prayer, family intercession, danger, or fear about spiritual attack.</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Ask for God's protection, dedicate the household to Christ, practice ordinary safety, remove one's own harmful materials, and cultivate peace, truth, and prayer in the home.</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Protection promises do not authorize recklessness or guarantee exemption from all suffering. Use locks, doctors, emergency services, safeguarding, and lawful protection.</w:t>
      </w:r>
    </w:p>
    <w:p>
      <w:pPr>
        <w:pStyle w:val="Heading1"/>
        <w:keepNext/>
        <w:pageBreakBefore/>
        <w:pBdr>
          <w:bottom w:val="single" w:sz="8" w:space="2" w:color="A67833"/>
        </w:pBdr>
      </w:pPr>
      <w:r>
        <w:t>6.16 Healing and Deliverance: Biblical Overlap without Overdiagnosis</w:t>
      </w:r>
    </w:p>
    <w:p>
      <w:pPr>
        <w:pStyle w:val="Guidance"/>
      </w:pPr>
      <w:r>
        <w:rPr>
          <w:rFonts w:ascii="Liberation Sans" w:hAnsi="Liberation Sans" w:eastAsia="Liberation Sans"/>
          <w:b/>
          <w:color w:val="18324A"/>
          <w:sz w:val="17"/>
        </w:rPr>
        <w:t xml:space="preserve">Use this section when: </w:t>
      </w:r>
      <w:r>
        <w:rPr>
          <w:rFonts w:ascii="Liberation Sans" w:hAnsi="Liberation Sans" w:eastAsia="Liberation Sans"/>
          <w:color w:val="20262E"/>
          <w:sz w:val="17"/>
        </w:rPr>
        <w:t>Use where Scripture explicitly connects oppression and bodily symptoms, or when praying for healing while spiritual concerns are also present.</w:t>
      </w:r>
    </w:p>
    <w:p>
      <w:pPr>
        <w:pStyle w:val="Guidance"/>
      </w:pPr>
      <w:r>
        <w:rPr>
          <w:rFonts w:ascii="Liberation Sans" w:hAnsi="Liberation Sans" w:eastAsia="Liberation Sans"/>
          <w:b/>
          <w:color w:val="18324A"/>
          <w:sz w:val="17"/>
        </w:rPr>
        <w:t xml:space="preserve">Ministry method: </w:t>
      </w:r>
      <w:r>
        <w:rPr>
          <w:rFonts w:ascii="Liberation Sans" w:hAnsi="Liberation Sans" w:eastAsia="Liberation Sans"/>
          <w:color w:val="20262E"/>
          <w:sz w:val="17"/>
        </w:rPr>
        <w:t>Pray for healing and freedom, invite medical evaluation, distinguish what the text actually says, and receive gradual recovery, treatment, and rehabilitation with gratitude.</w:t>
      </w:r>
    </w:p>
    <w:p>
      <w:pPr>
        <w:pStyle w:val="Guidance"/>
      </w:pPr>
      <w:r>
        <w:rPr>
          <w:rFonts w:ascii="Liberation Sans" w:hAnsi="Liberation Sans" w:eastAsia="Liberation Sans"/>
          <w:b/>
          <w:color w:val="18324A"/>
          <w:sz w:val="17"/>
        </w:rPr>
        <w:t xml:space="preserve">Section control: </w:t>
      </w:r>
      <w:r>
        <w:rPr>
          <w:rFonts w:ascii="Liberation Sans" w:hAnsi="Liberation Sans" w:eastAsia="Liberation Sans"/>
          <w:color w:val="20262E"/>
          <w:sz w:val="17"/>
        </w:rPr>
        <w:t>Not every illness is demonic. Never diagnose schizophrenia, dissociative disorders, epilepsy, autism, trauma, or other conditions as demons.</w:t>
      </w:r>
    </w:p>
    <w:p>
      <w:pPr>
        <w:pStyle w:val="SmallNote"/>
      </w:pPr>
      <w:r>
        <w:t>15 operational passage entries</w:t>
      </w:r>
    </w:p>
    <w:p>
      <w:pPr>
        <w:pStyle w:val="ScriptureReference"/>
        <w:keepNext/>
        <w:pBdr>
          <w:bottom w:val="single" w:sz="2" w:space="1" w:color="D5DBE0"/>
        </w:pBdr>
      </w:pPr>
      <w:r>
        <w:t>Exodus 15:26</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26</w:t>
      </w:r>
      <w:r>
        <w:rPr>
          <w:rFonts w:ascii="Liberation Serif" w:hAnsi="Liberation Serif" w:eastAsia="Liberation Serif"/>
          <w:color w:val="20262E"/>
          <w:sz w:val="18"/>
        </w:rPr>
        <w:t xml:space="preserve"> And said, If thou wilt diligently hearken to the voice of the LORD thy God, and wilt do that which is right in his sight, and wilt give ear to his commandments, and keep all his statutes, I will put none of these diseases upon thee, which I have brought upon the Egyptians: for I am the LORD that healeth thee.</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where Scripture explicitly connects oppression and bodily symptoms, or when praying for healing while spiritual concerns are also present.</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Pray for healing and freedom, invite medical evaluation, distinguish what the text actually says, and receive gradual recovery, treatment, and rehabilitation with gratitude.</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Not every illness is demonic. Never diagnose schizophrenia, dissociative disorders, epilepsy, autism, trauma, or other conditions as demons.</w:t>
      </w:r>
    </w:p>
    <w:p>
      <w:pPr>
        <w:pStyle w:val="ScriptureReference"/>
        <w:keepNext/>
        <w:pBdr>
          <w:bottom w:val="single" w:sz="2" w:space="1" w:color="D5DBE0"/>
        </w:pBdr>
      </w:pPr>
      <w:r>
        <w:t>Psalm 103:1-5</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w:t>
      </w:r>
      <w:r>
        <w:rPr>
          <w:rFonts w:ascii="Liberation Serif" w:hAnsi="Liberation Serif" w:eastAsia="Liberation Serif"/>
          <w:color w:val="20262E"/>
          <w:sz w:val="18"/>
        </w:rPr>
        <w:t xml:space="preserve"> A Psalm of David. Bless the LORD, O my soul: and all that is within me, bless his holy name.</w:t>
      </w:r>
      <w:r>
        <w:t xml:space="preserve"> </w:t>
      </w:r>
      <w:r>
        <w:rPr>
          <w:rFonts w:ascii="Liberation Sans" w:hAnsi="Liberation Sans" w:eastAsia="Liberation Sans"/>
          <w:b/>
          <w:color w:val="A67833"/>
          <w:sz w:val="15"/>
          <w:vertAlign w:val="superscript"/>
        </w:rPr>
        <w:t>2</w:t>
      </w:r>
      <w:r>
        <w:rPr>
          <w:rFonts w:ascii="Liberation Serif" w:hAnsi="Liberation Serif" w:eastAsia="Liberation Serif"/>
          <w:color w:val="20262E"/>
          <w:sz w:val="18"/>
        </w:rPr>
        <w:t xml:space="preserve"> Bless the LORD, O my soul, and forget not all his benefits:</w:t>
      </w:r>
      <w:r>
        <w:t xml:space="preserve"> </w:t>
      </w:r>
      <w:r>
        <w:rPr>
          <w:rFonts w:ascii="Liberation Sans" w:hAnsi="Liberation Sans" w:eastAsia="Liberation Sans"/>
          <w:b/>
          <w:color w:val="A67833"/>
          <w:sz w:val="15"/>
          <w:vertAlign w:val="superscript"/>
        </w:rPr>
        <w:t>3</w:t>
      </w:r>
      <w:r>
        <w:rPr>
          <w:rFonts w:ascii="Liberation Serif" w:hAnsi="Liberation Serif" w:eastAsia="Liberation Serif"/>
          <w:color w:val="20262E"/>
          <w:sz w:val="18"/>
        </w:rPr>
        <w:t xml:space="preserve"> Who forgiveth all thine iniquities; who healeth all thy diseases;</w:t>
      </w:r>
      <w:r>
        <w:t xml:space="preserve"> </w:t>
      </w:r>
      <w:r>
        <w:rPr>
          <w:rFonts w:ascii="Liberation Sans" w:hAnsi="Liberation Sans" w:eastAsia="Liberation Sans"/>
          <w:b/>
          <w:color w:val="A67833"/>
          <w:sz w:val="15"/>
          <w:vertAlign w:val="superscript"/>
        </w:rPr>
        <w:t>4</w:t>
      </w:r>
      <w:r>
        <w:rPr>
          <w:rFonts w:ascii="Liberation Serif" w:hAnsi="Liberation Serif" w:eastAsia="Liberation Serif"/>
          <w:color w:val="20262E"/>
          <w:sz w:val="18"/>
        </w:rPr>
        <w:t xml:space="preserve"> Who redeemeth thy life from destruction; who crowneth thee with lovingkindness and tender mercies;</w:t>
      </w:r>
      <w:r>
        <w:t xml:space="preserve"> </w:t>
      </w:r>
      <w:r>
        <w:rPr>
          <w:rFonts w:ascii="Liberation Sans" w:hAnsi="Liberation Sans" w:eastAsia="Liberation Sans"/>
          <w:b/>
          <w:color w:val="A67833"/>
          <w:sz w:val="15"/>
          <w:vertAlign w:val="superscript"/>
        </w:rPr>
        <w:t>5</w:t>
      </w:r>
      <w:r>
        <w:rPr>
          <w:rFonts w:ascii="Liberation Serif" w:hAnsi="Liberation Serif" w:eastAsia="Liberation Serif"/>
          <w:color w:val="20262E"/>
          <w:sz w:val="18"/>
        </w:rPr>
        <w:t xml:space="preserve"> Who satisfieth thy mouth with good things; so that thy youth is renewed like the eagle's.</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where Scripture explicitly connects oppression and bodily symptoms, or when praying for healing while spiritual concerns are also present.</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Pray for healing and freedom, invite medical evaluation, distinguish what the text actually says, and receive gradual recovery, treatment, and rehabilitation with gratitude.</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Not every illness is demonic. Never diagnose schizophrenia, dissociative disorders, epilepsy, autism, trauma, or other conditions as demons.</w:t>
      </w:r>
    </w:p>
    <w:p>
      <w:pPr>
        <w:pStyle w:val="ScriptureReference"/>
        <w:keepNext/>
        <w:pBdr>
          <w:bottom w:val="single" w:sz="2" w:space="1" w:color="D5DBE0"/>
        </w:pBdr>
      </w:pPr>
      <w:r>
        <w:t>Psalm 107:19-21</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19</w:t>
      </w:r>
      <w:r>
        <w:rPr>
          <w:rFonts w:ascii="Liberation Serif" w:hAnsi="Liberation Serif" w:eastAsia="Liberation Serif"/>
          <w:color w:val="20262E"/>
          <w:sz w:val="18"/>
        </w:rPr>
        <w:t xml:space="preserve"> Then they cry unto the LORD in their trouble, and he saveth them out of their distresses.</w:t>
      </w:r>
      <w:r>
        <w:t xml:space="preserve"> </w:t>
      </w:r>
      <w:r>
        <w:rPr>
          <w:rFonts w:ascii="Liberation Sans" w:hAnsi="Liberation Sans" w:eastAsia="Liberation Sans"/>
          <w:b/>
          <w:color w:val="A67833"/>
          <w:sz w:val="15"/>
          <w:vertAlign w:val="superscript"/>
        </w:rPr>
        <w:t>20</w:t>
      </w:r>
      <w:r>
        <w:rPr>
          <w:rFonts w:ascii="Liberation Serif" w:hAnsi="Liberation Serif" w:eastAsia="Liberation Serif"/>
          <w:color w:val="20262E"/>
          <w:sz w:val="18"/>
        </w:rPr>
        <w:t xml:space="preserve"> He sent his word, and healed them, and delivered them from their destructions.</w:t>
      </w:r>
      <w:r>
        <w:t xml:space="preserve"> </w:t>
      </w:r>
      <w:r>
        <w:rPr>
          <w:rFonts w:ascii="Liberation Sans" w:hAnsi="Liberation Sans" w:eastAsia="Liberation Sans"/>
          <w:b/>
          <w:color w:val="A67833"/>
          <w:sz w:val="15"/>
          <w:vertAlign w:val="superscript"/>
        </w:rPr>
        <w:t>21</w:t>
      </w:r>
      <w:r>
        <w:rPr>
          <w:rFonts w:ascii="Liberation Serif" w:hAnsi="Liberation Serif" w:eastAsia="Liberation Serif"/>
          <w:color w:val="20262E"/>
          <w:sz w:val="18"/>
        </w:rPr>
        <w:t xml:space="preserve"> Oh that men would praise the LORD for his goodness, and for his wonderful works to the children of men!</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where Scripture explicitly connects oppression and bodily symptoms, or when praying for healing while spiritual concerns are also present.</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Pray for healing and freedom, invite medical evaluation, distinguish what the text actually says, and receive gradual recovery, treatment, and rehabilitation with gratitude.</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Not every illness is demonic. Never diagnose schizophrenia, dissociative disorders, epilepsy, autism, trauma, or other conditions as demons.</w:t>
      </w:r>
    </w:p>
    <w:p>
      <w:pPr>
        <w:pStyle w:val="ScriptureReference"/>
        <w:keepNext/>
        <w:pBdr>
          <w:bottom w:val="single" w:sz="2" w:space="1" w:color="D5DBE0"/>
        </w:pBdr>
      </w:pPr>
      <w:r>
        <w:t>Isaiah 53:4-5</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4</w:t>
      </w:r>
      <w:r>
        <w:rPr>
          <w:rFonts w:ascii="Liberation Serif" w:hAnsi="Liberation Serif" w:eastAsia="Liberation Serif"/>
          <w:color w:val="20262E"/>
          <w:sz w:val="18"/>
        </w:rPr>
        <w:t xml:space="preserve"> Surely he hath borne our griefs, and carried our sorrows: yet we did esteem him stricken, smitten of God, and afflicted.</w:t>
      </w:r>
      <w:r>
        <w:t xml:space="preserve"> </w:t>
      </w:r>
      <w:r>
        <w:rPr>
          <w:rFonts w:ascii="Liberation Sans" w:hAnsi="Liberation Sans" w:eastAsia="Liberation Sans"/>
          <w:b/>
          <w:color w:val="A67833"/>
          <w:sz w:val="15"/>
          <w:vertAlign w:val="superscript"/>
        </w:rPr>
        <w:t>5</w:t>
      </w:r>
      <w:r>
        <w:rPr>
          <w:rFonts w:ascii="Liberation Serif" w:hAnsi="Liberation Serif" w:eastAsia="Liberation Serif"/>
          <w:color w:val="20262E"/>
          <w:sz w:val="18"/>
        </w:rPr>
        <w:t xml:space="preserve"> But he was wounded for our transgressions, he was bruised for our iniquities: the chastisement of our peace was upon him; and with his stripes we are healed.</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where Scripture explicitly connects oppression and bodily symptoms, or when praying for healing while spiritual concerns are also present.</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Pray for healing and freedom, invite medical evaluation, distinguish what the text actually says, and receive gradual recovery, treatment, and rehabilitation with gratitude.</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Not every illness is demonic. Never diagnose schizophrenia, dissociative disorders, epilepsy, autism, trauma, or other conditions as demons.</w:t>
      </w:r>
    </w:p>
    <w:p>
      <w:pPr>
        <w:pStyle w:val="ScriptureReference"/>
        <w:keepNext/>
        <w:pBdr>
          <w:bottom w:val="single" w:sz="2" w:space="1" w:color="D5DBE0"/>
        </w:pBdr>
      </w:pPr>
      <w:r>
        <w:t>Matthew 4:23-24</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23</w:t>
      </w:r>
      <w:r>
        <w:rPr>
          <w:rFonts w:ascii="Liberation Serif" w:hAnsi="Liberation Serif" w:eastAsia="Liberation Serif"/>
          <w:color w:val="20262E"/>
          <w:sz w:val="18"/>
        </w:rPr>
        <w:t xml:space="preserve"> And Jesus went about all Galilee, teaching in their synagogues, and preaching the gospel of the kingdom, and healing all manner of sickness and all manner of disease among the people.</w:t>
      </w:r>
      <w:r>
        <w:t xml:space="preserve"> </w:t>
      </w:r>
      <w:r>
        <w:rPr>
          <w:rFonts w:ascii="Liberation Sans" w:hAnsi="Liberation Sans" w:eastAsia="Liberation Sans"/>
          <w:b/>
          <w:color w:val="A67833"/>
          <w:sz w:val="15"/>
          <w:vertAlign w:val="superscript"/>
        </w:rPr>
        <w:t>24</w:t>
      </w:r>
      <w:r>
        <w:rPr>
          <w:rFonts w:ascii="Liberation Serif" w:hAnsi="Liberation Serif" w:eastAsia="Liberation Serif"/>
          <w:color w:val="20262E"/>
          <w:sz w:val="18"/>
        </w:rPr>
        <w:t xml:space="preserve"> And his fame went throughout all Syria: and they brought unto him all sick people that were taken with divers diseases and torments, and those which were possessed with devils, and those which were lunatick, and those that had the palsy; and he healed them.</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where Scripture explicitly connects oppression and bodily symptoms, or when praying for healing while spiritual concerns are also present.</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Pray for healing and freedom, invite medical evaluation, distinguish what the text actually says, and receive gradual recovery, treatment, and rehabilitation with gratitude.</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Not every illness is demonic. Never diagnose schizophrenia, dissociative disorders, epilepsy, autism, trauma, or other conditions as demons.</w:t>
      </w:r>
    </w:p>
    <w:p>
      <w:pPr>
        <w:pStyle w:val="ScriptureReference"/>
        <w:keepNext/>
        <w:pBdr>
          <w:bottom w:val="single" w:sz="2" w:space="1" w:color="D5DBE0"/>
        </w:pBdr>
      </w:pPr>
      <w:r>
        <w:t>Matthew 8:14-17</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14</w:t>
      </w:r>
      <w:r>
        <w:rPr>
          <w:rFonts w:ascii="Liberation Serif" w:hAnsi="Liberation Serif" w:eastAsia="Liberation Serif"/>
          <w:color w:val="20262E"/>
          <w:sz w:val="18"/>
        </w:rPr>
        <w:t xml:space="preserve"> And when Jesus was come into Peter's house, he saw his wife's mother laid, and sick of a fever.</w:t>
      </w:r>
      <w:r>
        <w:t xml:space="preserve"> </w:t>
      </w:r>
      <w:r>
        <w:rPr>
          <w:rFonts w:ascii="Liberation Sans" w:hAnsi="Liberation Sans" w:eastAsia="Liberation Sans"/>
          <w:b/>
          <w:color w:val="A67833"/>
          <w:sz w:val="15"/>
          <w:vertAlign w:val="superscript"/>
        </w:rPr>
        <w:t>15</w:t>
      </w:r>
      <w:r>
        <w:rPr>
          <w:rFonts w:ascii="Liberation Serif" w:hAnsi="Liberation Serif" w:eastAsia="Liberation Serif"/>
          <w:color w:val="20262E"/>
          <w:sz w:val="18"/>
        </w:rPr>
        <w:t xml:space="preserve"> And he touched her hand, and the fever left her: and she arose, and ministered unto them.</w:t>
      </w:r>
      <w:r>
        <w:t xml:space="preserve"> </w:t>
      </w:r>
      <w:r>
        <w:rPr>
          <w:rFonts w:ascii="Liberation Sans" w:hAnsi="Liberation Sans" w:eastAsia="Liberation Sans"/>
          <w:b/>
          <w:color w:val="A67833"/>
          <w:sz w:val="15"/>
          <w:vertAlign w:val="superscript"/>
        </w:rPr>
        <w:t>16</w:t>
      </w:r>
      <w:r>
        <w:rPr>
          <w:rFonts w:ascii="Liberation Serif" w:hAnsi="Liberation Serif" w:eastAsia="Liberation Serif"/>
          <w:color w:val="20262E"/>
          <w:sz w:val="18"/>
        </w:rPr>
        <w:t xml:space="preserve"> When the even was come, they brought unto him many that were possessed with devils: and he cast out the spirits with his word, and healed all that were sick:</w:t>
      </w:r>
      <w:r>
        <w:t xml:space="preserve"> </w:t>
      </w:r>
      <w:r>
        <w:rPr>
          <w:rFonts w:ascii="Liberation Sans" w:hAnsi="Liberation Sans" w:eastAsia="Liberation Sans"/>
          <w:b/>
          <w:color w:val="A67833"/>
          <w:sz w:val="15"/>
          <w:vertAlign w:val="superscript"/>
        </w:rPr>
        <w:t>17</w:t>
      </w:r>
      <w:r>
        <w:rPr>
          <w:rFonts w:ascii="Liberation Serif" w:hAnsi="Liberation Serif" w:eastAsia="Liberation Serif"/>
          <w:color w:val="20262E"/>
          <w:sz w:val="18"/>
        </w:rPr>
        <w:t xml:space="preserve"> That it might be fulfilled which was spoken by Esaias the prophet, saying, Himself took our infirmities, and bare our sicknesses.</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When praying for healing and studying Jesus' compassion toward sickness and oppression.</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Ask boldly for healing while keeping Isaiah 53 centered on Christ's whole atoning work.</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The text links Jesus' healing ministry with Isaiah 53, but not every illness is thereby diagnosed as demonic.</w:t>
      </w:r>
    </w:p>
    <w:p>
      <w:pPr>
        <w:pStyle w:val="ScriptureReference"/>
        <w:keepNext/>
        <w:pBdr>
          <w:bottom w:val="single" w:sz="2" w:space="1" w:color="D5DBE0"/>
        </w:pBdr>
      </w:pPr>
      <w:r>
        <w:t>Matthew 9:32-35</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32</w:t>
      </w:r>
      <w:r>
        <w:rPr>
          <w:rFonts w:ascii="Liberation Serif" w:hAnsi="Liberation Serif" w:eastAsia="Liberation Serif"/>
          <w:color w:val="20262E"/>
          <w:sz w:val="18"/>
        </w:rPr>
        <w:t xml:space="preserve"> As they went out, behold, they brought to him a dumb man possessed with a devil.</w:t>
      </w:r>
      <w:r>
        <w:t xml:space="preserve"> </w:t>
      </w:r>
      <w:r>
        <w:rPr>
          <w:rFonts w:ascii="Liberation Sans" w:hAnsi="Liberation Sans" w:eastAsia="Liberation Sans"/>
          <w:b/>
          <w:color w:val="A67833"/>
          <w:sz w:val="15"/>
          <w:vertAlign w:val="superscript"/>
        </w:rPr>
        <w:t>33</w:t>
      </w:r>
      <w:r>
        <w:rPr>
          <w:rFonts w:ascii="Liberation Serif" w:hAnsi="Liberation Serif" w:eastAsia="Liberation Serif"/>
          <w:color w:val="20262E"/>
          <w:sz w:val="18"/>
        </w:rPr>
        <w:t xml:space="preserve"> And when the devil was cast out, the dumb spake: and the multitudes marvelled, saying, It was never so seen in Israel.</w:t>
      </w:r>
      <w:r>
        <w:t xml:space="preserve"> </w:t>
      </w:r>
      <w:r>
        <w:rPr>
          <w:rFonts w:ascii="Liberation Sans" w:hAnsi="Liberation Sans" w:eastAsia="Liberation Sans"/>
          <w:b/>
          <w:color w:val="A67833"/>
          <w:sz w:val="15"/>
          <w:vertAlign w:val="superscript"/>
        </w:rPr>
        <w:t>34</w:t>
      </w:r>
      <w:r>
        <w:rPr>
          <w:rFonts w:ascii="Liberation Serif" w:hAnsi="Liberation Serif" w:eastAsia="Liberation Serif"/>
          <w:color w:val="20262E"/>
          <w:sz w:val="18"/>
        </w:rPr>
        <w:t xml:space="preserve"> But the Pharisees said, He casteth out devils through the prince of the devils.</w:t>
      </w:r>
      <w:r>
        <w:t xml:space="preserve"> </w:t>
      </w:r>
      <w:r>
        <w:rPr>
          <w:rFonts w:ascii="Liberation Sans" w:hAnsi="Liberation Sans" w:eastAsia="Liberation Sans"/>
          <w:b/>
          <w:color w:val="A67833"/>
          <w:sz w:val="15"/>
          <w:vertAlign w:val="superscript"/>
        </w:rPr>
        <w:t>35</w:t>
      </w:r>
      <w:r>
        <w:rPr>
          <w:rFonts w:ascii="Liberation Serif" w:hAnsi="Liberation Serif" w:eastAsia="Liberation Serif"/>
          <w:color w:val="20262E"/>
          <w:sz w:val="18"/>
        </w:rPr>
        <w:t xml:space="preserve"> And Jesus went about all the cities and villages, teaching in their synagogues, and preaching the gospel of the kingdom, and healing every sickness and every disease among the people.</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where Scripture explicitly connects oppression and bodily symptoms, or when praying for healing while spiritual concerns are also present.</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Pray for healing and freedom, invite medical evaluation, distinguish what the text actually says, and receive gradual recovery, treatment, and rehabilitation with gratitude.</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Not every illness is demonic. Never diagnose schizophrenia, dissociative disorders, epilepsy, autism, trauma, or other conditions as demons.</w:t>
      </w:r>
    </w:p>
    <w:p>
      <w:pPr>
        <w:pStyle w:val="ScriptureReference"/>
        <w:keepNext/>
        <w:pBdr>
          <w:bottom w:val="single" w:sz="2" w:space="1" w:color="D5DBE0"/>
        </w:pBdr>
      </w:pPr>
      <w:r>
        <w:t>Matthew 12:22-23</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22</w:t>
      </w:r>
      <w:r>
        <w:rPr>
          <w:rFonts w:ascii="Liberation Serif" w:hAnsi="Liberation Serif" w:eastAsia="Liberation Serif"/>
          <w:color w:val="20262E"/>
          <w:sz w:val="18"/>
        </w:rPr>
        <w:t xml:space="preserve"> Then was brought unto him one possessed with a devil, blind, and dumb: and he healed him, insomuch that the blind and dumb both spake and saw.</w:t>
      </w:r>
      <w:r>
        <w:t xml:space="preserve"> </w:t>
      </w:r>
      <w:r>
        <w:rPr>
          <w:rFonts w:ascii="Liberation Sans" w:hAnsi="Liberation Sans" w:eastAsia="Liberation Sans"/>
          <w:b/>
          <w:color w:val="A67833"/>
          <w:sz w:val="15"/>
          <w:vertAlign w:val="superscript"/>
        </w:rPr>
        <w:t>23</w:t>
      </w:r>
      <w:r>
        <w:rPr>
          <w:rFonts w:ascii="Liberation Serif" w:hAnsi="Liberation Serif" w:eastAsia="Liberation Serif"/>
          <w:color w:val="20262E"/>
          <w:sz w:val="18"/>
        </w:rPr>
        <w:t xml:space="preserve"> And all the people were amazed, and said, Is not this the son of David?</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where Scripture explicitly connects oppression and bodily symptoms, or when praying for healing while spiritual concerns are also present.</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Pray for healing and freedom, invite medical evaluation, distinguish what the text actually says, and receive gradual recovery, treatment, and rehabilitation with gratitude.</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Not every illness is demonic. Never diagnose schizophrenia, dissociative disorders, epilepsy, autism, trauma, or other conditions as demons.</w:t>
      </w:r>
    </w:p>
    <w:p>
      <w:pPr>
        <w:pStyle w:val="ScriptureReference"/>
        <w:keepNext/>
        <w:pBdr>
          <w:bottom w:val="single" w:sz="2" w:space="1" w:color="D5DBE0"/>
        </w:pBdr>
      </w:pPr>
      <w:r>
        <w:t>Luke 4:38-41</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38</w:t>
      </w:r>
      <w:r>
        <w:rPr>
          <w:rFonts w:ascii="Liberation Serif" w:hAnsi="Liberation Serif" w:eastAsia="Liberation Serif"/>
          <w:color w:val="20262E"/>
          <w:sz w:val="18"/>
        </w:rPr>
        <w:t xml:space="preserve"> And he arose out of the synagogue, and entered into Simon's house. And Simon's wife's mother was taken with a great fever; and they besought him for her.</w:t>
      </w:r>
      <w:r>
        <w:t xml:space="preserve"> </w:t>
      </w:r>
      <w:r>
        <w:rPr>
          <w:rFonts w:ascii="Liberation Sans" w:hAnsi="Liberation Sans" w:eastAsia="Liberation Sans"/>
          <w:b/>
          <w:color w:val="A67833"/>
          <w:sz w:val="15"/>
          <w:vertAlign w:val="superscript"/>
        </w:rPr>
        <w:t>39</w:t>
      </w:r>
      <w:r>
        <w:rPr>
          <w:rFonts w:ascii="Liberation Serif" w:hAnsi="Liberation Serif" w:eastAsia="Liberation Serif"/>
          <w:color w:val="20262E"/>
          <w:sz w:val="18"/>
        </w:rPr>
        <w:t xml:space="preserve"> And he stood over her, and rebuked the fever; and it left her: and immediately she arose and ministered unto them.</w:t>
      </w:r>
      <w:r>
        <w:t xml:space="preserve"> </w:t>
      </w:r>
      <w:r>
        <w:rPr>
          <w:rFonts w:ascii="Liberation Sans" w:hAnsi="Liberation Sans" w:eastAsia="Liberation Sans"/>
          <w:b/>
          <w:color w:val="A67833"/>
          <w:sz w:val="15"/>
          <w:vertAlign w:val="superscript"/>
        </w:rPr>
        <w:t>40</w:t>
      </w:r>
      <w:r>
        <w:rPr>
          <w:rFonts w:ascii="Liberation Serif" w:hAnsi="Liberation Serif" w:eastAsia="Liberation Serif"/>
          <w:color w:val="20262E"/>
          <w:sz w:val="18"/>
        </w:rPr>
        <w:t xml:space="preserve"> Now when the sun was setting, all they that had any sick with divers diseases brought them unto him; and he laid his hands on every one of them, and healed them.</w:t>
      </w:r>
      <w:r>
        <w:t xml:space="preserve"> </w:t>
      </w:r>
      <w:r>
        <w:rPr>
          <w:rFonts w:ascii="Liberation Sans" w:hAnsi="Liberation Sans" w:eastAsia="Liberation Sans"/>
          <w:b/>
          <w:color w:val="A67833"/>
          <w:sz w:val="15"/>
          <w:vertAlign w:val="superscript"/>
        </w:rPr>
        <w:t>41</w:t>
      </w:r>
      <w:r>
        <w:rPr>
          <w:rFonts w:ascii="Liberation Serif" w:hAnsi="Liberation Serif" w:eastAsia="Liberation Serif"/>
          <w:color w:val="20262E"/>
          <w:sz w:val="18"/>
        </w:rPr>
        <w:t xml:space="preserve"> And devils also came out of many, crying out, and saying, Thou art Christ the Son of God. And he rebuking them suffered them not to speak: for they knew that he was Christ.</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where Scripture explicitly connects oppression and bodily symptoms, or when praying for healing while spiritual concerns are also present.</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Pray for healing and freedom, invite medical evaluation, distinguish what the text actually says, and receive gradual recovery, treatment, and rehabilitation with gratitude.</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Not every illness is demonic. Never diagnose schizophrenia, dissociative disorders, epilepsy, autism, trauma, or other conditions as demons.</w:t>
      </w:r>
    </w:p>
    <w:p>
      <w:pPr>
        <w:pStyle w:val="ScriptureReference"/>
        <w:keepNext/>
        <w:pBdr>
          <w:bottom w:val="single" w:sz="2" w:space="1" w:color="D5DBE0"/>
        </w:pBdr>
      </w:pPr>
      <w:r>
        <w:t>Luke 6:17-19</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17</w:t>
      </w:r>
      <w:r>
        <w:rPr>
          <w:rFonts w:ascii="Liberation Serif" w:hAnsi="Liberation Serif" w:eastAsia="Liberation Serif"/>
          <w:color w:val="20262E"/>
          <w:sz w:val="18"/>
        </w:rPr>
        <w:t xml:space="preserve"> And he came down with them, and stood in the plain, and the company of his disciples, and a great multitude of people out of all Judaea and Jerusalem, and from the sea coast of Tyre and Sidon, which came to hear him, and to be healed of their diseases;</w:t>
      </w:r>
      <w:r>
        <w:t xml:space="preserve"> </w:t>
      </w:r>
      <w:r>
        <w:rPr>
          <w:rFonts w:ascii="Liberation Sans" w:hAnsi="Liberation Sans" w:eastAsia="Liberation Sans"/>
          <w:b/>
          <w:color w:val="A67833"/>
          <w:sz w:val="15"/>
          <w:vertAlign w:val="superscript"/>
        </w:rPr>
        <w:t>18</w:t>
      </w:r>
      <w:r>
        <w:rPr>
          <w:rFonts w:ascii="Liberation Serif" w:hAnsi="Liberation Serif" w:eastAsia="Liberation Serif"/>
          <w:color w:val="20262E"/>
          <w:sz w:val="18"/>
        </w:rPr>
        <w:t xml:space="preserve"> And they that were vexed with unclean spirits: and they were healed.</w:t>
      </w:r>
      <w:r>
        <w:t xml:space="preserve"> </w:t>
      </w:r>
      <w:r>
        <w:rPr>
          <w:rFonts w:ascii="Liberation Sans" w:hAnsi="Liberation Sans" w:eastAsia="Liberation Sans"/>
          <w:b/>
          <w:color w:val="A67833"/>
          <w:sz w:val="15"/>
          <w:vertAlign w:val="superscript"/>
        </w:rPr>
        <w:t>19</w:t>
      </w:r>
      <w:r>
        <w:rPr>
          <w:rFonts w:ascii="Liberation Serif" w:hAnsi="Liberation Serif" w:eastAsia="Liberation Serif"/>
          <w:color w:val="20262E"/>
          <w:sz w:val="18"/>
        </w:rPr>
        <w:t xml:space="preserve"> And the whole multitude sought to touch him: for there went virtue out of him, and healed them all.</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where Scripture explicitly connects oppression and bodily symptoms, or when praying for healing while spiritual concerns are also present.</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Pray for healing and freedom, invite medical evaluation, distinguish what the text actually says, and receive gradual recovery, treatment, and rehabilitation with gratitude.</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Not every illness is demonic. Never diagnose schizophrenia, dissociative disorders, epilepsy, autism, trauma, or other conditions as demons.</w:t>
      </w:r>
    </w:p>
    <w:p>
      <w:pPr>
        <w:pStyle w:val="ScriptureReference"/>
        <w:keepNext/>
        <w:pBdr>
          <w:bottom w:val="single" w:sz="2" w:space="1" w:color="D5DBE0"/>
        </w:pBdr>
      </w:pPr>
      <w:r>
        <w:t>Luke 9:37-43</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37</w:t>
      </w:r>
      <w:r>
        <w:rPr>
          <w:rFonts w:ascii="Liberation Serif" w:hAnsi="Liberation Serif" w:eastAsia="Liberation Serif"/>
          <w:color w:val="20262E"/>
          <w:sz w:val="18"/>
        </w:rPr>
        <w:t xml:space="preserve"> And it came to pass, that on the next day, when they were come down from the hill, much people met him.</w:t>
      </w:r>
      <w:r>
        <w:t xml:space="preserve"> </w:t>
      </w:r>
      <w:r>
        <w:rPr>
          <w:rFonts w:ascii="Liberation Sans" w:hAnsi="Liberation Sans" w:eastAsia="Liberation Sans"/>
          <w:b/>
          <w:color w:val="A67833"/>
          <w:sz w:val="15"/>
          <w:vertAlign w:val="superscript"/>
        </w:rPr>
        <w:t>38</w:t>
      </w:r>
      <w:r>
        <w:rPr>
          <w:rFonts w:ascii="Liberation Serif" w:hAnsi="Liberation Serif" w:eastAsia="Liberation Serif"/>
          <w:color w:val="20262E"/>
          <w:sz w:val="18"/>
        </w:rPr>
        <w:t xml:space="preserve"> And, behold, a man of the company cried out, saying, Master, I beseech thee, look upon my son: for he is mine only child.</w:t>
      </w:r>
      <w:r>
        <w:t xml:space="preserve"> </w:t>
      </w:r>
      <w:r>
        <w:rPr>
          <w:rFonts w:ascii="Liberation Sans" w:hAnsi="Liberation Sans" w:eastAsia="Liberation Sans"/>
          <w:b/>
          <w:color w:val="A67833"/>
          <w:sz w:val="15"/>
          <w:vertAlign w:val="superscript"/>
        </w:rPr>
        <w:t>39</w:t>
      </w:r>
      <w:r>
        <w:rPr>
          <w:rFonts w:ascii="Liberation Serif" w:hAnsi="Liberation Serif" w:eastAsia="Liberation Serif"/>
          <w:color w:val="20262E"/>
          <w:sz w:val="18"/>
        </w:rPr>
        <w:t xml:space="preserve"> And, lo, a spirit taketh him, and he suddenly crieth out; and it teareth him that he foameth again, and bruising him hardly departeth from him.</w:t>
      </w:r>
      <w:r>
        <w:t xml:space="preserve"> </w:t>
      </w:r>
      <w:r>
        <w:rPr>
          <w:rFonts w:ascii="Liberation Sans" w:hAnsi="Liberation Sans" w:eastAsia="Liberation Sans"/>
          <w:b/>
          <w:color w:val="A67833"/>
          <w:sz w:val="15"/>
          <w:vertAlign w:val="superscript"/>
        </w:rPr>
        <w:t>40</w:t>
      </w:r>
      <w:r>
        <w:rPr>
          <w:rFonts w:ascii="Liberation Serif" w:hAnsi="Liberation Serif" w:eastAsia="Liberation Serif"/>
          <w:color w:val="20262E"/>
          <w:sz w:val="18"/>
        </w:rPr>
        <w:t xml:space="preserve"> And I besought thy disciples to cast him out; and they could not.</w:t>
      </w:r>
      <w:r>
        <w:t xml:space="preserve"> </w:t>
      </w:r>
      <w:r>
        <w:rPr>
          <w:rFonts w:ascii="Liberation Sans" w:hAnsi="Liberation Sans" w:eastAsia="Liberation Sans"/>
          <w:b/>
          <w:color w:val="A67833"/>
          <w:sz w:val="15"/>
          <w:vertAlign w:val="superscript"/>
        </w:rPr>
        <w:t>41</w:t>
      </w:r>
      <w:r>
        <w:rPr>
          <w:rFonts w:ascii="Liberation Serif" w:hAnsi="Liberation Serif" w:eastAsia="Liberation Serif"/>
          <w:color w:val="20262E"/>
          <w:sz w:val="18"/>
        </w:rPr>
        <w:t xml:space="preserve"> And Jesus answering said, O faithless and perverse generation, how long shall I be with you, and suffer you? Bring thy son hither.</w:t>
      </w:r>
      <w:r>
        <w:t xml:space="preserve"> </w:t>
      </w:r>
      <w:r>
        <w:rPr>
          <w:rFonts w:ascii="Liberation Sans" w:hAnsi="Liberation Sans" w:eastAsia="Liberation Sans"/>
          <w:b/>
          <w:color w:val="A67833"/>
          <w:sz w:val="15"/>
          <w:vertAlign w:val="superscript"/>
        </w:rPr>
        <w:t>42</w:t>
      </w:r>
      <w:r>
        <w:rPr>
          <w:rFonts w:ascii="Liberation Serif" w:hAnsi="Liberation Serif" w:eastAsia="Liberation Serif"/>
          <w:color w:val="20262E"/>
          <w:sz w:val="18"/>
        </w:rPr>
        <w:t xml:space="preserve"> And as he was yet a coming, the devil threw him down, and tare him. And Jesus rebuked the unclean spirit, and healed the child, and delivered him again to his father.</w:t>
      </w:r>
      <w:r>
        <w:t xml:space="preserve"> </w:t>
      </w:r>
      <w:r>
        <w:rPr>
          <w:rFonts w:ascii="Liberation Sans" w:hAnsi="Liberation Sans" w:eastAsia="Liberation Sans"/>
          <w:b/>
          <w:color w:val="A67833"/>
          <w:sz w:val="15"/>
          <w:vertAlign w:val="superscript"/>
        </w:rPr>
        <w:t>43</w:t>
      </w:r>
      <w:r>
        <w:rPr>
          <w:rFonts w:ascii="Liberation Serif" w:hAnsi="Liberation Serif" w:eastAsia="Liberation Serif"/>
          <w:color w:val="20262E"/>
          <w:sz w:val="18"/>
        </w:rPr>
        <w:t xml:space="preserve"> And they were all amazed at the mighty power of God. But while they wondered every one at all things which Jesus did, he said unto his disciples,</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where Scripture explicitly connects oppression and bodily symptoms, or when praying for healing while spiritual concerns are also present.</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Pray for healing and freedom, invite medical evaluation, distinguish what the text actually says, and receive gradual recovery, treatment, and rehabilitation with gratitude.</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Not every illness is demonic. Never diagnose schizophrenia, dissociative disorders, epilepsy, autism, trauma, or other conditions as demons.</w:t>
      </w:r>
    </w:p>
    <w:p>
      <w:pPr>
        <w:pStyle w:val="ScriptureReference"/>
        <w:keepNext/>
        <w:pBdr>
          <w:bottom w:val="single" w:sz="2" w:space="1" w:color="D5DBE0"/>
        </w:pBdr>
      </w:pPr>
      <w:r>
        <w:t>Acts 5:12-16</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12</w:t>
      </w:r>
      <w:r>
        <w:rPr>
          <w:rFonts w:ascii="Liberation Serif" w:hAnsi="Liberation Serif" w:eastAsia="Liberation Serif"/>
          <w:color w:val="20262E"/>
          <w:sz w:val="18"/>
        </w:rPr>
        <w:t xml:space="preserve"> And by the hands of the apostles were many signs and wonders wrought among the people; (and they were all with one accord in Solomon's porch.</w:t>
      </w:r>
      <w:r>
        <w:t xml:space="preserve"> </w:t>
      </w:r>
      <w:r>
        <w:rPr>
          <w:rFonts w:ascii="Liberation Sans" w:hAnsi="Liberation Sans" w:eastAsia="Liberation Sans"/>
          <w:b/>
          <w:color w:val="A67833"/>
          <w:sz w:val="15"/>
          <w:vertAlign w:val="superscript"/>
        </w:rPr>
        <w:t>13</w:t>
      </w:r>
      <w:r>
        <w:rPr>
          <w:rFonts w:ascii="Liberation Serif" w:hAnsi="Liberation Serif" w:eastAsia="Liberation Serif"/>
          <w:color w:val="20262E"/>
          <w:sz w:val="18"/>
        </w:rPr>
        <w:t xml:space="preserve"> And of the rest durst no man join himself to them: but the people magnified them.</w:t>
      </w:r>
      <w:r>
        <w:t xml:space="preserve"> </w:t>
      </w:r>
      <w:r>
        <w:rPr>
          <w:rFonts w:ascii="Liberation Sans" w:hAnsi="Liberation Sans" w:eastAsia="Liberation Sans"/>
          <w:b/>
          <w:color w:val="A67833"/>
          <w:sz w:val="15"/>
          <w:vertAlign w:val="superscript"/>
        </w:rPr>
        <w:t>14</w:t>
      </w:r>
      <w:r>
        <w:rPr>
          <w:rFonts w:ascii="Liberation Serif" w:hAnsi="Liberation Serif" w:eastAsia="Liberation Serif"/>
          <w:color w:val="20262E"/>
          <w:sz w:val="18"/>
        </w:rPr>
        <w:t xml:space="preserve"> And believers were the more added to the Lord, multitudes both of men and women.)</w:t>
      </w:r>
      <w:r>
        <w:t xml:space="preserve"> </w:t>
      </w:r>
      <w:r>
        <w:rPr>
          <w:rFonts w:ascii="Liberation Sans" w:hAnsi="Liberation Sans" w:eastAsia="Liberation Sans"/>
          <w:b/>
          <w:color w:val="A67833"/>
          <w:sz w:val="15"/>
          <w:vertAlign w:val="superscript"/>
        </w:rPr>
        <w:t>15</w:t>
      </w:r>
      <w:r>
        <w:rPr>
          <w:rFonts w:ascii="Liberation Serif" w:hAnsi="Liberation Serif" w:eastAsia="Liberation Serif"/>
          <w:color w:val="20262E"/>
          <w:sz w:val="18"/>
        </w:rPr>
        <w:t xml:space="preserve"> Insomuch that they brought forth the sick into the streets, and laid them on beds and couches, that at the least the shadow of Peter passing by might overshadow some of them.</w:t>
      </w:r>
      <w:r>
        <w:t xml:space="preserve"> </w:t>
      </w:r>
      <w:r>
        <w:rPr>
          <w:rFonts w:ascii="Liberation Sans" w:hAnsi="Liberation Sans" w:eastAsia="Liberation Sans"/>
          <w:b/>
          <w:color w:val="A67833"/>
          <w:sz w:val="15"/>
          <w:vertAlign w:val="superscript"/>
        </w:rPr>
        <w:t>16</w:t>
      </w:r>
      <w:r>
        <w:rPr>
          <w:rFonts w:ascii="Liberation Serif" w:hAnsi="Liberation Serif" w:eastAsia="Liberation Serif"/>
          <w:color w:val="20262E"/>
          <w:sz w:val="18"/>
        </w:rPr>
        <w:t xml:space="preserve"> There came also a multitude out of the cities round about unto Jerusalem, bringing sick folks, and them which were vexed with unclean spirits: and they were healed every one.</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where Scripture explicitly connects oppression and bodily symptoms, or when praying for healing while spiritual concerns are also present.</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Pray for healing and freedom, invite medical evaluation, distinguish what the text actually says, and receive gradual recovery, treatment, and rehabilitation with gratitude.</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Not every illness is demonic. Never diagnose schizophrenia, dissociative disorders, epilepsy, autism, trauma, or other conditions as demons.</w:t>
      </w:r>
    </w:p>
    <w:p>
      <w:pPr>
        <w:pStyle w:val="ScriptureReference"/>
        <w:keepNext/>
        <w:pBdr>
          <w:bottom w:val="single" w:sz="2" w:space="1" w:color="D5DBE0"/>
        </w:pBdr>
      </w:pPr>
      <w:r>
        <w:t>Acts 10:38</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38</w:t>
      </w:r>
      <w:r>
        <w:rPr>
          <w:rFonts w:ascii="Liberation Serif" w:hAnsi="Liberation Serif" w:eastAsia="Liberation Serif"/>
          <w:color w:val="20262E"/>
          <w:sz w:val="18"/>
        </w:rPr>
        <w:t xml:space="preserve"> How God anointed Jesus of Nazareth with the Holy Ghost and with power: who went about doing good, and healing all that were oppressed of the devil; for God was with him.</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where Scripture explicitly connects oppression and bodily symptoms, or when praying for healing while spiritual concerns are also present.</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Pray for healing and freedom, invite medical evaluation, distinguish what the text actually says, and receive gradual recovery, treatment, and rehabilitation with gratitude.</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Not every illness is demonic. Never diagnose schizophrenia, dissociative disorders, epilepsy, autism, trauma, or other conditions as demons.</w:t>
      </w:r>
    </w:p>
    <w:p>
      <w:pPr>
        <w:pStyle w:val="ScriptureReference"/>
        <w:keepNext/>
        <w:pBdr>
          <w:bottom w:val="single" w:sz="2" w:space="1" w:color="D5DBE0"/>
        </w:pBdr>
      </w:pPr>
      <w:r>
        <w:t>James 5:13-16</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13</w:t>
      </w:r>
      <w:r>
        <w:rPr>
          <w:rFonts w:ascii="Liberation Serif" w:hAnsi="Liberation Serif" w:eastAsia="Liberation Serif"/>
          <w:color w:val="20262E"/>
          <w:sz w:val="18"/>
        </w:rPr>
        <w:t xml:space="preserve"> Is any among you afflicted? let him pray. Is any merry? let him sing psalms.</w:t>
      </w:r>
      <w:r>
        <w:t xml:space="preserve"> </w:t>
      </w:r>
      <w:r>
        <w:rPr>
          <w:rFonts w:ascii="Liberation Sans" w:hAnsi="Liberation Sans" w:eastAsia="Liberation Sans"/>
          <w:b/>
          <w:color w:val="A67833"/>
          <w:sz w:val="15"/>
          <w:vertAlign w:val="superscript"/>
        </w:rPr>
        <w:t>14</w:t>
      </w:r>
      <w:r>
        <w:rPr>
          <w:rFonts w:ascii="Liberation Serif" w:hAnsi="Liberation Serif" w:eastAsia="Liberation Serif"/>
          <w:color w:val="20262E"/>
          <w:sz w:val="18"/>
        </w:rPr>
        <w:t xml:space="preserve"> Is any sick among you? let him call for the elders of the church; and let them pray over him, anointing him with oil in the name of the Lord:</w:t>
      </w:r>
      <w:r>
        <w:t xml:space="preserve"> </w:t>
      </w:r>
      <w:r>
        <w:rPr>
          <w:rFonts w:ascii="Liberation Sans" w:hAnsi="Liberation Sans" w:eastAsia="Liberation Sans"/>
          <w:b/>
          <w:color w:val="A67833"/>
          <w:sz w:val="15"/>
          <w:vertAlign w:val="superscript"/>
        </w:rPr>
        <w:t>15</w:t>
      </w:r>
      <w:r>
        <w:rPr>
          <w:rFonts w:ascii="Liberation Serif" w:hAnsi="Liberation Serif" w:eastAsia="Liberation Serif"/>
          <w:color w:val="20262E"/>
          <w:sz w:val="18"/>
        </w:rPr>
        <w:t xml:space="preserve"> And the prayer of faith shall save the sick, and the Lord shall raise him up; and if he have committed sins, they shall be forgiven him.</w:t>
      </w:r>
      <w:r>
        <w:t xml:space="preserve"> </w:t>
      </w:r>
      <w:r>
        <w:rPr>
          <w:rFonts w:ascii="Liberation Sans" w:hAnsi="Liberation Sans" w:eastAsia="Liberation Sans"/>
          <w:b/>
          <w:color w:val="A67833"/>
          <w:sz w:val="15"/>
          <w:vertAlign w:val="superscript"/>
        </w:rPr>
        <w:t>16</w:t>
      </w:r>
      <w:r>
        <w:rPr>
          <w:rFonts w:ascii="Liberation Serif" w:hAnsi="Liberation Serif" w:eastAsia="Liberation Serif"/>
          <w:color w:val="20262E"/>
          <w:sz w:val="18"/>
        </w:rPr>
        <w:t xml:space="preserve"> Confess your faults one to another, and pray one for another, that ye may be healed. The effectual fervent prayer of a righteous man availeth much.</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For healing prayer within accountable Christian community.</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Invite elders, prayer, anointing, confession, forgiveness, and mutual support while also seeking appropriate care.</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The passage is communal and pastoral; it does not blame a sick person for needing help.</w:t>
      </w:r>
    </w:p>
    <w:p>
      <w:pPr>
        <w:pStyle w:val="ScriptureReference"/>
        <w:keepNext/>
        <w:pBdr>
          <w:bottom w:val="single" w:sz="2" w:space="1" w:color="D5DBE0"/>
        </w:pBdr>
      </w:pPr>
      <w:r>
        <w:t>1 Peter 2:24</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24</w:t>
      </w:r>
      <w:r>
        <w:rPr>
          <w:rFonts w:ascii="Liberation Serif" w:hAnsi="Liberation Serif" w:eastAsia="Liberation Serif"/>
          <w:color w:val="20262E"/>
          <w:sz w:val="18"/>
        </w:rPr>
        <w:t xml:space="preserve"> Who his own self bare our sins in his own body on the tree, that we, being dead to sins, should live unto righteousness: by whose stripes ye were healed.</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where Scripture explicitly connects oppression and bodily symptoms, or when praying for healing while spiritual concerns are also present.</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Pray for healing and freedom, invite medical evaluation, distinguish what the text actually says, and receive gradual recovery, treatment, and rehabilitation with gratitude.</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Not every illness is demonic. Never diagnose schizophrenia, dissociative disorders, epilepsy, autism, trauma, or other conditions as demons.</w:t>
      </w:r>
    </w:p>
    <w:p>
      <w:pPr>
        <w:pStyle w:val="Heading1"/>
        <w:keepNext/>
        <w:pageBreakBefore/>
        <w:pBdr>
          <w:bottom w:val="single" w:sz="8" w:space="2" w:color="A67833"/>
        </w:pBdr>
      </w:pPr>
      <w:r>
        <w:t>6.17 Corporate Intercession, Communities, Nations, and Territorial-Warfare Claims</w:t>
      </w:r>
    </w:p>
    <w:p>
      <w:pPr>
        <w:pStyle w:val="Guidance"/>
      </w:pPr>
      <w:r>
        <w:rPr>
          <w:rFonts w:ascii="Liberation Sans" w:hAnsi="Liberation Sans" w:eastAsia="Liberation Sans"/>
          <w:b/>
          <w:color w:val="18324A"/>
          <w:sz w:val="17"/>
        </w:rPr>
        <w:t xml:space="preserve">Use this section when: </w:t>
      </w:r>
      <w:r>
        <w:rPr>
          <w:rFonts w:ascii="Liberation Sans" w:hAnsi="Liberation Sans" w:eastAsia="Liberation Sans"/>
          <w:color w:val="20262E"/>
          <w:sz w:val="17"/>
        </w:rPr>
        <w:t>Use for church, city, civic, or national intercession and for evaluating claims about principalities over places.</w:t>
      </w:r>
    </w:p>
    <w:p>
      <w:pPr>
        <w:pStyle w:val="Guidance"/>
      </w:pPr>
      <w:r>
        <w:rPr>
          <w:rFonts w:ascii="Liberation Sans" w:hAnsi="Liberation Sans" w:eastAsia="Liberation Sans"/>
          <w:b/>
          <w:color w:val="18324A"/>
          <w:sz w:val="17"/>
        </w:rPr>
        <w:t xml:space="preserve">Ministry method: </w:t>
      </w:r>
      <w:r>
        <w:rPr>
          <w:rFonts w:ascii="Liberation Sans" w:hAnsi="Liberation Sans" w:eastAsia="Liberation Sans"/>
          <w:color w:val="20262E"/>
          <w:sz w:val="17"/>
        </w:rPr>
        <w:t>Confess the church's own sins, pray for leaders and neighbors, proclaim the gospel, practice justice and mercy, and resist evil without demonizing human groups.</w:t>
      </w:r>
    </w:p>
    <w:p>
      <w:pPr>
        <w:pStyle w:val="Guidance"/>
      </w:pPr>
      <w:r>
        <w:rPr>
          <w:rFonts w:ascii="Liberation Sans" w:hAnsi="Liberation Sans" w:eastAsia="Liberation Sans"/>
          <w:b/>
          <w:color w:val="18324A"/>
          <w:sz w:val="17"/>
        </w:rPr>
        <w:t xml:space="preserve">Section control: </w:t>
      </w:r>
      <w:r>
        <w:rPr>
          <w:rFonts w:ascii="Liberation Sans" w:hAnsi="Liberation Sans" w:eastAsia="Liberation Sans"/>
          <w:color w:val="20262E"/>
          <w:sz w:val="17"/>
        </w:rPr>
        <w:t>Daniel 10 does not authorize confident maps of territorial spirits. Avoid naming people, religions, ethnicities, political parties, or neighborhoods as demons.</w:t>
      </w:r>
    </w:p>
    <w:p>
      <w:pPr>
        <w:pStyle w:val="SmallNote"/>
      </w:pPr>
      <w:r>
        <w:t>11 operational passage entries</w:t>
      </w:r>
    </w:p>
    <w:p>
      <w:pPr>
        <w:pStyle w:val="ScriptureReference"/>
        <w:keepNext/>
        <w:pBdr>
          <w:bottom w:val="single" w:sz="2" w:space="1" w:color="D5DBE0"/>
        </w:pBdr>
      </w:pPr>
      <w:r>
        <w:t>Genesis 18:16-33</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16</w:t>
      </w:r>
      <w:r>
        <w:rPr>
          <w:rFonts w:ascii="Liberation Serif" w:hAnsi="Liberation Serif" w:eastAsia="Liberation Serif"/>
          <w:color w:val="20262E"/>
          <w:sz w:val="18"/>
        </w:rPr>
        <w:t xml:space="preserve"> And the men rose up from thence, and looked toward Sodom: and Abraham went with them to bring them on the way.</w:t>
      </w:r>
      <w:r>
        <w:t xml:space="preserve"> </w:t>
      </w:r>
      <w:r>
        <w:rPr>
          <w:rFonts w:ascii="Liberation Sans" w:hAnsi="Liberation Sans" w:eastAsia="Liberation Sans"/>
          <w:b/>
          <w:color w:val="A67833"/>
          <w:sz w:val="15"/>
          <w:vertAlign w:val="superscript"/>
        </w:rPr>
        <w:t>17</w:t>
      </w:r>
      <w:r>
        <w:rPr>
          <w:rFonts w:ascii="Liberation Serif" w:hAnsi="Liberation Serif" w:eastAsia="Liberation Serif"/>
          <w:color w:val="20262E"/>
          <w:sz w:val="18"/>
        </w:rPr>
        <w:t xml:space="preserve"> And the LORD said, Shall I hide from Abraham that thing which I do;</w:t>
      </w:r>
      <w:r>
        <w:t xml:space="preserve"> </w:t>
      </w:r>
      <w:r>
        <w:rPr>
          <w:rFonts w:ascii="Liberation Sans" w:hAnsi="Liberation Sans" w:eastAsia="Liberation Sans"/>
          <w:b/>
          <w:color w:val="A67833"/>
          <w:sz w:val="15"/>
          <w:vertAlign w:val="superscript"/>
        </w:rPr>
        <w:t>18</w:t>
      </w:r>
      <w:r>
        <w:rPr>
          <w:rFonts w:ascii="Liberation Serif" w:hAnsi="Liberation Serif" w:eastAsia="Liberation Serif"/>
          <w:color w:val="20262E"/>
          <w:sz w:val="18"/>
        </w:rPr>
        <w:t xml:space="preserve"> Seeing that Abraham shall surely become a great and mighty nation, and all the nations of the earth shall be blessed in him?</w:t>
      </w:r>
      <w:r>
        <w:t xml:space="preserve"> </w:t>
      </w:r>
      <w:r>
        <w:rPr>
          <w:rFonts w:ascii="Liberation Sans" w:hAnsi="Liberation Sans" w:eastAsia="Liberation Sans"/>
          <w:b/>
          <w:color w:val="A67833"/>
          <w:sz w:val="15"/>
          <w:vertAlign w:val="superscript"/>
        </w:rPr>
        <w:t>19</w:t>
      </w:r>
      <w:r>
        <w:rPr>
          <w:rFonts w:ascii="Liberation Serif" w:hAnsi="Liberation Serif" w:eastAsia="Liberation Serif"/>
          <w:color w:val="20262E"/>
          <w:sz w:val="18"/>
        </w:rPr>
        <w:t xml:space="preserve"> For I know him, that he will command his children and his household after him, and they shall keep the way of the LORD, to do justice and judgment; that the LORD may bring upon Abraham that which he hath spoken of him.</w:t>
      </w:r>
      <w:r>
        <w:t xml:space="preserve"> </w:t>
      </w:r>
      <w:r>
        <w:rPr>
          <w:rFonts w:ascii="Liberation Sans" w:hAnsi="Liberation Sans" w:eastAsia="Liberation Sans"/>
          <w:b/>
          <w:color w:val="A67833"/>
          <w:sz w:val="15"/>
          <w:vertAlign w:val="superscript"/>
        </w:rPr>
        <w:t>20</w:t>
      </w:r>
      <w:r>
        <w:rPr>
          <w:rFonts w:ascii="Liberation Serif" w:hAnsi="Liberation Serif" w:eastAsia="Liberation Serif"/>
          <w:color w:val="20262E"/>
          <w:sz w:val="18"/>
        </w:rPr>
        <w:t xml:space="preserve"> And the LORD said, Because the cry of Sodom and Gomorrah is great, and because their sin is very grievous;</w:t>
      </w:r>
      <w:r>
        <w:t xml:space="preserve"> </w:t>
      </w:r>
      <w:r>
        <w:rPr>
          <w:rFonts w:ascii="Liberation Sans" w:hAnsi="Liberation Sans" w:eastAsia="Liberation Sans"/>
          <w:b/>
          <w:color w:val="A67833"/>
          <w:sz w:val="15"/>
          <w:vertAlign w:val="superscript"/>
        </w:rPr>
        <w:t>21</w:t>
      </w:r>
      <w:r>
        <w:rPr>
          <w:rFonts w:ascii="Liberation Serif" w:hAnsi="Liberation Serif" w:eastAsia="Liberation Serif"/>
          <w:color w:val="20262E"/>
          <w:sz w:val="18"/>
        </w:rPr>
        <w:t xml:space="preserve"> I will go down now, and see whether they have done altogether according to the cry of it, which is come unto me; and if not, I will know.</w:t>
      </w:r>
      <w:r>
        <w:t xml:space="preserve"> </w:t>
      </w:r>
      <w:r>
        <w:rPr>
          <w:rFonts w:ascii="Liberation Sans" w:hAnsi="Liberation Sans" w:eastAsia="Liberation Sans"/>
          <w:b/>
          <w:color w:val="A67833"/>
          <w:sz w:val="15"/>
          <w:vertAlign w:val="superscript"/>
        </w:rPr>
        <w:t>22</w:t>
      </w:r>
      <w:r>
        <w:rPr>
          <w:rFonts w:ascii="Liberation Serif" w:hAnsi="Liberation Serif" w:eastAsia="Liberation Serif"/>
          <w:color w:val="20262E"/>
          <w:sz w:val="18"/>
        </w:rPr>
        <w:t xml:space="preserve"> And the men turned their faces from thence, and went toward Sodom: but Abraham stood yet before the LORD.</w:t>
      </w:r>
      <w:r>
        <w:t xml:space="preserve"> </w:t>
      </w:r>
      <w:r>
        <w:rPr>
          <w:rFonts w:ascii="Liberation Sans" w:hAnsi="Liberation Sans" w:eastAsia="Liberation Sans"/>
          <w:b/>
          <w:color w:val="A67833"/>
          <w:sz w:val="15"/>
          <w:vertAlign w:val="superscript"/>
        </w:rPr>
        <w:t>23</w:t>
      </w:r>
      <w:r>
        <w:rPr>
          <w:rFonts w:ascii="Liberation Serif" w:hAnsi="Liberation Serif" w:eastAsia="Liberation Serif"/>
          <w:color w:val="20262E"/>
          <w:sz w:val="18"/>
        </w:rPr>
        <w:t xml:space="preserve"> And Abraham drew near, and said, Wilt thou also destroy the righteous with the wicked?</w:t>
      </w:r>
      <w:r>
        <w:t xml:space="preserve"> </w:t>
      </w:r>
      <w:r>
        <w:rPr>
          <w:rFonts w:ascii="Liberation Sans" w:hAnsi="Liberation Sans" w:eastAsia="Liberation Sans"/>
          <w:b/>
          <w:color w:val="A67833"/>
          <w:sz w:val="15"/>
          <w:vertAlign w:val="superscript"/>
        </w:rPr>
        <w:t>24</w:t>
      </w:r>
      <w:r>
        <w:rPr>
          <w:rFonts w:ascii="Liberation Serif" w:hAnsi="Liberation Serif" w:eastAsia="Liberation Serif"/>
          <w:color w:val="20262E"/>
          <w:sz w:val="18"/>
        </w:rPr>
        <w:t xml:space="preserve"> Peradventure there be fifty righteous within the city: wilt thou also destroy and not spare the place for the fifty righteous that are therein?</w:t>
      </w:r>
      <w:r>
        <w:t xml:space="preserve"> </w:t>
      </w:r>
      <w:r>
        <w:rPr>
          <w:rFonts w:ascii="Liberation Sans" w:hAnsi="Liberation Sans" w:eastAsia="Liberation Sans"/>
          <w:b/>
          <w:color w:val="A67833"/>
          <w:sz w:val="15"/>
          <w:vertAlign w:val="superscript"/>
        </w:rPr>
        <w:t>25</w:t>
      </w:r>
      <w:r>
        <w:rPr>
          <w:rFonts w:ascii="Liberation Serif" w:hAnsi="Liberation Serif" w:eastAsia="Liberation Serif"/>
          <w:color w:val="20262E"/>
          <w:sz w:val="18"/>
        </w:rPr>
        <w:t xml:space="preserve"> That be far from thee to do after this manner, to slay the righteous with the wicked: and that the righteous should be as the wicked, that be far from thee: Shall not the Judge of all the earth do right?</w:t>
      </w:r>
      <w:r>
        <w:t xml:space="preserve"> </w:t>
      </w:r>
      <w:r>
        <w:rPr>
          <w:rFonts w:ascii="Liberation Sans" w:hAnsi="Liberation Sans" w:eastAsia="Liberation Sans"/>
          <w:b/>
          <w:color w:val="A67833"/>
          <w:sz w:val="15"/>
          <w:vertAlign w:val="superscript"/>
        </w:rPr>
        <w:t>26</w:t>
      </w:r>
      <w:r>
        <w:rPr>
          <w:rFonts w:ascii="Liberation Serif" w:hAnsi="Liberation Serif" w:eastAsia="Liberation Serif"/>
          <w:color w:val="20262E"/>
          <w:sz w:val="18"/>
        </w:rPr>
        <w:t xml:space="preserve"> And the LORD said, If I find in Sodom fifty righteous within the city, then I will spare all the place for their sakes.</w:t>
      </w:r>
      <w:r>
        <w:t xml:space="preserve"> </w:t>
      </w:r>
      <w:r>
        <w:rPr>
          <w:rFonts w:ascii="Liberation Sans" w:hAnsi="Liberation Sans" w:eastAsia="Liberation Sans"/>
          <w:b/>
          <w:color w:val="A67833"/>
          <w:sz w:val="15"/>
          <w:vertAlign w:val="superscript"/>
        </w:rPr>
        <w:t>27</w:t>
      </w:r>
      <w:r>
        <w:rPr>
          <w:rFonts w:ascii="Liberation Serif" w:hAnsi="Liberation Serif" w:eastAsia="Liberation Serif"/>
          <w:color w:val="20262E"/>
          <w:sz w:val="18"/>
        </w:rPr>
        <w:t xml:space="preserve"> And Abraham answered and said, Behold now, I have taken upon me to speak unto the Lord, which am but dust and ashes:</w:t>
      </w:r>
      <w:r>
        <w:t xml:space="preserve"> </w:t>
      </w:r>
      <w:r>
        <w:rPr>
          <w:rFonts w:ascii="Liberation Sans" w:hAnsi="Liberation Sans" w:eastAsia="Liberation Sans"/>
          <w:b/>
          <w:color w:val="A67833"/>
          <w:sz w:val="15"/>
          <w:vertAlign w:val="superscript"/>
        </w:rPr>
        <w:t>28</w:t>
      </w:r>
      <w:r>
        <w:rPr>
          <w:rFonts w:ascii="Liberation Serif" w:hAnsi="Liberation Serif" w:eastAsia="Liberation Serif"/>
          <w:color w:val="20262E"/>
          <w:sz w:val="18"/>
        </w:rPr>
        <w:t xml:space="preserve"> Peradventure there shall lack five of the fifty righteous: wilt thou destroy all the city for lack of five? And he said, If I find there forty and five, I will not destroy it.</w:t>
      </w:r>
      <w:r>
        <w:t xml:space="preserve"> </w:t>
      </w:r>
      <w:r>
        <w:rPr>
          <w:rFonts w:ascii="Liberation Sans" w:hAnsi="Liberation Sans" w:eastAsia="Liberation Sans"/>
          <w:b/>
          <w:color w:val="A67833"/>
          <w:sz w:val="15"/>
          <w:vertAlign w:val="superscript"/>
        </w:rPr>
        <w:t>29</w:t>
      </w:r>
      <w:r>
        <w:rPr>
          <w:rFonts w:ascii="Liberation Serif" w:hAnsi="Liberation Serif" w:eastAsia="Liberation Serif"/>
          <w:color w:val="20262E"/>
          <w:sz w:val="18"/>
        </w:rPr>
        <w:t xml:space="preserve"> And he spake unto him yet again, and said, Peradventure there shall be forty found there. And he said, I will not do it for forty's sake.</w:t>
      </w:r>
      <w:r>
        <w:t xml:space="preserve"> </w:t>
      </w:r>
      <w:r>
        <w:rPr>
          <w:rFonts w:ascii="Liberation Sans" w:hAnsi="Liberation Sans" w:eastAsia="Liberation Sans"/>
          <w:b/>
          <w:color w:val="A67833"/>
          <w:sz w:val="15"/>
          <w:vertAlign w:val="superscript"/>
        </w:rPr>
        <w:t>30</w:t>
      </w:r>
      <w:r>
        <w:rPr>
          <w:rFonts w:ascii="Liberation Serif" w:hAnsi="Liberation Serif" w:eastAsia="Liberation Serif"/>
          <w:color w:val="20262E"/>
          <w:sz w:val="18"/>
        </w:rPr>
        <w:t xml:space="preserve"> And he said unto him, Oh let not the Lord be angry, and I will speak: Peradventure there shall thirty be found there. And he said, I will not do it, if I find thirty there.</w:t>
      </w:r>
      <w:r>
        <w:t xml:space="preserve"> </w:t>
      </w:r>
      <w:r>
        <w:rPr>
          <w:rFonts w:ascii="Liberation Sans" w:hAnsi="Liberation Sans" w:eastAsia="Liberation Sans"/>
          <w:b/>
          <w:color w:val="A67833"/>
          <w:sz w:val="15"/>
          <w:vertAlign w:val="superscript"/>
        </w:rPr>
        <w:t>31</w:t>
      </w:r>
      <w:r>
        <w:rPr>
          <w:rFonts w:ascii="Liberation Serif" w:hAnsi="Liberation Serif" w:eastAsia="Liberation Serif"/>
          <w:color w:val="20262E"/>
          <w:sz w:val="18"/>
        </w:rPr>
        <w:t xml:space="preserve"> And he said, Behold now, I have taken upon me to speak unto the Lord: Peradventure there shall be twenty found there. And he said, I will not destroy it for twenty's sake.</w:t>
      </w:r>
      <w:r>
        <w:t xml:space="preserve"> </w:t>
      </w:r>
      <w:r>
        <w:rPr>
          <w:rFonts w:ascii="Liberation Sans" w:hAnsi="Liberation Sans" w:eastAsia="Liberation Sans"/>
          <w:b/>
          <w:color w:val="A67833"/>
          <w:sz w:val="15"/>
          <w:vertAlign w:val="superscript"/>
        </w:rPr>
        <w:t>32</w:t>
      </w:r>
      <w:r>
        <w:rPr>
          <w:rFonts w:ascii="Liberation Serif" w:hAnsi="Liberation Serif" w:eastAsia="Liberation Serif"/>
          <w:color w:val="20262E"/>
          <w:sz w:val="18"/>
        </w:rPr>
        <w:t xml:space="preserve"> And he said, Oh let not the Lord be angry, and I will speak yet but this once: Peradventure ten shall be found there. And he said, I will not destroy it for ten's sake.</w:t>
      </w:r>
      <w:r>
        <w:t xml:space="preserve"> </w:t>
      </w:r>
      <w:r>
        <w:rPr>
          <w:rFonts w:ascii="Liberation Sans" w:hAnsi="Liberation Sans" w:eastAsia="Liberation Sans"/>
          <w:b/>
          <w:color w:val="A67833"/>
          <w:sz w:val="15"/>
          <w:vertAlign w:val="superscript"/>
        </w:rPr>
        <w:t>33</w:t>
      </w:r>
      <w:r>
        <w:rPr>
          <w:rFonts w:ascii="Liberation Serif" w:hAnsi="Liberation Serif" w:eastAsia="Liberation Serif"/>
          <w:color w:val="20262E"/>
          <w:sz w:val="18"/>
        </w:rPr>
        <w:t xml:space="preserve"> And the LORD went his way, as soon as he had left communing with Abraham: and Abraham returned unto his place.</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for church, city, civic, or national intercession and for evaluating claims about principalities over places.</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Confess the church's own sins, pray for leaders and neighbors, proclaim the gospel, practice justice and mercy, and resist evil without demonizing human groups.</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Daniel 10 does not authorize confident maps of territorial spirits. Avoid naming people, religions, ethnicities, political parties, or neighborhoods as demons.</w:t>
      </w:r>
    </w:p>
    <w:p>
      <w:pPr>
        <w:pStyle w:val="ScriptureReference"/>
        <w:keepNext/>
        <w:pBdr>
          <w:bottom w:val="single" w:sz="2" w:space="1" w:color="D5DBE0"/>
        </w:pBdr>
      </w:pPr>
      <w:r>
        <w:t>Exodus 17:8-16</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8</w:t>
      </w:r>
      <w:r>
        <w:rPr>
          <w:rFonts w:ascii="Liberation Serif" w:hAnsi="Liberation Serif" w:eastAsia="Liberation Serif"/>
          <w:color w:val="20262E"/>
          <w:sz w:val="18"/>
        </w:rPr>
        <w:t xml:space="preserve"> Then came Amalek, and fought with Israel in Rephidim.</w:t>
      </w:r>
      <w:r>
        <w:t xml:space="preserve"> </w:t>
      </w:r>
      <w:r>
        <w:rPr>
          <w:rFonts w:ascii="Liberation Sans" w:hAnsi="Liberation Sans" w:eastAsia="Liberation Sans"/>
          <w:b/>
          <w:color w:val="A67833"/>
          <w:sz w:val="15"/>
          <w:vertAlign w:val="superscript"/>
        </w:rPr>
        <w:t>9</w:t>
      </w:r>
      <w:r>
        <w:rPr>
          <w:rFonts w:ascii="Liberation Serif" w:hAnsi="Liberation Serif" w:eastAsia="Liberation Serif"/>
          <w:color w:val="20262E"/>
          <w:sz w:val="18"/>
        </w:rPr>
        <w:t xml:space="preserve"> And Moses said unto Joshua, Choose us out men, and go out, fight with Amalek: to morrow I will stand on the top of the hill with the rod of God in mine hand.</w:t>
      </w:r>
      <w:r>
        <w:t xml:space="preserve"> </w:t>
      </w:r>
      <w:r>
        <w:rPr>
          <w:rFonts w:ascii="Liberation Sans" w:hAnsi="Liberation Sans" w:eastAsia="Liberation Sans"/>
          <w:b/>
          <w:color w:val="A67833"/>
          <w:sz w:val="15"/>
          <w:vertAlign w:val="superscript"/>
        </w:rPr>
        <w:t>10</w:t>
      </w:r>
      <w:r>
        <w:rPr>
          <w:rFonts w:ascii="Liberation Serif" w:hAnsi="Liberation Serif" w:eastAsia="Liberation Serif"/>
          <w:color w:val="20262E"/>
          <w:sz w:val="18"/>
        </w:rPr>
        <w:t xml:space="preserve"> So Joshua did as Moses had said to him, and fought with Amalek: and Moses, Aaron, and Hur went up to the top of the hill.</w:t>
      </w:r>
      <w:r>
        <w:t xml:space="preserve"> </w:t>
      </w:r>
      <w:r>
        <w:rPr>
          <w:rFonts w:ascii="Liberation Sans" w:hAnsi="Liberation Sans" w:eastAsia="Liberation Sans"/>
          <w:b/>
          <w:color w:val="A67833"/>
          <w:sz w:val="15"/>
          <w:vertAlign w:val="superscript"/>
        </w:rPr>
        <w:t>11</w:t>
      </w:r>
      <w:r>
        <w:rPr>
          <w:rFonts w:ascii="Liberation Serif" w:hAnsi="Liberation Serif" w:eastAsia="Liberation Serif"/>
          <w:color w:val="20262E"/>
          <w:sz w:val="18"/>
        </w:rPr>
        <w:t xml:space="preserve"> And it came to pass, when Moses held up his hand, that Israel prevailed: and when he let down his hand, Amalek prevailed.</w:t>
      </w:r>
      <w:r>
        <w:t xml:space="preserve"> </w:t>
      </w:r>
      <w:r>
        <w:rPr>
          <w:rFonts w:ascii="Liberation Sans" w:hAnsi="Liberation Sans" w:eastAsia="Liberation Sans"/>
          <w:b/>
          <w:color w:val="A67833"/>
          <w:sz w:val="15"/>
          <w:vertAlign w:val="superscript"/>
        </w:rPr>
        <w:t>12</w:t>
      </w:r>
      <w:r>
        <w:rPr>
          <w:rFonts w:ascii="Liberation Serif" w:hAnsi="Liberation Serif" w:eastAsia="Liberation Serif"/>
          <w:color w:val="20262E"/>
          <w:sz w:val="18"/>
        </w:rPr>
        <w:t xml:space="preserve"> But Moses' hands were heavy; and they took a stone, and put it under him, and he sat thereon; and Aaron and Hur stayed up his hands, the one on the one side, and the other on the other side; and his hands were steady until the going down of the sun.</w:t>
      </w:r>
      <w:r>
        <w:t xml:space="preserve"> </w:t>
      </w:r>
      <w:r>
        <w:rPr>
          <w:rFonts w:ascii="Liberation Sans" w:hAnsi="Liberation Sans" w:eastAsia="Liberation Sans"/>
          <w:b/>
          <w:color w:val="A67833"/>
          <w:sz w:val="15"/>
          <w:vertAlign w:val="superscript"/>
        </w:rPr>
        <w:t>13</w:t>
      </w:r>
      <w:r>
        <w:rPr>
          <w:rFonts w:ascii="Liberation Serif" w:hAnsi="Liberation Serif" w:eastAsia="Liberation Serif"/>
          <w:color w:val="20262E"/>
          <w:sz w:val="18"/>
        </w:rPr>
        <w:t xml:space="preserve"> And Joshua discomfited Amalek and his people with the edge of the sword.</w:t>
      </w:r>
      <w:r>
        <w:t xml:space="preserve"> </w:t>
      </w:r>
      <w:r>
        <w:rPr>
          <w:rFonts w:ascii="Liberation Sans" w:hAnsi="Liberation Sans" w:eastAsia="Liberation Sans"/>
          <w:b/>
          <w:color w:val="A67833"/>
          <w:sz w:val="15"/>
          <w:vertAlign w:val="superscript"/>
        </w:rPr>
        <w:t>14</w:t>
      </w:r>
      <w:r>
        <w:rPr>
          <w:rFonts w:ascii="Liberation Serif" w:hAnsi="Liberation Serif" w:eastAsia="Liberation Serif"/>
          <w:color w:val="20262E"/>
          <w:sz w:val="18"/>
        </w:rPr>
        <w:t xml:space="preserve"> And the LORD said unto Moses, Write this for a memorial in a book, and rehearse it in the ears of Joshua: for I will utterly put out the remembrance of Amalek from under heaven.</w:t>
      </w:r>
      <w:r>
        <w:t xml:space="preserve"> </w:t>
      </w:r>
      <w:r>
        <w:rPr>
          <w:rFonts w:ascii="Liberation Sans" w:hAnsi="Liberation Sans" w:eastAsia="Liberation Sans"/>
          <w:b/>
          <w:color w:val="A67833"/>
          <w:sz w:val="15"/>
          <w:vertAlign w:val="superscript"/>
        </w:rPr>
        <w:t>15</w:t>
      </w:r>
      <w:r>
        <w:rPr>
          <w:rFonts w:ascii="Liberation Serif" w:hAnsi="Liberation Serif" w:eastAsia="Liberation Serif"/>
          <w:color w:val="20262E"/>
          <w:sz w:val="18"/>
        </w:rPr>
        <w:t xml:space="preserve"> And Moses built an altar, and called the name of it Jehovahnissi:</w:t>
      </w:r>
      <w:r>
        <w:t xml:space="preserve"> </w:t>
      </w:r>
      <w:r>
        <w:rPr>
          <w:rFonts w:ascii="Liberation Sans" w:hAnsi="Liberation Sans" w:eastAsia="Liberation Sans"/>
          <w:b/>
          <w:color w:val="A67833"/>
          <w:sz w:val="15"/>
          <w:vertAlign w:val="superscript"/>
        </w:rPr>
        <w:t>16</w:t>
      </w:r>
      <w:r>
        <w:rPr>
          <w:rFonts w:ascii="Liberation Serif" w:hAnsi="Liberation Serif" w:eastAsia="Liberation Serif"/>
          <w:color w:val="20262E"/>
          <w:sz w:val="18"/>
        </w:rPr>
        <w:t xml:space="preserve"> For he said, Because the LORD hath sworn that the LORD will have war with Amalek from generation to generation.</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for church, city, civic, or national intercession and for evaluating claims about principalities over places.</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Confess the church's own sins, pray for leaders and neighbors, proclaim the gospel, practice justice and mercy, and resist evil without demonizing human groups.</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Daniel 10 does not authorize confident maps of territorial spirits. Avoid naming people, religions, ethnicities, political parties, or neighborhoods as demons.</w:t>
      </w:r>
    </w:p>
    <w:p>
      <w:pPr>
        <w:pStyle w:val="ScriptureReference"/>
        <w:keepNext/>
        <w:pBdr>
          <w:bottom w:val="single" w:sz="2" w:space="1" w:color="D5DBE0"/>
        </w:pBdr>
      </w:pPr>
      <w:r>
        <w:t>2 Chronicles 7:13-14</w:t>
      </w:r>
    </w:p>
    <w:p>
      <w:pPr>
        <w:pStyle w:val="EvidenceTag"/>
        <w:keepNext/>
      </w:pPr>
      <w:r>
        <w:t>Evidence A | Source IDs: S02 | Win Worley / LHBC</w:t>
      </w:r>
    </w:p>
    <w:p>
      <w:pPr>
        <w:pStyle w:val="ScriptureText"/>
        <w:keepNext/>
      </w:pPr>
      <w:r>
        <w:rPr>
          <w:rFonts w:ascii="Liberation Sans" w:hAnsi="Liberation Sans" w:eastAsia="Liberation Sans"/>
          <w:b/>
          <w:color w:val="A67833"/>
          <w:sz w:val="15"/>
          <w:vertAlign w:val="superscript"/>
        </w:rPr>
        <w:t>13</w:t>
      </w:r>
      <w:r>
        <w:rPr>
          <w:rFonts w:ascii="Liberation Serif" w:hAnsi="Liberation Serif" w:eastAsia="Liberation Serif"/>
          <w:color w:val="20262E"/>
          <w:sz w:val="18"/>
        </w:rPr>
        <w:t xml:space="preserve"> If I shut up heaven that there be no rain, or if I command the locusts to devour the land, or if I send pestilence among my people;</w:t>
      </w:r>
      <w:r>
        <w:t xml:space="preserve"> </w:t>
      </w:r>
      <w:r>
        <w:rPr>
          <w:rFonts w:ascii="Liberation Sans" w:hAnsi="Liberation Sans" w:eastAsia="Liberation Sans"/>
          <w:b/>
          <w:color w:val="A67833"/>
          <w:sz w:val="15"/>
          <w:vertAlign w:val="superscript"/>
        </w:rPr>
        <w:t>14</w:t>
      </w:r>
      <w:r>
        <w:rPr>
          <w:rFonts w:ascii="Liberation Serif" w:hAnsi="Liberation Serif" w:eastAsia="Liberation Serif"/>
          <w:color w:val="20262E"/>
          <w:sz w:val="18"/>
        </w:rPr>
        <w:t xml:space="preserve"> If my people, which are called by my name, shall humble themselves, and pray, and seek my face, and turn from their wicked ways; then will I hear from heaven, and will forgive their sin, and will heal their land.</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for church, city, civic, or national intercession and for evaluating claims about principalities over places.</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Confess the church's own sins, pray for leaders and neighbors, proclaim the gospel, practice justice and mercy, and resist evil without demonizing human groups.</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Daniel 10 does not authorize confident maps of territorial spirits. Avoid naming people, religions, ethnicities, political parties, or neighborhoods as demons.</w:t>
      </w:r>
    </w:p>
    <w:p>
      <w:pPr>
        <w:pStyle w:val="ScriptureReference"/>
        <w:keepNext/>
        <w:pBdr>
          <w:bottom w:val="single" w:sz="2" w:space="1" w:color="D5DBE0"/>
        </w:pBdr>
      </w:pPr>
      <w:r>
        <w:t>Nehemiah 1:4-11</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4</w:t>
      </w:r>
      <w:r>
        <w:rPr>
          <w:rFonts w:ascii="Liberation Serif" w:hAnsi="Liberation Serif" w:eastAsia="Liberation Serif"/>
          <w:color w:val="20262E"/>
          <w:sz w:val="18"/>
        </w:rPr>
        <w:t xml:space="preserve"> And it came to pass, when I heard these words, that I sat down and wept, and mourned certain days, and fasted, and prayed before the God of heaven,</w:t>
      </w:r>
      <w:r>
        <w:t xml:space="preserve"> </w:t>
      </w:r>
      <w:r>
        <w:rPr>
          <w:rFonts w:ascii="Liberation Sans" w:hAnsi="Liberation Sans" w:eastAsia="Liberation Sans"/>
          <w:b/>
          <w:color w:val="A67833"/>
          <w:sz w:val="15"/>
          <w:vertAlign w:val="superscript"/>
        </w:rPr>
        <w:t>5</w:t>
      </w:r>
      <w:r>
        <w:rPr>
          <w:rFonts w:ascii="Liberation Serif" w:hAnsi="Liberation Serif" w:eastAsia="Liberation Serif"/>
          <w:color w:val="20262E"/>
          <w:sz w:val="18"/>
        </w:rPr>
        <w:t xml:space="preserve"> And said, I beseech thee, O LORD God of heaven, the great and terrible God, that keepeth covenant and mercy for them that love him and observe his commandments:</w:t>
      </w:r>
      <w:r>
        <w:t xml:space="preserve"> </w:t>
      </w:r>
      <w:r>
        <w:rPr>
          <w:rFonts w:ascii="Liberation Sans" w:hAnsi="Liberation Sans" w:eastAsia="Liberation Sans"/>
          <w:b/>
          <w:color w:val="A67833"/>
          <w:sz w:val="15"/>
          <w:vertAlign w:val="superscript"/>
        </w:rPr>
        <w:t>6</w:t>
      </w:r>
      <w:r>
        <w:rPr>
          <w:rFonts w:ascii="Liberation Serif" w:hAnsi="Liberation Serif" w:eastAsia="Liberation Serif"/>
          <w:color w:val="20262E"/>
          <w:sz w:val="18"/>
        </w:rPr>
        <w:t xml:space="preserve"> Let thine ear now be attentive, and thine eyes open, that thou mayest hear the prayer of thy servant, which I pray before thee now, day and night, for the children of Israel thy servants, and confess the sins of the children of Israel, which we have sinned against thee: both I and my father's house have sinned.</w:t>
      </w:r>
      <w:r>
        <w:t xml:space="preserve"> </w:t>
      </w:r>
      <w:r>
        <w:rPr>
          <w:rFonts w:ascii="Liberation Sans" w:hAnsi="Liberation Sans" w:eastAsia="Liberation Sans"/>
          <w:b/>
          <w:color w:val="A67833"/>
          <w:sz w:val="15"/>
          <w:vertAlign w:val="superscript"/>
        </w:rPr>
        <w:t>7</w:t>
      </w:r>
      <w:r>
        <w:rPr>
          <w:rFonts w:ascii="Liberation Serif" w:hAnsi="Liberation Serif" w:eastAsia="Liberation Serif"/>
          <w:color w:val="20262E"/>
          <w:sz w:val="18"/>
        </w:rPr>
        <w:t xml:space="preserve"> We have dealt very corruptly against thee, and have not kept the commandments, nor the statutes, nor the judgments, which thou commandedst thy servant Moses.</w:t>
      </w:r>
      <w:r>
        <w:t xml:space="preserve"> </w:t>
      </w:r>
      <w:r>
        <w:rPr>
          <w:rFonts w:ascii="Liberation Sans" w:hAnsi="Liberation Sans" w:eastAsia="Liberation Sans"/>
          <w:b/>
          <w:color w:val="A67833"/>
          <w:sz w:val="15"/>
          <w:vertAlign w:val="superscript"/>
        </w:rPr>
        <w:t>8</w:t>
      </w:r>
      <w:r>
        <w:rPr>
          <w:rFonts w:ascii="Liberation Serif" w:hAnsi="Liberation Serif" w:eastAsia="Liberation Serif"/>
          <w:color w:val="20262E"/>
          <w:sz w:val="18"/>
        </w:rPr>
        <w:t xml:space="preserve"> Remember, I beseech thee, the word that thou commandedst thy servant Moses, saying, If ye transgress, I will scatter you abroad among the nations:</w:t>
      </w:r>
      <w:r>
        <w:t xml:space="preserve"> </w:t>
      </w:r>
      <w:r>
        <w:rPr>
          <w:rFonts w:ascii="Liberation Sans" w:hAnsi="Liberation Sans" w:eastAsia="Liberation Sans"/>
          <w:b/>
          <w:color w:val="A67833"/>
          <w:sz w:val="15"/>
          <w:vertAlign w:val="superscript"/>
        </w:rPr>
        <w:t>9</w:t>
      </w:r>
      <w:r>
        <w:rPr>
          <w:rFonts w:ascii="Liberation Serif" w:hAnsi="Liberation Serif" w:eastAsia="Liberation Serif"/>
          <w:color w:val="20262E"/>
          <w:sz w:val="18"/>
        </w:rPr>
        <w:t xml:space="preserve"> But if ye turn unto me, and keep my commandments, and do them; though there were of you cast out unto the uttermost part of the heaven, yet will I gather them from thence, and will bring them unto the place that I have chosen to set my name there.</w:t>
      </w:r>
      <w:r>
        <w:t xml:space="preserve"> </w:t>
      </w:r>
      <w:r>
        <w:rPr>
          <w:rFonts w:ascii="Liberation Sans" w:hAnsi="Liberation Sans" w:eastAsia="Liberation Sans"/>
          <w:b/>
          <w:color w:val="A67833"/>
          <w:sz w:val="15"/>
          <w:vertAlign w:val="superscript"/>
        </w:rPr>
        <w:t>10</w:t>
      </w:r>
      <w:r>
        <w:rPr>
          <w:rFonts w:ascii="Liberation Serif" w:hAnsi="Liberation Serif" w:eastAsia="Liberation Serif"/>
          <w:color w:val="20262E"/>
          <w:sz w:val="18"/>
        </w:rPr>
        <w:t xml:space="preserve"> Now these are thy servants and thy people, whom thou hast redeemed by thy great power, and by thy strong hand.</w:t>
      </w:r>
      <w:r>
        <w:t xml:space="preserve"> </w:t>
      </w:r>
      <w:r>
        <w:rPr>
          <w:rFonts w:ascii="Liberation Sans" w:hAnsi="Liberation Sans" w:eastAsia="Liberation Sans"/>
          <w:b/>
          <w:color w:val="A67833"/>
          <w:sz w:val="15"/>
          <w:vertAlign w:val="superscript"/>
        </w:rPr>
        <w:t>11</w:t>
      </w:r>
      <w:r>
        <w:rPr>
          <w:rFonts w:ascii="Liberation Serif" w:hAnsi="Liberation Serif" w:eastAsia="Liberation Serif"/>
          <w:color w:val="20262E"/>
          <w:sz w:val="18"/>
        </w:rPr>
        <w:t xml:space="preserve"> O Lord, I beseech thee, let now thine ear be attentive to the prayer of thy servant, and to the prayer of thy servants, who desire to fear thy name: and prosper, I pray thee, thy servant this day, and grant him mercy in the sight of this man. For I was the king's cupbearer.</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for church, city, civic, or national intercession and for evaluating claims about principalities over places.</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Confess the church's own sins, pray for leaders and neighbors, proclaim the gospel, practice justice and mercy, and resist evil without demonizing human groups.</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Daniel 10 does not authorize confident maps of territorial spirits. Avoid naming people, religions, ethnicities, political parties, or neighborhoods as demons.</w:t>
      </w:r>
    </w:p>
    <w:p>
      <w:pPr>
        <w:pStyle w:val="ScriptureReference"/>
        <w:keepNext/>
        <w:pBdr>
          <w:bottom w:val="single" w:sz="2" w:space="1" w:color="D5DBE0"/>
        </w:pBdr>
      </w:pPr>
      <w:r>
        <w:t>Daniel 10:10-21</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10</w:t>
      </w:r>
      <w:r>
        <w:rPr>
          <w:rFonts w:ascii="Liberation Serif" w:hAnsi="Liberation Serif" w:eastAsia="Liberation Serif"/>
          <w:color w:val="20262E"/>
          <w:sz w:val="18"/>
        </w:rPr>
        <w:t xml:space="preserve"> And, behold, an hand touched me, which set me upon my knees and upon the palms of my hands.</w:t>
      </w:r>
      <w:r>
        <w:t xml:space="preserve"> </w:t>
      </w:r>
      <w:r>
        <w:rPr>
          <w:rFonts w:ascii="Liberation Sans" w:hAnsi="Liberation Sans" w:eastAsia="Liberation Sans"/>
          <w:b/>
          <w:color w:val="A67833"/>
          <w:sz w:val="15"/>
          <w:vertAlign w:val="superscript"/>
        </w:rPr>
        <w:t>11</w:t>
      </w:r>
      <w:r>
        <w:rPr>
          <w:rFonts w:ascii="Liberation Serif" w:hAnsi="Liberation Serif" w:eastAsia="Liberation Serif"/>
          <w:color w:val="20262E"/>
          <w:sz w:val="18"/>
        </w:rPr>
        <w:t xml:space="preserve"> And he said unto me, O Daniel, a man greatly beloved, understand the words that I speak unto thee, and stand upright: for unto thee am I now sent. And when he had spoken this word unto me, I stood trembling.</w:t>
      </w:r>
      <w:r>
        <w:t xml:space="preserve"> </w:t>
      </w:r>
      <w:r>
        <w:rPr>
          <w:rFonts w:ascii="Liberation Sans" w:hAnsi="Liberation Sans" w:eastAsia="Liberation Sans"/>
          <w:b/>
          <w:color w:val="A67833"/>
          <w:sz w:val="15"/>
          <w:vertAlign w:val="superscript"/>
        </w:rPr>
        <w:t>12</w:t>
      </w:r>
      <w:r>
        <w:rPr>
          <w:rFonts w:ascii="Liberation Serif" w:hAnsi="Liberation Serif" w:eastAsia="Liberation Serif"/>
          <w:color w:val="20262E"/>
          <w:sz w:val="18"/>
        </w:rPr>
        <w:t xml:space="preserve"> Then said he unto me, Fear not, Daniel: for from the first day that thou didst set thine heart to understand, and to chasten thyself before thy God, thy words were heard, and I am come for thy words.</w:t>
      </w:r>
      <w:r>
        <w:t xml:space="preserve"> </w:t>
      </w:r>
      <w:r>
        <w:rPr>
          <w:rFonts w:ascii="Liberation Sans" w:hAnsi="Liberation Sans" w:eastAsia="Liberation Sans"/>
          <w:b/>
          <w:color w:val="A67833"/>
          <w:sz w:val="15"/>
          <w:vertAlign w:val="superscript"/>
        </w:rPr>
        <w:t>13</w:t>
      </w:r>
      <w:r>
        <w:rPr>
          <w:rFonts w:ascii="Liberation Serif" w:hAnsi="Liberation Serif" w:eastAsia="Liberation Serif"/>
          <w:color w:val="20262E"/>
          <w:sz w:val="18"/>
        </w:rPr>
        <w:t xml:space="preserve"> But the prince of the kingdom of Persia withstood me one and twenty days: but, lo, Michael, one of the chief princes, came to help me; and I remained there with the kings of Persia.</w:t>
      </w:r>
      <w:r>
        <w:t xml:space="preserve"> </w:t>
      </w:r>
      <w:r>
        <w:rPr>
          <w:rFonts w:ascii="Liberation Sans" w:hAnsi="Liberation Sans" w:eastAsia="Liberation Sans"/>
          <w:b/>
          <w:color w:val="A67833"/>
          <w:sz w:val="15"/>
          <w:vertAlign w:val="superscript"/>
        </w:rPr>
        <w:t>14</w:t>
      </w:r>
      <w:r>
        <w:rPr>
          <w:rFonts w:ascii="Liberation Serif" w:hAnsi="Liberation Serif" w:eastAsia="Liberation Serif"/>
          <w:color w:val="20262E"/>
          <w:sz w:val="18"/>
        </w:rPr>
        <w:t xml:space="preserve"> Now I am come to make thee understand what shall befall thy people in the latter days: for yet the vision is for many days.</w:t>
      </w:r>
      <w:r>
        <w:t xml:space="preserve"> </w:t>
      </w:r>
      <w:r>
        <w:rPr>
          <w:rFonts w:ascii="Liberation Sans" w:hAnsi="Liberation Sans" w:eastAsia="Liberation Sans"/>
          <w:b/>
          <w:color w:val="A67833"/>
          <w:sz w:val="15"/>
          <w:vertAlign w:val="superscript"/>
        </w:rPr>
        <w:t>15</w:t>
      </w:r>
      <w:r>
        <w:rPr>
          <w:rFonts w:ascii="Liberation Serif" w:hAnsi="Liberation Serif" w:eastAsia="Liberation Serif"/>
          <w:color w:val="20262E"/>
          <w:sz w:val="18"/>
        </w:rPr>
        <w:t xml:space="preserve"> And when he had spoken such words unto me, I set my face toward the ground, and I became dumb.</w:t>
      </w:r>
      <w:r>
        <w:t xml:space="preserve"> </w:t>
      </w:r>
      <w:r>
        <w:rPr>
          <w:rFonts w:ascii="Liberation Sans" w:hAnsi="Liberation Sans" w:eastAsia="Liberation Sans"/>
          <w:b/>
          <w:color w:val="A67833"/>
          <w:sz w:val="15"/>
          <w:vertAlign w:val="superscript"/>
        </w:rPr>
        <w:t>16</w:t>
      </w:r>
      <w:r>
        <w:rPr>
          <w:rFonts w:ascii="Liberation Serif" w:hAnsi="Liberation Serif" w:eastAsia="Liberation Serif"/>
          <w:color w:val="20262E"/>
          <w:sz w:val="18"/>
        </w:rPr>
        <w:t xml:space="preserve"> And, behold, one like the similitude of the sons of men touched my lips: then I opened my mouth, and spake, and said unto him that stood before me, O my lord, by the vision my sorrows are turned upon me, and I have retained no strength.</w:t>
      </w:r>
      <w:r>
        <w:t xml:space="preserve"> </w:t>
      </w:r>
      <w:r>
        <w:rPr>
          <w:rFonts w:ascii="Liberation Sans" w:hAnsi="Liberation Sans" w:eastAsia="Liberation Sans"/>
          <w:b/>
          <w:color w:val="A67833"/>
          <w:sz w:val="15"/>
          <w:vertAlign w:val="superscript"/>
        </w:rPr>
        <w:t>17</w:t>
      </w:r>
      <w:r>
        <w:rPr>
          <w:rFonts w:ascii="Liberation Serif" w:hAnsi="Liberation Serif" w:eastAsia="Liberation Serif"/>
          <w:color w:val="20262E"/>
          <w:sz w:val="18"/>
        </w:rPr>
        <w:t xml:space="preserve"> For how can the servant of this my lord talk with this my lord? for as for me, straightway there remained no strength in me, neither is there breath left in me.</w:t>
      </w:r>
      <w:r>
        <w:t xml:space="preserve"> </w:t>
      </w:r>
      <w:r>
        <w:rPr>
          <w:rFonts w:ascii="Liberation Sans" w:hAnsi="Liberation Sans" w:eastAsia="Liberation Sans"/>
          <w:b/>
          <w:color w:val="A67833"/>
          <w:sz w:val="15"/>
          <w:vertAlign w:val="superscript"/>
        </w:rPr>
        <w:t>18</w:t>
      </w:r>
      <w:r>
        <w:rPr>
          <w:rFonts w:ascii="Liberation Serif" w:hAnsi="Liberation Serif" w:eastAsia="Liberation Serif"/>
          <w:color w:val="20262E"/>
          <w:sz w:val="18"/>
        </w:rPr>
        <w:t xml:space="preserve"> Then there came again and touched me one like the appearance of a man, and he strengthened me,</w:t>
      </w:r>
      <w:r>
        <w:t xml:space="preserve"> </w:t>
      </w:r>
      <w:r>
        <w:rPr>
          <w:rFonts w:ascii="Liberation Sans" w:hAnsi="Liberation Sans" w:eastAsia="Liberation Sans"/>
          <w:b/>
          <w:color w:val="A67833"/>
          <w:sz w:val="15"/>
          <w:vertAlign w:val="superscript"/>
        </w:rPr>
        <w:t>19</w:t>
      </w:r>
      <w:r>
        <w:rPr>
          <w:rFonts w:ascii="Liberation Serif" w:hAnsi="Liberation Serif" w:eastAsia="Liberation Serif"/>
          <w:color w:val="20262E"/>
          <w:sz w:val="18"/>
        </w:rPr>
        <w:t xml:space="preserve"> And said, O man greatly beloved, fear not: peace be unto thee, be strong, yea, be strong. And when he had spoken unto me, I was strengthened, and said, Let my lord speak; for thou hast strengthened me.</w:t>
      </w:r>
      <w:r>
        <w:t xml:space="preserve"> </w:t>
      </w:r>
      <w:r>
        <w:rPr>
          <w:rFonts w:ascii="Liberation Sans" w:hAnsi="Liberation Sans" w:eastAsia="Liberation Sans"/>
          <w:b/>
          <w:color w:val="A67833"/>
          <w:sz w:val="15"/>
          <w:vertAlign w:val="superscript"/>
        </w:rPr>
        <w:t>20</w:t>
      </w:r>
      <w:r>
        <w:rPr>
          <w:rFonts w:ascii="Liberation Serif" w:hAnsi="Liberation Serif" w:eastAsia="Liberation Serif"/>
          <w:color w:val="20262E"/>
          <w:sz w:val="18"/>
        </w:rPr>
        <w:t xml:space="preserve"> Then said he, Knowest thou wherefore I come unto thee? and now will I return to fight with the prince of Persia: and when I am gone forth, lo, the prince of Grecia shall come.</w:t>
      </w:r>
      <w:r>
        <w:t xml:space="preserve"> </w:t>
      </w:r>
      <w:r>
        <w:rPr>
          <w:rFonts w:ascii="Liberation Sans" w:hAnsi="Liberation Sans" w:eastAsia="Liberation Sans"/>
          <w:b/>
          <w:color w:val="A67833"/>
          <w:sz w:val="15"/>
          <w:vertAlign w:val="superscript"/>
        </w:rPr>
        <w:t>21</w:t>
      </w:r>
      <w:r>
        <w:rPr>
          <w:rFonts w:ascii="Liberation Serif" w:hAnsi="Liberation Serif" w:eastAsia="Liberation Serif"/>
          <w:color w:val="20262E"/>
          <w:sz w:val="18"/>
        </w:rPr>
        <w:t xml:space="preserve"> But I will shew thee that which is noted in the scripture of truth: and there is none that holdeth with me in these things, but Michael your prince.</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When studying unseen conflict connected with prayer and nations.</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Persevere in prayer and humility while admitting how little the text reveals.</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The passage does not authorize confident territorial-spirit maps, conversations with princes, or attacks on human populations.</w:t>
      </w:r>
    </w:p>
    <w:p>
      <w:pPr>
        <w:pStyle w:val="ScriptureReference"/>
        <w:keepNext/>
        <w:pBdr>
          <w:bottom w:val="single" w:sz="2" w:space="1" w:color="D5DBE0"/>
        </w:pBdr>
      </w:pPr>
      <w:r>
        <w:t>Ezekiel 22:30-31</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30</w:t>
      </w:r>
      <w:r>
        <w:rPr>
          <w:rFonts w:ascii="Liberation Serif" w:hAnsi="Liberation Serif" w:eastAsia="Liberation Serif"/>
          <w:color w:val="20262E"/>
          <w:sz w:val="18"/>
        </w:rPr>
        <w:t xml:space="preserve"> And I sought for a man among them, that should make up the hedge, and stand in the gap before me for the land, that I should not destroy it: but I found none.</w:t>
      </w:r>
      <w:r>
        <w:t xml:space="preserve"> </w:t>
      </w:r>
      <w:r>
        <w:rPr>
          <w:rFonts w:ascii="Liberation Sans" w:hAnsi="Liberation Sans" w:eastAsia="Liberation Sans"/>
          <w:b/>
          <w:color w:val="A67833"/>
          <w:sz w:val="15"/>
          <w:vertAlign w:val="superscript"/>
        </w:rPr>
        <w:t>31</w:t>
      </w:r>
      <w:r>
        <w:rPr>
          <w:rFonts w:ascii="Liberation Serif" w:hAnsi="Liberation Serif" w:eastAsia="Liberation Serif"/>
          <w:color w:val="20262E"/>
          <w:sz w:val="18"/>
        </w:rPr>
        <w:t xml:space="preserve"> Therefore have I poured out mine indignation upon them; I have consumed them with the fire of my wrath: their own way have I recompensed upon their heads, saith the Lord GOD.</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for church, city, civic, or national intercession and for evaluating claims about principalities over places.</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Confess the church's own sins, pray for leaders and neighbors, proclaim the gospel, practice justice and mercy, and resist evil without demonizing human groups.</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Daniel 10 does not authorize confident maps of territorial spirits. Avoid naming people, religions, ethnicities, political parties, or neighborhoods as demons.</w:t>
      </w:r>
    </w:p>
    <w:p>
      <w:pPr>
        <w:pStyle w:val="ScriptureReference"/>
        <w:keepNext/>
        <w:pBdr>
          <w:bottom w:val="single" w:sz="2" w:space="1" w:color="D5DBE0"/>
        </w:pBdr>
      </w:pPr>
      <w:r>
        <w:t>Matthew 5:13-16</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13</w:t>
      </w:r>
      <w:r>
        <w:rPr>
          <w:rFonts w:ascii="Liberation Serif" w:hAnsi="Liberation Serif" w:eastAsia="Liberation Serif"/>
          <w:color w:val="20262E"/>
          <w:sz w:val="18"/>
        </w:rPr>
        <w:t xml:space="preserve"> Ye are the salt of the earth: but if the salt have lost his savour, wherewith shall it be salted? it is thenceforth good for nothing, but to be cast out, and to be trodden under foot of men.</w:t>
      </w:r>
      <w:r>
        <w:t xml:space="preserve"> </w:t>
      </w:r>
      <w:r>
        <w:rPr>
          <w:rFonts w:ascii="Liberation Sans" w:hAnsi="Liberation Sans" w:eastAsia="Liberation Sans"/>
          <w:b/>
          <w:color w:val="A67833"/>
          <w:sz w:val="15"/>
          <w:vertAlign w:val="superscript"/>
        </w:rPr>
        <w:t>14</w:t>
      </w:r>
      <w:r>
        <w:rPr>
          <w:rFonts w:ascii="Liberation Serif" w:hAnsi="Liberation Serif" w:eastAsia="Liberation Serif"/>
          <w:color w:val="20262E"/>
          <w:sz w:val="18"/>
        </w:rPr>
        <w:t xml:space="preserve"> Ye are the light of the world. A city that is set on an hill cannot be hid.</w:t>
      </w:r>
      <w:r>
        <w:t xml:space="preserve"> </w:t>
      </w:r>
      <w:r>
        <w:rPr>
          <w:rFonts w:ascii="Liberation Sans" w:hAnsi="Liberation Sans" w:eastAsia="Liberation Sans"/>
          <w:b/>
          <w:color w:val="A67833"/>
          <w:sz w:val="15"/>
          <w:vertAlign w:val="superscript"/>
        </w:rPr>
        <w:t>15</w:t>
      </w:r>
      <w:r>
        <w:rPr>
          <w:rFonts w:ascii="Liberation Serif" w:hAnsi="Liberation Serif" w:eastAsia="Liberation Serif"/>
          <w:color w:val="20262E"/>
          <w:sz w:val="18"/>
        </w:rPr>
        <w:t xml:space="preserve"> Neither do men light a candle, and put it under a bushel, but on a candlestick; and it giveth light unto all that are in the house.</w:t>
      </w:r>
      <w:r>
        <w:t xml:space="preserve"> </w:t>
      </w:r>
      <w:r>
        <w:rPr>
          <w:rFonts w:ascii="Liberation Sans" w:hAnsi="Liberation Sans" w:eastAsia="Liberation Sans"/>
          <w:b/>
          <w:color w:val="A67833"/>
          <w:sz w:val="15"/>
          <w:vertAlign w:val="superscript"/>
        </w:rPr>
        <w:t>16</w:t>
      </w:r>
      <w:r>
        <w:rPr>
          <w:rFonts w:ascii="Liberation Serif" w:hAnsi="Liberation Serif" w:eastAsia="Liberation Serif"/>
          <w:color w:val="20262E"/>
          <w:sz w:val="18"/>
        </w:rPr>
        <w:t xml:space="preserve"> Let your light so shine before men, that they may see your good works, and glorify your Father which is in heaven.</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for church, city, civic, or national intercession and for evaluating claims about principalities over places.</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Confess the church's own sins, pray for leaders and neighbors, proclaim the gospel, practice justice and mercy, and resist evil without demonizing human groups.</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Daniel 10 does not authorize confident maps of territorial spirits. Avoid naming people, religions, ethnicities, political parties, or neighborhoods as demons.</w:t>
      </w:r>
    </w:p>
    <w:p>
      <w:pPr>
        <w:pStyle w:val="ScriptureReference"/>
        <w:keepNext/>
        <w:pBdr>
          <w:bottom w:val="single" w:sz="2" w:space="1" w:color="D5DBE0"/>
        </w:pBdr>
      </w:pPr>
      <w:r>
        <w:t>Luke 11:1-13</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w:t>
      </w:r>
      <w:r>
        <w:rPr>
          <w:rFonts w:ascii="Liberation Serif" w:hAnsi="Liberation Serif" w:eastAsia="Liberation Serif"/>
          <w:color w:val="20262E"/>
          <w:sz w:val="18"/>
        </w:rPr>
        <w:t xml:space="preserve"> And it came to pass, that, as he was praying in a certain place, when he ceased, one of his disciples said unto him, Lord, teach us to pray, as John also taught his disciples.</w:t>
      </w:r>
      <w:r>
        <w:t xml:space="preserve"> </w:t>
      </w:r>
      <w:r>
        <w:rPr>
          <w:rFonts w:ascii="Liberation Sans" w:hAnsi="Liberation Sans" w:eastAsia="Liberation Sans"/>
          <w:b/>
          <w:color w:val="A67833"/>
          <w:sz w:val="15"/>
          <w:vertAlign w:val="superscript"/>
        </w:rPr>
        <w:t>2</w:t>
      </w:r>
      <w:r>
        <w:rPr>
          <w:rFonts w:ascii="Liberation Serif" w:hAnsi="Liberation Serif" w:eastAsia="Liberation Serif"/>
          <w:color w:val="20262E"/>
          <w:sz w:val="18"/>
        </w:rPr>
        <w:t xml:space="preserve"> And he said unto them, When ye pray, say, Our Father which art in heaven, Hallowed be thy name. Thy kingdom come. Thy will be done, as in heaven, so in earth.</w:t>
      </w:r>
      <w:r>
        <w:t xml:space="preserve"> </w:t>
      </w:r>
      <w:r>
        <w:rPr>
          <w:rFonts w:ascii="Liberation Sans" w:hAnsi="Liberation Sans" w:eastAsia="Liberation Sans"/>
          <w:b/>
          <w:color w:val="A67833"/>
          <w:sz w:val="15"/>
          <w:vertAlign w:val="superscript"/>
        </w:rPr>
        <w:t>3</w:t>
      </w:r>
      <w:r>
        <w:rPr>
          <w:rFonts w:ascii="Liberation Serif" w:hAnsi="Liberation Serif" w:eastAsia="Liberation Serif"/>
          <w:color w:val="20262E"/>
          <w:sz w:val="18"/>
        </w:rPr>
        <w:t xml:space="preserve"> Give us day by day our daily bread.</w:t>
      </w:r>
      <w:r>
        <w:t xml:space="preserve"> </w:t>
      </w:r>
      <w:r>
        <w:rPr>
          <w:rFonts w:ascii="Liberation Sans" w:hAnsi="Liberation Sans" w:eastAsia="Liberation Sans"/>
          <w:b/>
          <w:color w:val="A67833"/>
          <w:sz w:val="15"/>
          <w:vertAlign w:val="superscript"/>
        </w:rPr>
        <w:t>4</w:t>
      </w:r>
      <w:r>
        <w:rPr>
          <w:rFonts w:ascii="Liberation Serif" w:hAnsi="Liberation Serif" w:eastAsia="Liberation Serif"/>
          <w:color w:val="20262E"/>
          <w:sz w:val="18"/>
        </w:rPr>
        <w:t xml:space="preserve"> And forgive us our sins; for we also forgive every one that is indebted to us. And lead us not into temptation; but deliver us from evil.</w:t>
      </w:r>
      <w:r>
        <w:t xml:space="preserve"> </w:t>
      </w:r>
      <w:r>
        <w:rPr>
          <w:rFonts w:ascii="Liberation Sans" w:hAnsi="Liberation Sans" w:eastAsia="Liberation Sans"/>
          <w:b/>
          <w:color w:val="A67833"/>
          <w:sz w:val="15"/>
          <w:vertAlign w:val="superscript"/>
        </w:rPr>
        <w:t>5</w:t>
      </w:r>
      <w:r>
        <w:rPr>
          <w:rFonts w:ascii="Liberation Serif" w:hAnsi="Liberation Serif" w:eastAsia="Liberation Serif"/>
          <w:color w:val="20262E"/>
          <w:sz w:val="18"/>
        </w:rPr>
        <w:t xml:space="preserve"> And he said unto them, Which of you shall have a friend, and shall go unto him at midnight, and say unto him, Friend, lend me three loaves;</w:t>
      </w:r>
      <w:r>
        <w:t xml:space="preserve"> </w:t>
      </w:r>
      <w:r>
        <w:rPr>
          <w:rFonts w:ascii="Liberation Sans" w:hAnsi="Liberation Sans" w:eastAsia="Liberation Sans"/>
          <w:b/>
          <w:color w:val="A67833"/>
          <w:sz w:val="15"/>
          <w:vertAlign w:val="superscript"/>
        </w:rPr>
        <w:t>6</w:t>
      </w:r>
      <w:r>
        <w:rPr>
          <w:rFonts w:ascii="Liberation Serif" w:hAnsi="Liberation Serif" w:eastAsia="Liberation Serif"/>
          <w:color w:val="20262E"/>
          <w:sz w:val="18"/>
        </w:rPr>
        <w:t xml:space="preserve"> For a friend of mine in his journey is come to me, and I have nothing to set before him?</w:t>
      </w:r>
      <w:r>
        <w:t xml:space="preserve"> </w:t>
      </w:r>
      <w:r>
        <w:rPr>
          <w:rFonts w:ascii="Liberation Sans" w:hAnsi="Liberation Sans" w:eastAsia="Liberation Sans"/>
          <w:b/>
          <w:color w:val="A67833"/>
          <w:sz w:val="15"/>
          <w:vertAlign w:val="superscript"/>
        </w:rPr>
        <w:t>7</w:t>
      </w:r>
      <w:r>
        <w:rPr>
          <w:rFonts w:ascii="Liberation Serif" w:hAnsi="Liberation Serif" w:eastAsia="Liberation Serif"/>
          <w:color w:val="20262E"/>
          <w:sz w:val="18"/>
        </w:rPr>
        <w:t xml:space="preserve"> And he from within shall answer and say, Trouble me not: the door is now shut, and my children are with me in bed; I cannot rise and give thee.</w:t>
      </w:r>
      <w:r>
        <w:t xml:space="preserve"> </w:t>
      </w:r>
      <w:r>
        <w:rPr>
          <w:rFonts w:ascii="Liberation Sans" w:hAnsi="Liberation Sans" w:eastAsia="Liberation Sans"/>
          <w:b/>
          <w:color w:val="A67833"/>
          <w:sz w:val="15"/>
          <w:vertAlign w:val="superscript"/>
        </w:rPr>
        <w:t>8</w:t>
      </w:r>
      <w:r>
        <w:rPr>
          <w:rFonts w:ascii="Liberation Serif" w:hAnsi="Liberation Serif" w:eastAsia="Liberation Serif"/>
          <w:color w:val="20262E"/>
          <w:sz w:val="18"/>
        </w:rPr>
        <w:t xml:space="preserve"> I say unto you, Though he will not rise and give him, because he is his friend, yet because of his importunity he will rise and give him as many as he needeth.</w:t>
      </w:r>
      <w:r>
        <w:t xml:space="preserve"> </w:t>
      </w:r>
      <w:r>
        <w:rPr>
          <w:rFonts w:ascii="Liberation Sans" w:hAnsi="Liberation Sans" w:eastAsia="Liberation Sans"/>
          <w:b/>
          <w:color w:val="A67833"/>
          <w:sz w:val="15"/>
          <w:vertAlign w:val="superscript"/>
        </w:rPr>
        <w:t>9</w:t>
      </w:r>
      <w:r>
        <w:rPr>
          <w:rFonts w:ascii="Liberation Serif" w:hAnsi="Liberation Serif" w:eastAsia="Liberation Serif"/>
          <w:color w:val="20262E"/>
          <w:sz w:val="18"/>
        </w:rPr>
        <w:t xml:space="preserve"> And I say unto you, Ask, and it shall be given you; seek, and ye shall find; knock, and it shall be opened unto you.</w:t>
      </w:r>
      <w:r>
        <w:t xml:space="preserve"> </w:t>
      </w:r>
      <w:r>
        <w:rPr>
          <w:rFonts w:ascii="Liberation Sans" w:hAnsi="Liberation Sans" w:eastAsia="Liberation Sans"/>
          <w:b/>
          <w:color w:val="A67833"/>
          <w:sz w:val="15"/>
          <w:vertAlign w:val="superscript"/>
        </w:rPr>
        <w:t>10</w:t>
      </w:r>
      <w:r>
        <w:rPr>
          <w:rFonts w:ascii="Liberation Serif" w:hAnsi="Liberation Serif" w:eastAsia="Liberation Serif"/>
          <w:color w:val="20262E"/>
          <w:sz w:val="18"/>
        </w:rPr>
        <w:t xml:space="preserve"> For every one that asketh receiveth; and he that seeketh findeth; and to him that knocketh it shall be opened.</w:t>
      </w:r>
      <w:r>
        <w:t xml:space="preserve"> </w:t>
      </w:r>
      <w:r>
        <w:rPr>
          <w:rFonts w:ascii="Liberation Sans" w:hAnsi="Liberation Sans" w:eastAsia="Liberation Sans"/>
          <w:b/>
          <w:color w:val="A67833"/>
          <w:sz w:val="15"/>
          <w:vertAlign w:val="superscript"/>
        </w:rPr>
        <w:t>11</w:t>
      </w:r>
      <w:r>
        <w:rPr>
          <w:rFonts w:ascii="Liberation Serif" w:hAnsi="Liberation Serif" w:eastAsia="Liberation Serif"/>
          <w:color w:val="20262E"/>
          <w:sz w:val="18"/>
        </w:rPr>
        <w:t xml:space="preserve"> If a son shall ask bread of any of you that is a father, will he give him a stone? or if he ask a fish, will he for a fish give him a serpent?</w:t>
      </w:r>
      <w:r>
        <w:t xml:space="preserve"> </w:t>
      </w:r>
      <w:r>
        <w:rPr>
          <w:rFonts w:ascii="Liberation Sans" w:hAnsi="Liberation Sans" w:eastAsia="Liberation Sans"/>
          <w:b/>
          <w:color w:val="A67833"/>
          <w:sz w:val="15"/>
          <w:vertAlign w:val="superscript"/>
        </w:rPr>
        <w:t>12</w:t>
      </w:r>
      <w:r>
        <w:rPr>
          <w:rFonts w:ascii="Liberation Serif" w:hAnsi="Liberation Serif" w:eastAsia="Liberation Serif"/>
          <w:color w:val="20262E"/>
          <w:sz w:val="18"/>
        </w:rPr>
        <w:t xml:space="preserve"> Or if he shall ask an egg, will he offer him a scorpion?</w:t>
      </w:r>
      <w:r>
        <w:t xml:space="preserve"> </w:t>
      </w:r>
      <w:r>
        <w:rPr>
          <w:rFonts w:ascii="Liberation Sans" w:hAnsi="Liberation Sans" w:eastAsia="Liberation Sans"/>
          <w:b/>
          <w:color w:val="A67833"/>
          <w:sz w:val="15"/>
          <w:vertAlign w:val="superscript"/>
        </w:rPr>
        <w:t>13</w:t>
      </w:r>
      <w:r>
        <w:rPr>
          <w:rFonts w:ascii="Liberation Serif" w:hAnsi="Liberation Serif" w:eastAsia="Liberation Serif"/>
          <w:color w:val="20262E"/>
          <w:sz w:val="18"/>
        </w:rPr>
        <w:t xml:space="preserve"> If ye then, being evil, know how to give good gifts unto your children: how much more shall your heavenly Father give the Holy Spirit to them that ask him?</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for church, city, civic, or national intercession and for evaluating claims about principalities over places.</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Confess the church's own sins, pray for leaders and neighbors, proclaim the gospel, practice justice and mercy, and resist evil without demonizing human groups.</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Daniel 10 does not authorize confident maps of territorial spirits. Avoid naming people, religions, ethnicities, political parties, or neighborhoods as demons.</w:t>
      </w:r>
    </w:p>
    <w:p>
      <w:pPr>
        <w:pStyle w:val="ScriptureReference"/>
        <w:keepNext/>
        <w:pBdr>
          <w:bottom w:val="single" w:sz="2" w:space="1" w:color="D5DBE0"/>
        </w:pBdr>
      </w:pPr>
      <w:r>
        <w:t>1 Timothy 2:1-6</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w:t>
      </w:r>
      <w:r>
        <w:rPr>
          <w:rFonts w:ascii="Liberation Serif" w:hAnsi="Liberation Serif" w:eastAsia="Liberation Serif"/>
          <w:color w:val="20262E"/>
          <w:sz w:val="18"/>
        </w:rPr>
        <w:t xml:space="preserve"> I exhort therefore, that, first of all, supplications, prayers, intercessions, and giving of thanks, be made for all men;</w:t>
      </w:r>
      <w:r>
        <w:t xml:space="preserve"> </w:t>
      </w:r>
      <w:r>
        <w:rPr>
          <w:rFonts w:ascii="Liberation Sans" w:hAnsi="Liberation Sans" w:eastAsia="Liberation Sans"/>
          <w:b/>
          <w:color w:val="A67833"/>
          <w:sz w:val="15"/>
          <w:vertAlign w:val="superscript"/>
        </w:rPr>
        <w:t>2</w:t>
      </w:r>
      <w:r>
        <w:rPr>
          <w:rFonts w:ascii="Liberation Serif" w:hAnsi="Liberation Serif" w:eastAsia="Liberation Serif"/>
          <w:color w:val="20262E"/>
          <w:sz w:val="18"/>
        </w:rPr>
        <w:t xml:space="preserve"> For kings, and for all that are in authority; that we may lead a quiet and peaceable life in all godliness and honesty.</w:t>
      </w:r>
      <w:r>
        <w:t xml:space="preserve"> </w:t>
      </w:r>
      <w:r>
        <w:rPr>
          <w:rFonts w:ascii="Liberation Sans" w:hAnsi="Liberation Sans" w:eastAsia="Liberation Sans"/>
          <w:b/>
          <w:color w:val="A67833"/>
          <w:sz w:val="15"/>
          <w:vertAlign w:val="superscript"/>
        </w:rPr>
        <w:t>3</w:t>
      </w:r>
      <w:r>
        <w:rPr>
          <w:rFonts w:ascii="Liberation Serif" w:hAnsi="Liberation Serif" w:eastAsia="Liberation Serif"/>
          <w:color w:val="20262E"/>
          <w:sz w:val="18"/>
        </w:rPr>
        <w:t xml:space="preserve"> For this is good and acceptable in the sight of God our Saviour;</w:t>
      </w:r>
      <w:r>
        <w:t xml:space="preserve"> </w:t>
      </w:r>
      <w:r>
        <w:rPr>
          <w:rFonts w:ascii="Liberation Sans" w:hAnsi="Liberation Sans" w:eastAsia="Liberation Sans"/>
          <w:b/>
          <w:color w:val="A67833"/>
          <w:sz w:val="15"/>
          <w:vertAlign w:val="superscript"/>
        </w:rPr>
        <w:t>4</w:t>
      </w:r>
      <w:r>
        <w:rPr>
          <w:rFonts w:ascii="Liberation Serif" w:hAnsi="Liberation Serif" w:eastAsia="Liberation Serif"/>
          <w:color w:val="20262E"/>
          <w:sz w:val="18"/>
        </w:rPr>
        <w:t xml:space="preserve"> Who will have all men to be saved, and to come unto the knowledge of the truth.</w:t>
      </w:r>
      <w:r>
        <w:t xml:space="preserve"> </w:t>
      </w:r>
      <w:r>
        <w:rPr>
          <w:rFonts w:ascii="Liberation Sans" w:hAnsi="Liberation Sans" w:eastAsia="Liberation Sans"/>
          <w:b/>
          <w:color w:val="A67833"/>
          <w:sz w:val="15"/>
          <w:vertAlign w:val="superscript"/>
        </w:rPr>
        <w:t>5</w:t>
      </w:r>
      <w:r>
        <w:rPr>
          <w:rFonts w:ascii="Liberation Serif" w:hAnsi="Liberation Serif" w:eastAsia="Liberation Serif"/>
          <w:color w:val="20262E"/>
          <w:sz w:val="18"/>
        </w:rPr>
        <w:t xml:space="preserve"> For there is one God, and one mediator between God and men, the man Christ Jesus;</w:t>
      </w:r>
      <w:r>
        <w:t xml:space="preserve"> </w:t>
      </w:r>
      <w:r>
        <w:rPr>
          <w:rFonts w:ascii="Liberation Sans" w:hAnsi="Liberation Sans" w:eastAsia="Liberation Sans"/>
          <w:b/>
          <w:color w:val="A67833"/>
          <w:sz w:val="15"/>
          <w:vertAlign w:val="superscript"/>
        </w:rPr>
        <w:t>6</w:t>
      </w:r>
      <w:r>
        <w:rPr>
          <w:rFonts w:ascii="Liberation Serif" w:hAnsi="Liberation Serif" w:eastAsia="Liberation Serif"/>
          <w:color w:val="20262E"/>
          <w:sz w:val="18"/>
        </w:rPr>
        <w:t xml:space="preserve"> Who gave himself a ransom for all, to be testified in due time.</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for church, city, civic, or national intercession and for evaluating claims about principalities over places.</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Confess the church's own sins, pray for leaders and neighbors, proclaim the gospel, practice justice and mercy, and resist evil without demonizing human groups.</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Daniel 10 does not authorize confident maps of territorial spirits. Avoid naming people, religions, ethnicities, political parties, or neighborhoods as demons.</w:t>
      </w:r>
    </w:p>
    <w:p>
      <w:pPr>
        <w:pStyle w:val="ScriptureReference"/>
        <w:keepNext/>
        <w:pBdr>
          <w:bottom w:val="single" w:sz="2" w:space="1" w:color="D5DBE0"/>
        </w:pBdr>
      </w:pPr>
      <w:r>
        <w:t>Ephesians 3:8-12</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8</w:t>
      </w:r>
      <w:r>
        <w:rPr>
          <w:rFonts w:ascii="Liberation Serif" w:hAnsi="Liberation Serif" w:eastAsia="Liberation Serif"/>
          <w:color w:val="20262E"/>
          <w:sz w:val="18"/>
        </w:rPr>
        <w:t xml:space="preserve"> Unto me, who am less than the least of all saints, is this grace given, that I should preach among the Gentiles the unsearchable riches of Christ;</w:t>
      </w:r>
      <w:r>
        <w:t xml:space="preserve"> </w:t>
      </w:r>
      <w:r>
        <w:rPr>
          <w:rFonts w:ascii="Liberation Sans" w:hAnsi="Liberation Sans" w:eastAsia="Liberation Sans"/>
          <w:b/>
          <w:color w:val="A67833"/>
          <w:sz w:val="15"/>
          <w:vertAlign w:val="superscript"/>
        </w:rPr>
        <w:t>9</w:t>
      </w:r>
      <w:r>
        <w:rPr>
          <w:rFonts w:ascii="Liberation Serif" w:hAnsi="Liberation Serif" w:eastAsia="Liberation Serif"/>
          <w:color w:val="20262E"/>
          <w:sz w:val="18"/>
        </w:rPr>
        <w:t xml:space="preserve"> And to make all men see what is the fellowship of the mystery, which from the beginning of the world hath been hid in God, who created all things by Jesus Christ:</w:t>
      </w:r>
      <w:r>
        <w:t xml:space="preserve"> </w:t>
      </w:r>
      <w:r>
        <w:rPr>
          <w:rFonts w:ascii="Liberation Sans" w:hAnsi="Liberation Sans" w:eastAsia="Liberation Sans"/>
          <w:b/>
          <w:color w:val="A67833"/>
          <w:sz w:val="15"/>
          <w:vertAlign w:val="superscript"/>
        </w:rPr>
        <w:t>10</w:t>
      </w:r>
      <w:r>
        <w:rPr>
          <w:rFonts w:ascii="Liberation Serif" w:hAnsi="Liberation Serif" w:eastAsia="Liberation Serif"/>
          <w:color w:val="20262E"/>
          <w:sz w:val="18"/>
        </w:rPr>
        <w:t xml:space="preserve"> To the intent that now unto the principalities and powers in heavenly places might be known by the church the manifold wisdom of God,</w:t>
      </w:r>
      <w:r>
        <w:t xml:space="preserve"> </w:t>
      </w:r>
      <w:r>
        <w:rPr>
          <w:rFonts w:ascii="Liberation Sans" w:hAnsi="Liberation Sans" w:eastAsia="Liberation Sans"/>
          <w:b/>
          <w:color w:val="A67833"/>
          <w:sz w:val="15"/>
          <w:vertAlign w:val="superscript"/>
        </w:rPr>
        <w:t>11</w:t>
      </w:r>
      <w:r>
        <w:rPr>
          <w:rFonts w:ascii="Liberation Serif" w:hAnsi="Liberation Serif" w:eastAsia="Liberation Serif"/>
          <w:color w:val="20262E"/>
          <w:sz w:val="18"/>
        </w:rPr>
        <w:t xml:space="preserve"> According to the eternal purpose which he purposed in Christ Jesus our Lord:</w:t>
      </w:r>
      <w:r>
        <w:t xml:space="preserve"> </w:t>
      </w:r>
      <w:r>
        <w:rPr>
          <w:rFonts w:ascii="Liberation Sans" w:hAnsi="Liberation Sans" w:eastAsia="Liberation Sans"/>
          <w:b/>
          <w:color w:val="A67833"/>
          <w:sz w:val="15"/>
          <w:vertAlign w:val="superscript"/>
        </w:rPr>
        <w:t>12</w:t>
      </w:r>
      <w:r>
        <w:rPr>
          <w:rFonts w:ascii="Liberation Serif" w:hAnsi="Liberation Serif" w:eastAsia="Liberation Serif"/>
          <w:color w:val="20262E"/>
          <w:sz w:val="18"/>
        </w:rPr>
        <w:t xml:space="preserve"> In whom we have boldness and access with confidence by the faith of him.</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for church, city, civic, or national intercession and for evaluating claims about principalities over places.</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Confess the church's own sins, pray for leaders and neighbors, proclaim the gospel, practice justice and mercy, and resist evil without demonizing human groups.</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Daniel 10 does not authorize confident maps of territorial spirits. Avoid naming people, religions, ethnicities, political parties, or neighborhoods as demons.</w:t>
      </w:r>
    </w:p>
    <w:p>
      <w:pPr>
        <w:pStyle w:val="ScriptureReference"/>
        <w:keepNext/>
        <w:pBdr>
          <w:bottom w:val="single" w:sz="2" w:space="1" w:color="D5DBE0"/>
        </w:pBdr>
      </w:pPr>
      <w:r>
        <w:t>Revelation 8:3-5</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3</w:t>
      </w:r>
      <w:r>
        <w:rPr>
          <w:rFonts w:ascii="Liberation Serif" w:hAnsi="Liberation Serif" w:eastAsia="Liberation Serif"/>
          <w:color w:val="20262E"/>
          <w:sz w:val="18"/>
        </w:rPr>
        <w:t xml:space="preserve"> And another angel came and stood at the altar, having a golden censer; and there was given unto him much incense, that he should offer it with the prayers of all saints upon the golden altar which was before the throne.</w:t>
      </w:r>
      <w:r>
        <w:t xml:space="preserve"> </w:t>
      </w:r>
      <w:r>
        <w:rPr>
          <w:rFonts w:ascii="Liberation Sans" w:hAnsi="Liberation Sans" w:eastAsia="Liberation Sans"/>
          <w:b/>
          <w:color w:val="A67833"/>
          <w:sz w:val="15"/>
          <w:vertAlign w:val="superscript"/>
        </w:rPr>
        <w:t>4</w:t>
      </w:r>
      <w:r>
        <w:rPr>
          <w:rFonts w:ascii="Liberation Serif" w:hAnsi="Liberation Serif" w:eastAsia="Liberation Serif"/>
          <w:color w:val="20262E"/>
          <w:sz w:val="18"/>
        </w:rPr>
        <w:t xml:space="preserve"> And the smoke of the incense, which came with the prayers of the saints, ascended up before God out of the angel's hand.</w:t>
      </w:r>
      <w:r>
        <w:t xml:space="preserve"> </w:t>
      </w:r>
      <w:r>
        <w:rPr>
          <w:rFonts w:ascii="Liberation Sans" w:hAnsi="Liberation Sans" w:eastAsia="Liberation Sans"/>
          <w:b/>
          <w:color w:val="A67833"/>
          <w:sz w:val="15"/>
          <w:vertAlign w:val="superscript"/>
        </w:rPr>
        <w:t>5</w:t>
      </w:r>
      <w:r>
        <w:rPr>
          <w:rFonts w:ascii="Liberation Serif" w:hAnsi="Liberation Serif" w:eastAsia="Liberation Serif"/>
          <w:color w:val="20262E"/>
          <w:sz w:val="18"/>
        </w:rPr>
        <w:t xml:space="preserve"> And the angel took the censer, and filled it with fire of the altar, and cast it into the earth: and there were voices, and thunderings, and lightnings, and an earthquake.</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for church, city, civic, or national intercession and for evaluating claims about principalities over places.</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Confess the church's own sins, pray for leaders and neighbors, proclaim the gospel, practice justice and mercy, and resist evil without demonizing human groups.</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Daniel 10 does not authorize confident maps of territorial spirits. Avoid naming people, religions, ethnicities, political parties, or neighborhoods as demons.</w:t>
      </w:r>
    </w:p>
    <w:p>
      <w:pPr>
        <w:pStyle w:val="Heading1"/>
        <w:keepNext/>
        <w:pageBreakBefore/>
        <w:pBdr>
          <w:bottom w:val="single" w:sz="8" w:space="2" w:color="A67833"/>
        </w:pBdr>
      </w:pPr>
      <w:r>
        <w:t>6.18 Aftercare, Filling, Discipleship, Renewal, and Staying Free</w:t>
      </w:r>
    </w:p>
    <w:p>
      <w:pPr>
        <w:pStyle w:val="Guidance"/>
      </w:pPr>
      <w:r>
        <w:rPr>
          <w:rFonts w:ascii="Liberation Sans" w:hAnsi="Liberation Sans" w:eastAsia="Liberation Sans"/>
          <w:b/>
          <w:color w:val="18324A"/>
          <w:sz w:val="17"/>
        </w:rPr>
        <w:t xml:space="preserve">Use this section when: </w:t>
      </w:r>
      <w:r>
        <w:rPr>
          <w:rFonts w:ascii="Liberation Sans" w:hAnsi="Liberation Sans" w:eastAsia="Liberation Sans"/>
          <w:color w:val="20262E"/>
          <w:sz w:val="17"/>
        </w:rPr>
        <w:t>Use immediately after ministry and throughout the following weeks and months.</w:t>
      </w:r>
    </w:p>
    <w:p>
      <w:pPr>
        <w:pStyle w:val="Guidance"/>
      </w:pPr>
      <w:r>
        <w:rPr>
          <w:rFonts w:ascii="Liberation Sans" w:hAnsi="Liberation Sans" w:eastAsia="Liberation Sans"/>
          <w:b/>
          <w:color w:val="18324A"/>
          <w:sz w:val="17"/>
        </w:rPr>
        <w:t xml:space="preserve">Ministry method: </w:t>
      </w:r>
      <w:r>
        <w:rPr>
          <w:rFonts w:ascii="Liberation Sans" w:hAnsi="Liberation Sans" w:eastAsia="Liberation Sans"/>
          <w:color w:val="20262E"/>
          <w:sz w:val="17"/>
        </w:rPr>
        <w:t>Fill the life with Christ, Scripture, prayer, fellowship, healthy routines, accountability, forgiveness, service, and appropriate counseling; monitor symptoms and follow up.</w:t>
      </w:r>
    </w:p>
    <w:p>
      <w:pPr>
        <w:pStyle w:val="Guidance"/>
      </w:pPr>
      <w:r>
        <w:rPr>
          <w:rFonts w:ascii="Liberation Sans" w:hAnsi="Liberation Sans" w:eastAsia="Liberation Sans"/>
          <w:b/>
          <w:color w:val="18324A"/>
          <w:sz w:val="17"/>
        </w:rPr>
        <w:t xml:space="preserve">Section control: </w:t>
      </w:r>
      <w:r>
        <w:rPr>
          <w:rFonts w:ascii="Liberation Sans" w:hAnsi="Liberation Sans" w:eastAsia="Liberation Sans"/>
          <w:color w:val="20262E"/>
          <w:sz w:val="17"/>
        </w:rPr>
        <w:t>Do not create dependency on a deliverance minister. Freedom is sustained through ordinary discipleship, community, truth, and wise care.</w:t>
      </w:r>
    </w:p>
    <w:p>
      <w:pPr>
        <w:pStyle w:val="SmallNote"/>
      </w:pPr>
      <w:r>
        <w:t>10 operational passage entries</w:t>
      </w:r>
    </w:p>
    <w:p>
      <w:pPr>
        <w:pStyle w:val="ScriptureReference"/>
        <w:keepNext/>
        <w:pBdr>
          <w:bottom w:val="single" w:sz="2" w:space="1" w:color="D5DBE0"/>
        </w:pBdr>
      </w:pPr>
      <w:r>
        <w:t>Matthew 12:43-45</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43</w:t>
      </w:r>
      <w:r>
        <w:rPr>
          <w:rFonts w:ascii="Liberation Serif" w:hAnsi="Liberation Serif" w:eastAsia="Liberation Serif"/>
          <w:color w:val="20262E"/>
          <w:sz w:val="18"/>
        </w:rPr>
        <w:t xml:space="preserve"> When the unclean spirit is gone out of a man, he walketh through dry places, seeking rest, and findeth none.</w:t>
      </w:r>
      <w:r>
        <w:t xml:space="preserve"> </w:t>
      </w:r>
      <w:r>
        <w:rPr>
          <w:rFonts w:ascii="Liberation Sans" w:hAnsi="Liberation Sans" w:eastAsia="Liberation Sans"/>
          <w:b/>
          <w:color w:val="A67833"/>
          <w:sz w:val="15"/>
          <w:vertAlign w:val="superscript"/>
        </w:rPr>
        <w:t>44</w:t>
      </w:r>
      <w:r>
        <w:rPr>
          <w:rFonts w:ascii="Liberation Serif" w:hAnsi="Liberation Serif" w:eastAsia="Liberation Serif"/>
          <w:color w:val="20262E"/>
          <w:sz w:val="18"/>
        </w:rPr>
        <w:t xml:space="preserve"> Then he saith, I will return into my house from whence I came out; and when he is come, he findeth it empty, swept, and garnished.</w:t>
      </w:r>
      <w:r>
        <w:t xml:space="preserve"> </w:t>
      </w:r>
      <w:r>
        <w:rPr>
          <w:rFonts w:ascii="Liberation Sans" w:hAnsi="Liberation Sans" w:eastAsia="Liberation Sans"/>
          <w:b/>
          <w:color w:val="A67833"/>
          <w:sz w:val="15"/>
          <w:vertAlign w:val="superscript"/>
        </w:rPr>
        <w:t>45</w:t>
      </w:r>
      <w:r>
        <w:rPr>
          <w:rFonts w:ascii="Liberation Serif" w:hAnsi="Liberation Serif" w:eastAsia="Liberation Serif"/>
          <w:color w:val="20262E"/>
          <w:sz w:val="18"/>
        </w:rPr>
        <w:t xml:space="preserve"> Then goeth he, and taketh with himself seven other spirits more wicked than himself, and they enter in and dwell there: and the last state of that man is worse than the first. Even so shall it be also unto this wicked generation.</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Immediately after deliverance or when freedom is followed by renewed vulnerability.</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Do not leave life morally and spiritually empty; fill it with Christ, truth, community, and obedience.</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The warning concerns an unclean spirit returning to an 'empty' house; aftercare is therefore essential.</w:t>
      </w:r>
    </w:p>
    <w:p>
      <w:pPr>
        <w:pStyle w:val="ScriptureReference"/>
        <w:keepNext/>
        <w:pBdr>
          <w:bottom w:val="single" w:sz="2" w:space="1" w:color="D5DBE0"/>
        </w:pBdr>
      </w:pPr>
      <w:r>
        <w:t>Luke 11:24-26</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24</w:t>
      </w:r>
      <w:r>
        <w:rPr>
          <w:rFonts w:ascii="Liberation Serif" w:hAnsi="Liberation Serif" w:eastAsia="Liberation Serif"/>
          <w:color w:val="20262E"/>
          <w:sz w:val="18"/>
        </w:rPr>
        <w:t xml:space="preserve"> When the unclean spirit is gone out of a man, he walketh through dry places, seeking rest; and finding none, he saith, I will return unto my house whence I came out.</w:t>
      </w:r>
      <w:r>
        <w:t xml:space="preserve"> </w:t>
      </w:r>
      <w:r>
        <w:rPr>
          <w:rFonts w:ascii="Liberation Sans" w:hAnsi="Liberation Sans" w:eastAsia="Liberation Sans"/>
          <w:b/>
          <w:color w:val="A67833"/>
          <w:sz w:val="15"/>
          <w:vertAlign w:val="superscript"/>
        </w:rPr>
        <w:t>25</w:t>
      </w:r>
      <w:r>
        <w:rPr>
          <w:rFonts w:ascii="Liberation Serif" w:hAnsi="Liberation Serif" w:eastAsia="Liberation Serif"/>
          <w:color w:val="20262E"/>
          <w:sz w:val="18"/>
        </w:rPr>
        <w:t xml:space="preserve"> And when he cometh, he findeth it swept and garnished.</w:t>
      </w:r>
      <w:r>
        <w:t xml:space="preserve"> </w:t>
      </w:r>
      <w:r>
        <w:rPr>
          <w:rFonts w:ascii="Liberation Sans" w:hAnsi="Liberation Sans" w:eastAsia="Liberation Sans"/>
          <w:b/>
          <w:color w:val="A67833"/>
          <w:sz w:val="15"/>
          <w:vertAlign w:val="superscript"/>
        </w:rPr>
        <w:t>26</w:t>
      </w:r>
      <w:r>
        <w:rPr>
          <w:rFonts w:ascii="Liberation Serif" w:hAnsi="Liberation Serif" w:eastAsia="Liberation Serif"/>
          <w:color w:val="20262E"/>
          <w:sz w:val="18"/>
        </w:rPr>
        <w:t xml:space="preserve"> Then goeth he, and taketh to him seven other spirits more wicked than himself; and they enter in, and dwell there: and the last state of that man is worse than the first.</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For post-ministry planning and relapse prevention.</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Build a concrete discipleship and care plan rather than relying on a one-time session.</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Removal without filling and reordering can leave a person more vulnerable.</w:t>
      </w:r>
    </w:p>
    <w:p>
      <w:pPr>
        <w:pStyle w:val="ScriptureReference"/>
        <w:keepNext/>
        <w:pBdr>
          <w:bottom w:val="single" w:sz="2" w:space="1" w:color="D5DBE0"/>
        </w:pBdr>
      </w:pPr>
      <w:r>
        <w:t>John 8:31-36</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31</w:t>
      </w:r>
      <w:r>
        <w:rPr>
          <w:rFonts w:ascii="Liberation Serif" w:hAnsi="Liberation Serif" w:eastAsia="Liberation Serif"/>
          <w:color w:val="20262E"/>
          <w:sz w:val="18"/>
        </w:rPr>
        <w:t xml:space="preserve"> Then said Jesus to those Jews which believed on him, If ye continue in my word, then are ye my disciples indeed;</w:t>
      </w:r>
      <w:r>
        <w:t xml:space="preserve"> </w:t>
      </w:r>
      <w:r>
        <w:rPr>
          <w:rFonts w:ascii="Liberation Sans" w:hAnsi="Liberation Sans" w:eastAsia="Liberation Sans"/>
          <w:b/>
          <w:color w:val="A67833"/>
          <w:sz w:val="15"/>
          <w:vertAlign w:val="superscript"/>
        </w:rPr>
        <w:t>32</w:t>
      </w:r>
      <w:r>
        <w:rPr>
          <w:rFonts w:ascii="Liberation Serif" w:hAnsi="Liberation Serif" w:eastAsia="Liberation Serif"/>
          <w:color w:val="20262E"/>
          <w:sz w:val="18"/>
        </w:rPr>
        <w:t xml:space="preserve"> And ye shall know the truth, and the truth shall make you free.</w:t>
      </w:r>
      <w:r>
        <w:t xml:space="preserve"> </w:t>
      </w:r>
      <w:r>
        <w:rPr>
          <w:rFonts w:ascii="Liberation Sans" w:hAnsi="Liberation Sans" w:eastAsia="Liberation Sans"/>
          <w:b/>
          <w:color w:val="A67833"/>
          <w:sz w:val="15"/>
          <w:vertAlign w:val="superscript"/>
        </w:rPr>
        <w:t>33</w:t>
      </w:r>
      <w:r>
        <w:rPr>
          <w:rFonts w:ascii="Liberation Serif" w:hAnsi="Liberation Serif" w:eastAsia="Liberation Serif"/>
          <w:color w:val="20262E"/>
          <w:sz w:val="18"/>
        </w:rPr>
        <w:t xml:space="preserve"> They answered him, We be Abraham's seed, and were never in bondage to any man: how sayest thou, Ye shall be made free?</w:t>
      </w:r>
      <w:r>
        <w:t xml:space="preserve"> </w:t>
      </w:r>
      <w:r>
        <w:rPr>
          <w:rFonts w:ascii="Liberation Sans" w:hAnsi="Liberation Sans" w:eastAsia="Liberation Sans"/>
          <w:b/>
          <w:color w:val="A67833"/>
          <w:sz w:val="15"/>
          <w:vertAlign w:val="superscript"/>
        </w:rPr>
        <w:t>34</w:t>
      </w:r>
      <w:r>
        <w:rPr>
          <w:rFonts w:ascii="Liberation Serif" w:hAnsi="Liberation Serif" w:eastAsia="Liberation Serif"/>
          <w:color w:val="20262E"/>
          <w:sz w:val="18"/>
        </w:rPr>
        <w:t xml:space="preserve"> Jesus answered them, Verily, verily, I say unto you, Whosoever committeth sin is the servant of sin.</w:t>
      </w:r>
      <w:r>
        <w:t xml:space="preserve"> </w:t>
      </w:r>
      <w:r>
        <w:rPr>
          <w:rFonts w:ascii="Liberation Sans" w:hAnsi="Liberation Sans" w:eastAsia="Liberation Sans"/>
          <w:b/>
          <w:color w:val="A67833"/>
          <w:sz w:val="15"/>
          <w:vertAlign w:val="superscript"/>
        </w:rPr>
        <w:t>35</w:t>
      </w:r>
      <w:r>
        <w:rPr>
          <w:rFonts w:ascii="Liberation Serif" w:hAnsi="Liberation Serif" w:eastAsia="Liberation Serif"/>
          <w:color w:val="20262E"/>
          <w:sz w:val="18"/>
        </w:rPr>
        <w:t xml:space="preserve"> And the servant abideth not in the house for ever: but the Son abideth ever.</w:t>
      </w:r>
      <w:r>
        <w:t xml:space="preserve"> </w:t>
      </w:r>
      <w:r>
        <w:rPr>
          <w:rFonts w:ascii="Liberation Sans" w:hAnsi="Liberation Sans" w:eastAsia="Liberation Sans"/>
          <w:b/>
          <w:color w:val="A67833"/>
          <w:sz w:val="15"/>
          <w:vertAlign w:val="superscript"/>
        </w:rPr>
        <w:t>36</w:t>
      </w:r>
      <w:r>
        <w:rPr>
          <w:rFonts w:ascii="Liberation Serif" w:hAnsi="Liberation Serif" w:eastAsia="Liberation Serif"/>
          <w:color w:val="20262E"/>
          <w:sz w:val="18"/>
        </w:rPr>
        <w:t xml:space="preserve"> If the Son therefore shall make you free, ye shall be free indeed.</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immediately after ministry and throughout the following weeks and months.</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Fill the life with Christ, Scripture, prayer, fellowship, healthy routines, accountability, forgiveness, service, and appropriate counseling; monitor symptoms and follow up.</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Do not create dependency on a deliverance minister. Freedom is sustained through ordinary discipleship, community, truth, and wise care.</w:t>
      </w:r>
    </w:p>
    <w:p>
      <w:pPr>
        <w:pStyle w:val="ScriptureReference"/>
        <w:keepNext/>
        <w:pBdr>
          <w:bottom w:val="single" w:sz="2" w:space="1" w:color="D5DBE0"/>
        </w:pBdr>
      </w:pPr>
      <w:r>
        <w:t>John 15:1-11</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w:t>
      </w:r>
      <w:r>
        <w:rPr>
          <w:rFonts w:ascii="Liberation Serif" w:hAnsi="Liberation Serif" w:eastAsia="Liberation Serif"/>
          <w:color w:val="20262E"/>
          <w:sz w:val="18"/>
        </w:rPr>
        <w:t xml:space="preserve"> I am the true vine, and my Father is the husbandman.</w:t>
      </w:r>
      <w:r>
        <w:t xml:space="preserve"> </w:t>
      </w:r>
      <w:r>
        <w:rPr>
          <w:rFonts w:ascii="Liberation Sans" w:hAnsi="Liberation Sans" w:eastAsia="Liberation Sans"/>
          <w:b/>
          <w:color w:val="A67833"/>
          <w:sz w:val="15"/>
          <w:vertAlign w:val="superscript"/>
        </w:rPr>
        <w:t>2</w:t>
      </w:r>
      <w:r>
        <w:rPr>
          <w:rFonts w:ascii="Liberation Serif" w:hAnsi="Liberation Serif" w:eastAsia="Liberation Serif"/>
          <w:color w:val="20262E"/>
          <w:sz w:val="18"/>
        </w:rPr>
        <w:t xml:space="preserve"> Every branch in me that beareth not fruit he taketh away: and every branch that beareth fruit, he purgeth it, that it may bring forth more fruit.</w:t>
      </w:r>
      <w:r>
        <w:t xml:space="preserve"> </w:t>
      </w:r>
      <w:r>
        <w:rPr>
          <w:rFonts w:ascii="Liberation Sans" w:hAnsi="Liberation Sans" w:eastAsia="Liberation Sans"/>
          <w:b/>
          <w:color w:val="A67833"/>
          <w:sz w:val="15"/>
          <w:vertAlign w:val="superscript"/>
        </w:rPr>
        <w:t>3</w:t>
      </w:r>
      <w:r>
        <w:rPr>
          <w:rFonts w:ascii="Liberation Serif" w:hAnsi="Liberation Serif" w:eastAsia="Liberation Serif"/>
          <w:color w:val="20262E"/>
          <w:sz w:val="18"/>
        </w:rPr>
        <w:t xml:space="preserve"> Now ye are clean through the word which I have spoken unto you.</w:t>
      </w:r>
      <w:r>
        <w:t xml:space="preserve"> </w:t>
      </w:r>
      <w:r>
        <w:rPr>
          <w:rFonts w:ascii="Liberation Sans" w:hAnsi="Liberation Sans" w:eastAsia="Liberation Sans"/>
          <w:b/>
          <w:color w:val="A67833"/>
          <w:sz w:val="15"/>
          <w:vertAlign w:val="superscript"/>
        </w:rPr>
        <w:t>4</w:t>
      </w:r>
      <w:r>
        <w:rPr>
          <w:rFonts w:ascii="Liberation Serif" w:hAnsi="Liberation Serif" w:eastAsia="Liberation Serif"/>
          <w:color w:val="20262E"/>
          <w:sz w:val="18"/>
        </w:rPr>
        <w:t xml:space="preserve"> Abide in me, and I in you. As the branch cannot bear fruit of itself, except it abide in the vine; no more can ye, except ye abide in me.</w:t>
      </w:r>
      <w:r>
        <w:t xml:space="preserve"> </w:t>
      </w:r>
      <w:r>
        <w:rPr>
          <w:rFonts w:ascii="Liberation Sans" w:hAnsi="Liberation Sans" w:eastAsia="Liberation Sans"/>
          <w:b/>
          <w:color w:val="A67833"/>
          <w:sz w:val="15"/>
          <w:vertAlign w:val="superscript"/>
        </w:rPr>
        <w:t>5</w:t>
      </w:r>
      <w:r>
        <w:rPr>
          <w:rFonts w:ascii="Liberation Serif" w:hAnsi="Liberation Serif" w:eastAsia="Liberation Serif"/>
          <w:color w:val="20262E"/>
          <w:sz w:val="18"/>
        </w:rPr>
        <w:t xml:space="preserve"> I am the vine, ye are the branches: He that abideth in me, and I in him, the same bringeth forth much fruit: for without me ye can do nothing.</w:t>
      </w:r>
      <w:r>
        <w:t xml:space="preserve"> </w:t>
      </w:r>
      <w:r>
        <w:rPr>
          <w:rFonts w:ascii="Liberation Sans" w:hAnsi="Liberation Sans" w:eastAsia="Liberation Sans"/>
          <w:b/>
          <w:color w:val="A67833"/>
          <w:sz w:val="15"/>
          <w:vertAlign w:val="superscript"/>
        </w:rPr>
        <w:t>6</w:t>
      </w:r>
      <w:r>
        <w:rPr>
          <w:rFonts w:ascii="Liberation Serif" w:hAnsi="Liberation Serif" w:eastAsia="Liberation Serif"/>
          <w:color w:val="20262E"/>
          <w:sz w:val="18"/>
        </w:rPr>
        <w:t xml:space="preserve"> If a man abide not in me, he is cast forth as a branch, and is withered; and men gather them, and cast them into the fire, and they are burned.</w:t>
      </w:r>
      <w:r>
        <w:t xml:space="preserve"> </w:t>
      </w:r>
      <w:r>
        <w:rPr>
          <w:rFonts w:ascii="Liberation Sans" w:hAnsi="Liberation Sans" w:eastAsia="Liberation Sans"/>
          <w:b/>
          <w:color w:val="A67833"/>
          <w:sz w:val="15"/>
          <w:vertAlign w:val="superscript"/>
        </w:rPr>
        <w:t>7</w:t>
      </w:r>
      <w:r>
        <w:rPr>
          <w:rFonts w:ascii="Liberation Serif" w:hAnsi="Liberation Serif" w:eastAsia="Liberation Serif"/>
          <w:color w:val="20262E"/>
          <w:sz w:val="18"/>
        </w:rPr>
        <w:t xml:space="preserve"> If ye abide in me, and my words abide in you, ye shall ask what ye will, and it shall be done unto you.</w:t>
      </w:r>
      <w:r>
        <w:t xml:space="preserve"> </w:t>
      </w:r>
      <w:r>
        <w:rPr>
          <w:rFonts w:ascii="Liberation Sans" w:hAnsi="Liberation Sans" w:eastAsia="Liberation Sans"/>
          <w:b/>
          <w:color w:val="A67833"/>
          <w:sz w:val="15"/>
          <w:vertAlign w:val="superscript"/>
        </w:rPr>
        <w:t>8</w:t>
      </w:r>
      <w:r>
        <w:rPr>
          <w:rFonts w:ascii="Liberation Serif" w:hAnsi="Liberation Serif" w:eastAsia="Liberation Serif"/>
          <w:color w:val="20262E"/>
          <w:sz w:val="18"/>
        </w:rPr>
        <w:t xml:space="preserve"> Herein is my Father glorified, that ye bear much fruit; so shall ye be my disciples.</w:t>
      </w:r>
      <w:r>
        <w:t xml:space="preserve"> </w:t>
      </w:r>
      <w:r>
        <w:rPr>
          <w:rFonts w:ascii="Liberation Sans" w:hAnsi="Liberation Sans" w:eastAsia="Liberation Sans"/>
          <w:b/>
          <w:color w:val="A67833"/>
          <w:sz w:val="15"/>
          <w:vertAlign w:val="superscript"/>
        </w:rPr>
        <w:t>9</w:t>
      </w:r>
      <w:r>
        <w:rPr>
          <w:rFonts w:ascii="Liberation Serif" w:hAnsi="Liberation Serif" w:eastAsia="Liberation Serif"/>
          <w:color w:val="20262E"/>
          <w:sz w:val="18"/>
        </w:rPr>
        <w:t xml:space="preserve"> As the Father hath loved me, so have I loved you: continue ye in my love.</w:t>
      </w:r>
      <w:r>
        <w:t xml:space="preserve"> </w:t>
      </w:r>
      <w:r>
        <w:rPr>
          <w:rFonts w:ascii="Liberation Sans" w:hAnsi="Liberation Sans" w:eastAsia="Liberation Sans"/>
          <w:b/>
          <w:color w:val="A67833"/>
          <w:sz w:val="15"/>
          <w:vertAlign w:val="superscript"/>
        </w:rPr>
        <w:t>10</w:t>
      </w:r>
      <w:r>
        <w:rPr>
          <w:rFonts w:ascii="Liberation Serif" w:hAnsi="Liberation Serif" w:eastAsia="Liberation Serif"/>
          <w:color w:val="20262E"/>
          <w:sz w:val="18"/>
        </w:rPr>
        <w:t xml:space="preserve"> If ye keep my commandments, ye shall abide in my love; even as I have kept my Father's commandments, and abide in his love.</w:t>
      </w:r>
      <w:r>
        <w:t xml:space="preserve"> </w:t>
      </w:r>
      <w:r>
        <w:rPr>
          <w:rFonts w:ascii="Liberation Sans" w:hAnsi="Liberation Sans" w:eastAsia="Liberation Sans"/>
          <w:b/>
          <w:color w:val="A67833"/>
          <w:sz w:val="15"/>
          <w:vertAlign w:val="superscript"/>
        </w:rPr>
        <w:t>11</w:t>
      </w:r>
      <w:r>
        <w:rPr>
          <w:rFonts w:ascii="Liberation Serif" w:hAnsi="Liberation Serif" w:eastAsia="Liberation Serif"/>
          <w:color w:val="20262E"/>
          <w:sz w:val="18"/>
        </w:rPr>
        <w:t xml:space="preserve"> These things have I spoken unto you, that my joy might remain in you, and that your joy might be full.</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immediately after ministry and throughout the following weeks and months.</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Fill the life with Christ, Scripture, prayer, fellowship, healthy routines, accountability, forgiveness, service, and appropriate counseling; monitor symptoms and follow up.</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Do not create dependency on a deliverance minister. Freedom is sustained through ordinary discipleship, community, truth, and wise care.</w:t>
      </w:r>
    </w:p>
    <w:p>
      <w:pPr>
        <w:pStyle w:val="ScriptureReference"/>
        <w:keepNext/>
        <w:pBdr>
          <w:bottom w:val="single" w:sz="2" w:space="1" w:color="D5DBE0"/>
        </w:pBdr>
      </w:pPr>
      <w:r>
        <w:t>Acts 2:38-42</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38</w:t>
      </w:r>
      <w:r>
        <w:rPr>
          <w:rFonts w:ascii="Liberation Serif" w:hAnsi="Liberation Serif" w:eastAsia="Liberation Serif"/>
          <w:color w:val="20262E"/>
          <w:sz w:val="18"/>
        </w:rPr>
        <w:t xml:space="preserve"> Then Peter said unto them, Repent, and be baptized every one of you in the name of Jesus Christ for the remission of sins, and ye shall receive the gift of the Holy Ghost.</w:t>
      </w:r>
      <w:r>
        <w:t xml:space="preserve"> </w:t>
      </w:r>
      <w:r>
        <w:rPr>
          <w:rFonts w:ascii="Liberation Sans" w:hAnsi="Liberation Sans" w:eastAsia="Liberation Sans"/>
          <w:b/>
          <w:color w:val="A67833"/>
          <w:sz w:val="15"/>
          <w:vertAlign w:val="superscript"/>
        </w:rPr>
        <w:t>39</w:t>
      </w:r>
      <w:r>
        <w:rPr>
          <w:rFonts w:ascii="Liberation Serif" w:hAnsi="Liberation Serif" w:eastAsia="Liberation Serif"/>
          <w:color w:val="20262E"/>
          <w:sz w:val="18"/>
        </w:rPr>
        <w:t xml:space="preserve"> For the promise is unto you, and to your children, and to all that are afar off, even as many as the Lord our God shall call.</w:t>
      </w:r>
      <w:r>
        <w:t xml:space="preserve"> </w:t>
      </w:r>
      <w:r>
        <w:rPr>
          <w:rFonts w:ascii="Liberation Sans" w:hAnsi="Liberation Sans" w:eastAsia="Liberation Sans"/>
          <w:b/>
          <w:color w:val="A67833"/>
          <w:sz w:val="15"/>
          <w:vertAlign w:val="superscript"/>
        </w:rPr>
        <w:t>40</w:t>
      </w:r>
      <w:r>
        <w:rPr>
          <w:rFonts w:ascii="Liberation Serif" w:hAnsi="Liberation Serif" w:eastAsia="Liberation Serif"/>
          <w:color w:val="20262E"/>
          <w:sz w:val="18"/>
        </w:rPr>
        <w:t xml:space="preserve"> And with many other words did he testify and exhort, saying, Save yourselves from this untoward generation.</w:t>
      </w:r>
      <w:r>
        <w:t xml:space="preserve"> </w:t>
      </w:r>
      <w:r>
        <w:rPr>
          <w:rFonts w:ascii="Liberation Sans" w:hAnsi="Liberation Sans" w:eastAsia="Liberation Sans"/>
          <w:b/>
          <w:color w:val="A67833"/>
          <w:sz w:val="15"/>
          <w:vertAlign w:val="superscript"/>
        </w:rPr>
        <w:t>41</w:t>
      </w:r>
      <w:r>
        <w:rPr>
          <w:rFonts w:ascii="Liberation Serif" w:hAnsi="Liberation Serif" w:eastAsia="Liberation Serif"/>
          <w:color w:val="20262E"/>
          <w:sz w:val="18"/>
        </w:rPr>
        <w:t xml:space="preserve"> Then they that gladly received his word were baptized: and the same day there were added unto them about three thousand souls.</w:t>
      </w:r>
      <w:r>
        <w:t xml:space="preserve"> </w:t>
      </w:r>
      <w:r>
        <w:rPr>
          <w:rFonts w:ascii="Liberation Sans" w:hAnsi="Liberation Sans" w:eastAsia="Liberation Sans"/>
          <w:b/>
          <w:color w:val="A67833"/>
          <w:sz w:val="15"/>
          <w:vertAlign w:val="superscript"/>
        </w:rPr>
        <w:t>42</w:t>
      </w:r>
      <w:r>
        <w:rPr>
          <w:rFonts w:ascii="Liberation Serif" w:hAnsi="Liberation Serif" w:eastAsia="Liberation Serif"/>
          <w:color w:val="20262E"/>
          <w:sz w:val="18"/>
        </w:rPr>
        <w:t xml:space="preserve"> And they continued stedfastly in the apostles' doctrine and fellowship, and in breaking of bread, and in prayers.</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immediately after ministry and throughout the following weeks and months.</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Fill the life with Christ, Scripture, prayer, fellowship, healthy routines, accountability, forgiveness, service, and appropriate counseling; monitor symptoms and follow up.</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Do not create dependency on a deliverance minister. Freedom is sustained through ordinary discipleship, community, truth, and wise care.</w:t>
      </w:r>
    </w:p>
    <w:p>
      <w:pPr>
        <w:pStyle w:val="ScriptureReference"/>
        <w:keepNext/>
        <w:pBdr>
          <w:bottom w:val="single" w:sz="2" w:space="1" w:color="D5DBE0"/>
        </w:pBdr>
      </w:pPr>
      <w:r>
        <w:t>Ephesians 5:18-21</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18</w:t>
      </w:r>
      <w:r>
        <w:rPr>
          <w:rFonts w:ascii="Liberation Serif" w:hAnsi="Liberation Serif" w:eastAsia="Liberation Serif"/>
          <w:color w:val="20262E"/>
          <w:sz w:val="18"/>
        </w:rPr>
        <w:t xml:space="preserve"> And be not drunk with wine, wherein is excess; but be filled with the Spirit;</w:t>
      </w:r>
      <w:r>
        <w:t xml:space="preserve"> </w:t>
      </w:r>
      <w:r>
        <w:rPr>
          <w:rFonts w:ascii="Liberation Sans" w:hAnsi="Liberation Sans" w:eastAsia="Liberation Sans"/>
          <w:b/>
          <w:color w:val="A67833"/>
          <w:sz w:val="15"/>
          <w:vertAlign w:val="superscript"/>
        </w:rPr>
        <w:t>19</w:t>
      </w:r>
      <w:r>
        <w:rPr>
          <w:rFonts w:ascii="Liberation Serif" w:hAnsi="Liberation Serif" w:eastAsia="Liberation Serif"/>
          <w:color w:val="20262E"/>
          <w:sz w:val="18"/>
        </w:rPr>
        <w:t xml:space="preserve"> Speaking to yourselves in psalms and hymns and spiritual songs, singing and making melody in your heart to the Lord;</w:t>
      </w:r>
      <w:r>
        <w:t xml:space="preserve"> </w:t>
      </w:r>
      <w:r>
        <w:rPr>
          <w:rFonts w:ascii="Liberation Sans" w:hAnsi="Liberation Sans" w:eastAsia="Liberation Sans"/>
          <w:b/>
          <w:color w:val="A67833"/>
          <w:sz w:val="15"/>
          <w:vertAlign w:val="superscript"/>
        </w:rPr>
        <w:t>20</w:t>
      </w:r>
      <w:r>
        <w:rPr>
          <w:rFonts w:ascii="Liberation Serif" w:hAnsi="Liberation Serif" w:eastAsia="Liberation Serif"/>
          <w:color w:val="20262E"/>
          <w:sz w:val="18"/>
        </w:rPr>
        <w:t xml:space="preserve"> Giving thanks always for all things unto God and the Father in the name of our Lord Jesus Christ;</w:t>
      </w:r>
      <w:r>
        <w:t xml:space="preserve"> </w:t>
      </w:r>
      <w:r>
        <w:rPr>
          <w:rFonts w:ascii="Liberation Sans" w:hAnsi="Liberation Sans" w:eastAsia="Liberation Sans"/>
          <w:b/>
          <w:color w:val="A67833"/>
          <w:sz w:val="15"/>
          <w:vertAlign w:val="superscript"/>
        </w:rPr>
        <w:t>21</w:t>
      </w:r>
      <w:r>
        <w:rPr>
          <w:rFonts w:ascii="Liberation Serif" w:hAnsi="Liberation Serif" w:eastAsia="Liberation Serif"/>
          <w:color w:val="20262E"/>
          <w:sz w:val="18"/>
        </w:rPr>
        <w:t xml:space="preserve"> Submitting yourselves one to another in the fear of God.</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immediately after ministry and throughout the following weeks and months.</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Fill the life with Christ, Scripture, prayer, fellowship, healthy routines, accountability, forgiveness, service, and appropriate counseling; monitor symptoms and follow up.</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Do not create dependency on a deliverance minister. Freedom is sustained through ordinary discipleship, community, truth, and wise care.</w:t>
      </w:r>
    </w:p>
    <w:p>
      <w:pPr>
        <w:pStyle w:val="ScriptureReference"/>
        <w:keepNext/>
        <w:pBdr>
          <w:bottom w:val="single" w:sz="2" w:space="1" w:color="D5DBE0"/>
        </w:pBdr>
      </w:pPr>
      <w:r>
        <w:t>Philippians 4:8-9</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8</w:t>
      </w:r>
      <w:r>
        <w:rPr>
          <w:rFonts w:ascii="Liberation Serif" w:hAnsi="Liberation Serif" w:eastAsia="Liberation Serif"/>
          <w:color w:val="20262E"/>
          <w:sz w:val="18"/>
        </w:rPr>
        <w:t xml:space="preserve"> Finally, brethren, whatsoever things are true, whatsoever things are honest, whatsoever things are just, whatsoever things are pure, whatsoever things are lovely, whatsoever things are of good report; if there be any virtue, and if there be any praise, think on these things.</w:t>
      </w:r>
      <w:r>
        <w:t xml:space="preserve"> </w:t>
      </w:r>
      <w:r>
        <w:rPr>
          <w:rFonts w:ascii="Liberation Sans" w:hAnsi="Liberation Sans" w:eastAsia="Liberation Sans"/>
          <w:b/>
          <w:color w:val="A67833"/>
          <w:sz w:val="15"/>
          <w:vertAlign w:val="superscript"/>
        </w:rPr>
        <w:t>9</w:t>
      </w:r>
      <w:r>
        <w:rPr>
          <w:rFonts w:ascii="Liberation Serif" w:hAnsi="Liberation Serif" w:eastAsia="Liberation Serif"/>
          <w:color w:val="20262E"/>
          <w:sz w:val="18"/>
        </w:rPr>
        <w:t xml:space="preserve"> Those things, which ye have both learned, and received, and heard, and seen in me, do: and the God of peace shall be with you.</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immediately after ministry and throughout the following weeks and months.</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Fill the life with Christ, Scripture, prayer, fellowship, healthy routines, accountability, forgiveness, service, and appropriate counseling; monitor symptoms and follow up.</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Do not create dependency on a deliverance minister. Freedom is sustained through ordinary discipleship, community, truth, and wise care.</w:t>
      </w:r>
    </w:p>
    <w:p>
      <w:pPr>
        <w:pStyle w:val="ScriptureReference"/>
        <w:keepNext/>
        <w:pBdr>
          <w:bottom w:val="single" w:sz="2" w:space="1" w:color="D5DBE0"/>
        </w:pBdr>
      </w:pPr>
      <w:r>
        <w:t>Colossians 3:1-17</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w:t>
      </w:r>
      <w:r>
        <w:rPr>
          <w:rFonts w:ascii="Liberation Serif" w:hAnsi="Liberation Serif" w:eastAsia="Liberation Serif"/>
          <w:color w:val="20262E"/>
          <w:sz w:val="18"/>
        </w:rPr>
        <w:t xml:space="preserve"> If ye then be risen with Christ, seek those things which are above, where Christ sitteth on the right hand of God.</w:t>
      </w:r>
      <w:r>
        <w:t xml:space="preserve"> </w:t>
      </w:r>
      <w:r>
        <w:rPr>
          <w:rFonts w:ascii="Liberation Sans" w:hAnsi="Liberation Sans" w:eastAsia="Liberation Sans"/>
          <w:b/>
          <w:color w:val="A67833"/>
          <w:sz w:val="15"/>
          <w:vertAlign w:val="superscript"/>
        </w:rPr>
        <w:t>2</w:t>
      </w:r>
      <w:r>
        <w:rPr>
          <w:rFonts w:ascii="Liberation Serif" w:hAnsi="Liberation Serif" w:eastAsia="Liberation Serif"/>
          <w:color w:val="20262E"/>
          <w:sz w:val="18"/>
        </w:rPr>
        <w:t xml:space="preserve"> Set your affection on things above, not on things on the earth.</w:t>
      </w:r>
      <w:r>
        <w:t xml:space="preserve"> </w:t>
      </w:r>
      <w:r>
        <w:rPr>
          <w:rFonts w:ascii="Liberation Sans" w:hAnsi="Liberation Sans" w:eastAsia="Liberation Sans"/>
          <w:b/>
          <w:color w:val="A67833"/>
          <w:sz w:val="15"/>
          <w:vertAlign w:val="superscript"/>
        </w:rPr>
        <w:t>3</w:t>
      </w:r>
      <w:r>
        <w:rPr>
          <w:rFonts w:ascii="Liberation Serif" w:hAnsi="Liberation Serif" w:eastAsia="Liberation Serif"/>
          <w:color w:val="20262E"/>
          <w:sz w:val="18"/>
        </w:rPr>
        <w:t xml:space="preserve"> For ye are dead, and your life is hid with Christ in God.</w:t>
      </w:r>
      <w:r>
        <w:t xml:space="preserve"> </w:t>
      </w:r>
      <w:r>
        <w:rPr>
          <w:rFonts w:ascii="Liberation Sans" w:hAnsi="Liberation Sans" w:eastAsia="Liberation Sans"/>
          <w:b/>
          <w:color w:val="A67833"/>
          <w:sz w:val="15"/>
          <w:vertAlign w:val="superscript"/>
        </w:rPr>
        <w:t>4</w:t>
      </w:r>
      <w:r>
        <w:rPr>
          <w:rFonts w:ascii="Liberation Serif" w:hAnsi="Liberation Serif" w:eastAsia="Liberation Serif"/>
          <w:color w:val="20262E"/>
          <w:sz w:val="18"/>
        </w:rPr>
        <w:t xml:space="preserve"> When Christ, who is our life, shall appear, then shall ye also appear with him in glory.</w:t>
      </w:r>
      <w:r>
        <w:t xml:space="preserve"> </w:t>
      </w:r>
      <w:r>
        <w:rPr>
          <w:rFonts w:ascii="Liberation Sans" w:hAnsi="Liberation Sans" w:eastAsia="Liberation Sans"/>
          <w:b/>
          <w:color w:val="A67833"/>
          <w:sz w:val="15"/>
          <w:vertAlign w:val="superscript"/>
        </w:rPr>
        <w:t>5</w:t>
      </w:r>
      <w:r>
        <w:rPr>
          <w:rFonts w:ascii="Liberation Serif" w:hAnsi="Liberation Serif" w:eastAsia="Liberation Serif"/>
          <w:color w:val="20262E"/>
          <w:sz w:val="18"/>
        </w:rPr>
        <w:t xml:space="preserve"> Mortify therefore your members which are upon the earth; fornication, uncleanness, inordinate affection, evil concupiscence, and covetousness, which is idolatry:</w:t>
      </w:r>
      <w:r>
        <w:t xml:space="preserve"> </w:t>
      </w:r>
      <w:r>
        <w:rPr>
          <w:rFonts w:ascii="Liberation Sans" w:hAnsi="Liberation Sans" w:eastAsia="Liberation Sans"/>
          <w:b/>
          <w:color w:val="A67833"/>
          <w:sz w:val="15"/>
          <w:vertAlign w:val="superscript"/>
        </w:rPr>
        <w:t>6</w:t>
      </w:r>
      <w:r>
        <w:rPr>
          <w:rFonts w:ascii="Liberation Serif" w:hAnsi="Liberation Serif" w:eastAsia="Liberation Serif"/>
          <w:color w:val="20262E"/>
          <w:sz w:val="18"/>
        </w:rPr>
        <w:t xml:space="preserve"> For which things' sake the wrath of God cometh on the children of disobedience:</w:t>
      </w:r>
      <w:r>
        <w:t xml:space="preserve"> </w:t>
      </w:r>
      <w:r>
        <w:rPr>
          <w:rFonts w:ascii="Liberation Sans" w:hAnsi="Liberation Sans" w:eastAsia="Liberation Sans"/>
          <w:b/>
          <w:color w:val="A67833"/>
          <w:sz w:val="15"/>
          <w:vertAlign w:val="superscript"/>
        </w:rPr>
        <w:t>7</w:t>
      </w:r>
      <w:r>
        <w:rPr>
          <w:rFonts w:ascii="Liberation Serif" w:hAnsi="Liberation Serif" w:eastAsia="Liberation Serif"/>
          <w:color w:val="20262E"/>
          <w:sz w:val="18"/>
        </w:rPr>
        <w:t xml:space="preserve"> In the which ye also walked some time, when ye lived in them.</w:t>
      </w:r>
      <w:r>
        <w:t xml:space="preserve"> </w:t>
      </w:r>
      <w:r>
        <w:rPr>
          <w:rFonts w:ascii="Liberation Sans" w:hAnsi="Liberation Sans" w:eastAsia="Liberation Sans"/>
          <w:b/>
          <w:color w:val="A67833"/>
          <w:sz w:val="15"/>
          <w:vertAlign w:val="superscript"/>
        </w:rPr>
        <w:t>8</w:t>
      </w:r>
      <w:r>
        <w:rPr>
          <w:rFonts w:ascii="Liberation Serif" w:hAnsi="Liberation Serif" w:eastAsia="Liberation Serif"/>
          <w:color w:val="20262E"/>
          <w:sz w:val="18"/>
        </w:rPr>
        <w:t xml:space="preserve"> But now ye also put off all these; anger, wrath, malice, blasphemy, filthy communication out of your mouth.</w:t>
      </w:r>
      <w:r>
        <w:t xml:space="preserve"> </w:t>
      </w:r>
      <w:r>
        <w:rPr>
          <w:rFonts w:ascii="Liberation Sans" w:hAnsi="Liberation Sans" w:eastAsia="Liberation Sans"/>
          <w:b/>
          <w:color w:val="A67833"/>
          <w:sz w:val="15"/>
          <w:vertAlign w:val="superscript"/>
        </w:rPr>
        <w:t>9</w:t>
      </w:r>
      <w:r>
        <w:rPr>
          <w:rFonts w:ascii="Liberation Serif" w:hAnsi="Liberation Serif" w:eastAsia="Liberation Serif"/>
          <w:color w:val="20262E"/>
          <w:sz w:val="18"/>
        </w:rPr>
        <w:t xml:space="preserve"> Lie not one to another, seeing that ye have put off the old man with his deeds;</w:t>
      </w:r>
      <w:r>
        <w:t xml:space="preserve"> </w:t>
      </w:r>
      <w:r>
        <w:rPr>
          <w:rFonts w:ascii="Liberation Sans" w:hAnsi="Liberation Sans" w:eastAsia="Liberation Sans"/>
          <w:b/>
          <w:color w:val="A67833"/>
          <w:sz w:val="15"/>
          <w:vertAlign w:val="superscript"/>
        </w:rPr>
        <w:t>10</w:t>
      </w:r>
      <w:r>
        <w:rPr>
          <w:rFonts w:ascii="Liberation Serif" w:hAnsi="Liberation Serif" w:eastAsia="Liberation Serif"/>
          <w:color w:val="20262E"/>
          <w:sz w:val="18"/>
        </w:rPr>
        <w:t xml:space="preserve"> And have put on the new man, which is renewed in knowledge after the image of him that created him:</w:t>
      </w:r>
      <w:r>
        <w:t xml:space="preserve"> </w:t>
      </w:r>
      <w:r>
        <w:rPr>
          <w:rFonts w:ascii="Liberation Sans" w:hAnsi="Liberation Sans" w:eastAsia="Liberation Sans"/>
          <w:b/>
          <w:color w:val="A67833"/>
          <w:sz w:val="15"/>
          <w:vertAlign w:val="superscript"/>
        </w:rPr>
        <w:t>11</w:t>
      </w:r>
      <w:r>
        <w:rPr>
          <w:rFonts w:ascii="Liberation Serif" w:hAnsi="Liberation Serif" w:eastAsia="Liberation Serif"/>
          <w:color w:val="20262E"/>
          <w:sz w:val="18"/>
        </w:rPr>
        <w:t xml:space="preserve"> Where there is neither Greek nor Jew, circumcision nor uncircumcision, Barbarian, Scythian, bond nor free: but Christ is all, and in all.</w:t>
      </w:r>
      <w:r>
        <w:t xml:space="preserve"> </w:t>
      </w:r>
      <w:r>
        <w:rPr>
          <w:rFonts w:ascii="Liberation Sans" w:hAnsi="Liberation Sans" w:eastAsia="Liberation Sans"/>
          <w:b/>
          <w:color w:val="A67833"/>
          <w:sz w:val="15"/>
          <w:vertAlign w:val="superscript"/>
        </w:rPr>
        <w:t>12</w:t>
      </w:r>
      <w:r>
        <w:rPr>
          <w:rFonts w:ascii="Liberation Serif" w:hAnsi="Liberation Serif" w:eastAsia="Liberation Serif"/>
          <w:color w:val="20262E"/>
          <w:sz w:val="18"/>
        </w:rPr>
        <w:t xml:space="preserve"> Put on therefore, as the elect of God, holy and beloved, bowels of mercies, kindness, humbleness of mind, meekness, longsuffering;</w:t>
      </w:r>
      <w:r>
        <w:t xml:space="preserve"> </w:t>
      </w:r>
      <w:r>
        <w:rPr>
          <w:rFonts w:ascii="Liberation Sans" w:hAnsi="Liberation Sans" w:eastAsia="Liberation Sans"/>
          <w:b/>
          <w:color w:val="A67833"/>
          <w:sz w:val="15"/>
          <w:vertAlign w:val="superscript"/>
        </w:rPr>
        <w:t>13</w:t>
      </w:r>
      <w:r>
        <w:rPr>
          <w:rFonts w:ascii="Liberation Serif" w:hAnsi="Liberation Serif" w:eastAsia="Liberation Serif"/>
          <w:color w:val="20262E"/>
          <w:sz w:val="18"/>
        </w:rPr>
        <w:t xml:space="preserve"> Forbearing one another, and forgiving one another, if any man have a quarrel against any: even as Christ forgave you, so also do ye.</w:t>
      </w:r>
      <w:r>
        <w:t xml:space="preserve"> </w:t>
      </w:r>
      <w:r>
        <w:rPr>
          <w:rFonts w:ascii="Liberation Sans" w:hAnsi="Liberation Sans" w:eastAsia="Liberation Sans"/>
          <w:b/>
          <w:color w:val="A67833"/>
          <w:sz w:val="15"/>
          <w:vertAlign w:val="superscript"/>
        </w:rPr>
        <w:t>14</w:t>
      </w:r>
      <w:r>
        <w:rPr>
          <w:rFonts w:ascii="Liberation Serif" w:hAnsi="Liberation Serif" w:eastAsia="Liberation Serif"/>
          <w:color w:val="20262E"/>
          <w:sz w:val="18"/>
        </w:rPr>
        <w:t xml:space="preserve"> And above all these things put on charity, which is the bond of perfectness.</w:t>
      </w:r>
      <w:r>
        <w:t xml:space="preserve"> </w:t>
      </w:r>
      <w:r>
        <w:rPr>
          <w:rFonts w:ascii="Liberation Sans" w:hAnsi="Liberation Sans" w:eastAsia="Liberation Sans"/>
          <w:b/>
          <w:color w:val="A67833"/>
          <w:sz w:val="15"/>
          <w:vertAlign w:val="superscript"/>
        </w:rPr>
        <w:t>15</w:t>
      </w:r>
      <w:r>
        <w:rPr>
          <w:rFonts w:ascii="Liberation Serif" w:hAnsi="Liberation Serif" w:eastAsia="Liberation Serif"/>
          <w:color w:val="20262E"/>
          <w:sz w:val="18"/>
        </w:rPr>
        <w:t xml:space="preserve"> And let the peace of God rule in your hearts, to the which also ye are called in one body; and be ye thankful.</w:t>
      </w:r>
      <w:r>
        <w:t xml:space="preserve"> </w:t>
      </w:r>
      <w:r>
        <w:rPr>
          <w:rFonts w:ascii="Liberation Sans" w:hAnsi="Liberation Sans" w:eastAsia="Liberation Sans"/>
          <w:b/>
          <w:color w:val="A67833"/>
          <w:sz w:val="15"/>
          <w:vertAlign w:val="superscript"/>
        </w:rPr>
        <w:t>16</w:t>
      </w:r>
      <w:r>
        <w:rPr>
          <w:rFonts w:ascii="Liberation Serif" w:hAnsi="Liberation Serif" w:eastAsia="Liberation Serif"/>
          <w:color w:val="20262E"/>
          <w:sz w:val="18"/>
        </w:rPr>
        <w:t xml:space="preserve"> Let the word of Christ dwell in you richly in all wisdom; teaching and admonishing one another in psalms and hymns and spiritual songs, singing with grace in your hearts to the Lord.</w:t>
      </w:r>
      <w:r>
        <w:t xml:space="preserve"> </w:t>
      </w:r>
      <w:r>
        <w:rPr>
          <w:rFonts w:ascii="Liberation Sans" w:hAnsi="Liberation Sans" w:eastAsia="Liberation Sans"/>
          <w:b/>
          <w:color w:val="A67833"/>
          <w:sz w:val="15"/>
          <w:vertAlign w:val="superscript"/>
        </w:rPr>
        <w:t>17</w:t>
      </w:r>
      <w:r>
        <w:rPr>
          <w:rFonts w:ascii="Liberation Serif" w:hAnsi="Liberation Serif" w:eastAsia="Liberation Serif"/>
          <w:color w:val="20262E"/>
          <w:sz w:val="18"/>
        </w:rPr>
        <w:t xml:space="preserve"> And whatsoever ye do in word or deed, do all in the name of the Lord Jesus, giving thanks to God and the Father by him.</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immediately after ministry and throughout the following weeks and months.</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Fill the life with Christ, Scripture, prayer, fellowship, healthy routines, accountability, forgiveness, service, and appropriate counseling; monitor symptoms and follow up.</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Do not create dependency on a deliverance minister. Freedom is sustained through ordinary discipleship, community, truth, and wise care.</w:t>
      </w:r>
    </w:p>
    <w:p>
      <w:pPr>
        <w:pStyle w:val="ScriptureReference"/>
        <w:keepNext/>
        <w:pBdr>
          <w:bottom w:val="single" w:sz="2" w:space="1" w:color="D5DBE0"/>
        </w:pBdr>
      </w:pPr>
      <w:r>
        <w:t>2 Peter 1:3-11</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3</w:t>
      </w:r>
      <w:r>
        <w:rPr>
          <w:rFonts w:ascii="Liberation Serif" w:hAnsi="Liberation Serif" w:eastAsia="Liberation Serif"/>
          <w:color w:val="20262E"/>
          <w:sz w:val="18"/>
        </w:rPr>
        <w:t xml:space="preserve"> According as his divine power hath given unto us all things that pertain unto life and godliness, through the knowledge of him that hath called us to glory and virtue:</w:t>
      </w:r>
      <w:r>
        <w:t xml:space="preserve"> </w:t>
      </w:r>
      <w:r>
        <w:rPr>
          <w:rFonts w:ascii="Liberation Sans" w:hAnsi="Liberation Sans" w:eastAsia="Liberation Sans"/>
          <w:b/>
          <w:color w:val="A67833"/>
          <w:sz w:val="15"/>
          <w:vertAlign w:val="superscript"/>
        </w:rPr>
        <w:t>4</w:t>
      </w:r>
      <w:r>
        <w:rPr>
          <w:rFonts w:ascii="Liberation Serif" w:hAnsi="Liberation Serif" w:eastAsia="Liberation Serif"/>
          <w:color w:val="20262E"/>
          <w:sz w:val="18"/>
        </w:rPr>
        <w:t xml:space="preserve"> Whereby are given unto us exceeding great and precious promises: that by these ye might be partakers of the divine nature, having escaped the corruption that is in the world through lust.</w:t>
      </w:r>
      <w:r>
        <w:t xml:space="preserve"> </w:t>
      </w:r>
      <w:r>
        <w:rPr>
          <w:rFonts w:ascii="Liberation Sans" w:hAnsi="Liberation Sans" w:eastAsia="Liberation Sans"/>
          <w:b/>
          <w:color w:val="A67833"/>
          <w:sz w:val="15"/>
          <w:vertAlign w:val="superscript"/>
        </w:rPr>
        <w:t>5</w:t>
      </w:r>
      <w:r>
        <w:rPr>
          <w:rFonts w:ascii="Liberation Serif" w:hAnsi="Liberation Serif" w:eastAsia="Liberation Serif"/>
          <w:color w:val="20262E"/>
          <w:sz w:val="18"/>
        </w:rPr>
        <w:t xml:space="preserve"> And beside this, giving all diligence, add to your faith virtue; and to virtue knowledge;</w:t>
      </w:r>
      <w:r>
        <w:t xml:space="preserve"> </w:t>
      </w:r>
      <w:r>
        <w:rPr>
          <w:rFonts w:ascii="Liberation Sans" w:hAnsi="Liberation Sans" w:eastAsia="Liberation Sans"/>
          <w:b/>
          <w:color w:val="A67833"/>
          <w:sz w:val="15"/>
          <w:vertAlign w:val="superscript"/>
        </w:rPr>
        <w:t>6</w:t>
      </w:r>
      <w:r>
        <w:rPr>
          <w:rFonts w:ascii="Liberation Serif" w:hAnsi="Liberation Serif" w:eastAsia="Liberation Serif"/>
          <w:color w:val="20262E"/>
          <w:sz w:val="18"/>
        </w:rPr>
        <w:t xml:space="preserve"> And to knowledge temperance; and to temperance patience; and to patience godliness;</w:t>
      </w:r>
      <w:r>
        <w:t xml:space="preserve"> </w:t>
      </w:r>
      <w:r>
        <w:rPr>
          <w:rFonts w:ascii="Liberation Sans" w:hAnsi="Liberation Sans" w:eastAsia="Liberation Sans"/>
          <w:b/>
          <w:color w:val="A67833"/>
          <w:sz w:val="15"/>
          <w:vertAlign w:val="superscript"/>
        </w:rPr>
        <w:t>7</w:t>
      </w:r>
      <w:r>
        <w:rPr>
          <w:rFonts w:ascii="Liberation Serif" w:hAnsi="Liberation Serif" w:eastAsia="Liberation Serif"/>
          <w:color w:val="20262E"/>
          <w:sz w:val="18"/>
        </w:rPr>
        <w:t xml:space="preserve"> And to godliness brotherly kindness; and to brotherly kindness charity.</w:t>
      </w:r>
      <w:r>
        <w:t xml:space="preserve"> </w:t>
      </w:r>
      <w:r>
        <w:rPr>
          <w:rFonts w:ascii="Liberation Sans" w:hAnsi="Liberation Sans" w:eastAsia="Liberation Sans"/>
          <w:b/>
          <w:color w:val="A67833"/>
          <w:sz w:val="15"/>
          <w:vertAlign w:val="superscript"/>
        </w:rPr>
        <w:t>8</w:t>
      </w:r>
      <w:r>
        <w:rPr>
          <w:rFonts w:ascii="Liberation Serif" w:hAnsi="Liberation Serif" w:eastAsia="Liberation Serif"/>
          <w:color w:val="20262E"/>
          <w:sz w:val="18"/>
        </w:rPr>
        <w:t xml:space="preserve"> For if these things be in you, and abound, they make you that ye shall neither be barren nor unfruitful in the knowledge of our Lord Jesus Christ.</w:t>
      </w:r>
      <w:r>
        <w:t xml:space="preserve"> </w:t>
      </w:r>
      <w:r>
        <w:rPr>
          <w:rFonts w:ascii="Liberation Sans" w:hAnsi="Liberation Sans" w:eastAsia="Liberation Sans"/>
          <w:b/>
          <w:color w:val="A67833"/>
          <w:sz w:val="15"/>
          <w:vertAlign w:val="superscript"/>
        </w:rPr>
        <w:t>9</w:t>
      </w:r>
      <w:r>
        <w:rPr>
          <w:rFonts w:ascii="Liberation Serif" w:hAnsi="Liberation Serif" w:eastAsia="Liberation Serif"/>
          <w:color w:val="20262E"/>
          <w:sz w:val="18"/>
        </w:rPr>
        <w:t xml:space="preserve"> But he that lacketh these things is blind, and cannot see afar off, and hath forgotten that he was purged from his old sins.</w:t>
      </w:r>
      <w:r>
        <w:t xml:space="preserve"> </w:t>
      </w:r>
      <w:r>
        <w:rPr>
          <w:rFonts w:ascii="Liberation Sans" w:hAnsi="Liberation Sans" w:eastAsia="Liberation Sans"/>
          <w:b/>
          <w:color w:val="A67833"/>
          <w:sz w:val="15"/>
          <w:vertAlign w:val="superscript"/>
        </w:rPr>
        <w:t>10</w:t>
      </w:r>
      <w:r>
        <w:rPr>
          <w:rFonts w:ascii="Liberation Serif" w:hAnsi="Liberation Serif" w:eastAsia="Liberation Serif"/>
          <w:color w:val="20262E"/>
          <w:sz w:val="18"/>
        </w:rPr>
        <w:t xml:space="preserve"> Wherefore the rather, brethren, give diligence to make your calling and election sure: for if ye do these things, ye shall never fall:</w:t>
      </w:r>
      <w:r>
        <w:t xml:space="preserve"> </w:t>
      </w:r>
      <w:r>
        <w:rPr>
          <w:rFonts w:ascii="Liberation Sans" w:hAnsi="Liberation Sans" w:eastAsia="Liberation Sans"/>
          <w:b/>
          <w:color w:val="A67833"/>
          <w:sz w:val="15"/>
          <w:vertAlign w:val="superscript"/>
        </w:rPr>
        <w:t>11</w:t>
      </w:r>
      <w:r>
        <w:rPr>
          <w:rFonts w:ascii="Liberation Serif" w:hAnsi="Liberation Serif" w:eastAsia="Liberation Serif"/>
          <w:color w:val="20262E"/>
          <w:sz w:val="18"/>
        </w:rPr>
        <w:t xml:space="preserve"> For so an entrance shall be ministered unto you abundantly into the everlasting kingdom of our Lord and Saviour Jesus Christ.</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immediately after ministry and throughout the following weeks and months.</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Fill the life with Christ, Scripture, prayer, fellowship, healthy routines, accountability, forgiveness, service, and appropriate counseling; monitor symptoms and follow up.</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Do not create dependency on a deliverance minister. Freedom is sustained through ordinary discipleship, community, truth, and wise care.</w:t>
      </w:r>
    </w:p>
    <w:p>
      <w:pPr>
        <w:pStyle w:val="ScriptureReference"/>
        <w:keepNext/>
        <w:pBdr>
          <w:bottom w:val="single" w:sz="2" w:space="1" w:color="D5DBE0"/>
        </w:pBdr>
      </w:pPr>
      <w:r>
        <w:t>1 Peter 5:8-10</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8</w:t>
      </w:r>
      <w:r>
        <w:rPr>
          <w:rFonts w:ascii="Liberation Serif" w:hAnsi="Liberation Serif" w:eastAsia="Liberation Serif"/>
          <w:color w:val="20262E"/>
          <w:sz w:val="18"/>
        </w:rPr>
        <w:t xml:space="preserve"> Be sober, be vigilant; because your adversary the devil, as a roaring lion, walketh about, seeking whom he may devour:</w:t>
      </w:r>
      <w:r>
        <w:t xml:space="preserve"> </w:t>
      </w:r>
      <w:r>
        <w:rPr>
          <w:rFonts w:ascii="Liberation Sans" w:hAnsi="Liberation Sans" w:eastAsia="Liberation Sans"/>
          <w:b/>
          <w:color w:val="A67833"/>
          <w:sz w:val="15"/>
          <w:vertAlign w:val="superscript"/>
        </w:rPr>
        <w:t>9</w:t>
      </w:r>
      <w:r>
        <w:rPr>
          <w:rFonts w:ascii="Liberation Serif" w:hAnsi="Liberation Serif" w:eastAsia="Liberation Serif"/>
          <w:color w:val="20262E"/>
          <w:sz w:val="18"/>
        </w:rPr>
        <w:t xml:space="preserve"> Whom resist stedfast in the faith, knowing that the same afflictions are accomplished in your brethren that are in the world.</w:t>
      </w:r>
      <w:r>
        <w:t xml:space="preserve"> </w:t>
      </w:r>
      <w:r>
        <w:rPr>
          <w:rFonts w:ascii="Liberation Sans" w:hAnsi="Liberation Sans" w:eastAsia="Liberation Sans"/>
          <w:b/>
          <w:color w:val="A67833"/>
          <w:sz w:val="15"/>
          <w:vertAlign w:val="superscript"/>
        </w:rPr>
        <w:t>10</w:t>
      </w:r>
      <w:r>
        <w:rPr>
          <w:rFonts w:ascii="Liberation Serif" w:hAnsi="Liberation Serif" w:eastAsia="Liberation Serif"/>
          <w:color w:val="20262E"/>
          <w:sz w:val="18"/>
        </w:rPr>
        <w:t xml:space="preserve"> But the God of all grace, who hath called us unto his eternal glory by Christ Jesus, after that ye have suffered a while, make you perfect, stablish, strengthen, settle you.</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immediately after ministry and throughout the following weeks and months.</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Fill the life with Christ, Scripture, prayer, fellowship, healthy routines, accountability, forgiveness, service, and appropriate counseling; monitor symptoms and follow up.</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Do not create dependency on a deliverance minister. Freedom is sustained through ordinary discipleship, community, truth, and wise care.</w:t>
      </w:r>
    </w:p>
    <w:p>
      <w:pPr>
        <w:pStyle w:val="Heading1"/>
        <w:keepNext/>
        <w:pageBreakBefore/>
        <w:pBdr>
          <w:bottom w:val="single" w:sz="8" w:space="2" w:color="A67833"/>
        </w:pBdr>
      </w:pPr>
      <w:r>
        <w:t>6.19 Ministry Conduct, Consent, Humility, Order, and Safeguarding</w:t>
      </w:r>
    </w:p>
    <w:p>
      <w:pPr>
        <w:pStyle w:val="Guidance"/>
      </w:pPr>
      <w:r>
        <w:rPr>
          <w:rFonts w:ascii="Liberation Sans" w:hAnsi="Liberation Sans" w:eastAsia="Liberation Sans"/>
          <w:b/>
          <w:color w:val="18324A"/>
          <w:sz w:val="17"/>
        </w:rPr>
        <w:t xml:space="preserve">Use this section when: </w:t>
      </w:r>
      <w:r>
        <w:rPr>
          <w:rFonts w:ascii="Liberation Sans" w:hAnsi="Liberation Sans" w:eastAsia="Liberation Sans"/>
          <w:color w:val="20262E"/>
          <w:sz w:val="17"/>
        </w:rPr>
        <w:t>Use when forming a team, setting policies, ministering to vulnerable people, children, abuse survivors, or anyone in crisis.</w:t>
      </w:r>
    </w:p>
    <w:p>
      <w:pPr>
        <w:pStyle w:val="Guidance"/>
      </w:pPr>
      <w:r>
        <w:rPr>
          <w:rFonts w:ascii="Liberation Sans" w:hAnsi="Liberation Sans" w:eastAsia="Liberation Sans"/>
          <w:b/>
          <w:color w:val="18324A"/>
          <w:sz w:val="17"/>
        </w:rPr>
        <w:t xml:space="preserve">Ministry method: </w:t>
      </w:r>
      <w:r>
        <w:rPr>
          <w:rFonts w:ascii="Liberation Sans" w:hAnsi="Liberation Sans" w:eastAsia="Liberation Sans"/>
          <w:color w:val="20262E"/>
          <w:sz w:val="17"/>
        </w:rPr>
        <w:t>Obtain informed consent, protect privacy, use accountable teams, stop on request, document responsibly, report abuse as required, and refer beyond competence.</w:t>
      </w:r>
    </w:p>
    <w:p>
      <w:pPr>
        <w:pStyle w:val="Guidance"/>
      </w:pPr>
      <w:r>
        <w:rPr>
          <w:rFonts w:ascii="Liberation Sans" w:hAnsi="Liberation Sans" w:eastAsia="Liberation Sans"/>
          <w:b/>
          <w:color w:val="18324A"/>
          <w:sz w:val="17"/>
        </w:rPr>
        <w:t xml:space="preserve">Section control: </w:t>
      </w:r>
      <w:r>
        <w:rPr>
          <w:rFonts w:ascii="Liberation Sans" w:hAnsi="Liberation Sans" w:eastAsia="Liberation Sans"/>
          <w:color w:val="20262E"/>
          <w:sz w:val="17"/>
        </w:rPr>
        <w:t>No restraint, intimidation, humiliation, forced confession, sexualized touch, medication interference, isolation, or ministry to minors without appropriate guardians and safeguarding.</w:t>
      </w:r>
    </w:p>
    <w:p>
      <w:pPr>
        <w:pStyle w:val="SmallNote"/>
      </w:pPr>
      <w:r>
        <w:t>14 operational passage entries</w:t>
      </w:r>
    </w:p>
    <w:p>
      <w:pPr>
        <w:pStyle w:val="ScriptureReference"/>
        <w:keepNext/>
        <w:pBdr>
          <w:bottom w:val="single" w:sz="2" w:space="1" w:color="D5DBE0"/>
        </w:pBdr>
      </w:pPr>
      <w:r>
        <w:t>Matthew 7:12</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12</w:t>
      </w:r>
      <w:r>
        <w:rPr>
          <w:rFonts w:ascii="Liberation Serif" w:hAnsi="Liberation Serif" w:eastAsia="Liberation Serif"/>
          <w:color w:val="20262E"/>
          <w:sz w:val="18"/>
        </w:rPr>
        <w:t xml:space="preserve"> Therefore all things whatsoever ye would that men should do to you, do ye even so to them: for this is the law and the prophets.</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forming a team, setting policies, ministering to vulnerable people, children, abuse survivors, or anyone in crisis.</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Obtain informed consent, protect privacy, use accountable teams, stop on request, document responsibly, report abuse as required, and refer beyond competence.</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No restraint, intimidation, humiliation, forced confession, sexualized touch, medication interference, isolation, or ministry to minors without appropriate guardians and safeguarding.</w:t>
      </w:r>
    </w:p>
    <w:p>
      <w:pPr>
        <w:pStyle w:val="ScriptureReference"/>
        <w:keepNext/>
        <w:pBdr>
          <w:bottom w:val="single" w:sz="2" w:space="1" w:color="D5DBE0"/>
        </w:pBdr>
      </w:pPr>
      <w:r>
        <w:t>Matthew 20:25-28</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25</w:t>
      </w:r>
      <w:r>
        <w:rPr>
          <w:rFonts w:ascii="Liberation Serif" w:hAnsi="Liberation Serif" w:eastAsia="Liberation Serif"/>
          <w:color w:val="20262E"/>
          <w:sz w:val="18"/>
        </w:rPr>
        <w:t xml:space="preserve"> But Jesus called them unto him, and said, Ye know that the princes of the Gentiles exercise dominion over them, and they that are great exercise authority upon them.</w:t>
      </w:r>
      <w:r>
        <w:t xml:space="preserve"> </w:t>
      </w:r>
      <w:r>
        <w:rPr>
          <w:rFonts w:ascii="Liberation Sans" w:hAnsi="Liberation Sans" w:eastAsia="Liberation Sans"/>
          <w:b/>
          <w:color w:val="A67833"/>
          <w:sz w:val="15"/>
          <w:vertAlign w:val="superscript"/>
        </w:rPr>
        <w:t>26</w:t>
      </w:r>
      <w:r>
        <w:rPr>
          <w:rFonts w:ascii="Liberation Serif" w:hAnsi="Liberation Serif" w:eastAsia="Liberation Serif"/>
          <w:color w:val="20262E"/>
          <w:sz w:val="18"/>
        </w:rPr>
        <w:t xml:space="preserve"> But it shall not be so among you: but whosoever will be great among you, let him be your minister;</w:t>
      </w:r>
      <w:r>
        <w:t xml:space="preserve"> </w:t>
      </w:r>
      <w:r>
        <w:rPr>
          <w:rFonts w:ascii="Liberation Sans" w:hAnsi="Liberation Sans" w:eastAsia="Liberation Sans"/>
          <w:b/>
          <w:color w:val="A67833"/>
          <w:sz w:val="15"/>
          <w:vertAlign w:val="superscript"/>
        </w:rPr>
        <w:t>27</w:t>
      </w:r>
      <w:r>
        <w:rPr>
          <w:rFonts w:ascii="Liberation Serif" w:hAnsi="Liberation Serif" w:eastAsia="Liberation Serif"/>
          <w:color w:val="20262E"/>
          <w:sz w:val="18"/>
        </w:rPr>
        <w:t xml:space="preserve"> And whosoever will be chief among you, let him be your servant:</w:t>
      </w:r>
      <w:r>
        <w:t xml:space="preserve"> </w:t>
      </w:r>
      <w:r>
        <w:rPr>
          <w:rFonts w:ascii="Liberation Sans" w:hAnsi="Liberation Sans" w:eastAsia="Liberation Sans"/>
          <w:b/>
          <w:color w:val="A67833"/>
          <w:sz w:val="15"/>
          <w:vertAlign w:val="superscript"/>
        </w:rPr>
        <w:t>28</w:t>
      </w:r>
      <w:r>
        <w:rPr>
          <w:rFonts w:ascii="Liberation Serif" w:hAnsi="Liberation Serif" w:eastAsia="Liberation Serif"/>
          <w:color w:val="20262E"/>
          <w:sz w:val="18"/>
        </w:rPr>
        <w:t xml:space="preserve"> Even as the Son of man came not to be ministered unto, but to minister, and to give his life a ransom for many.</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forming a team, setting policies, ministering to vulnerable people, children, abuse survivors, or anyone in crisis.</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Obtain informed consent, protect privacy, use accountable teams, stop on request, document responsibly, report abuse as required, and refer beyond competence.</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No restraint, intimidation, humiliation, forced confession, sexualized touch, medication interference, isolation, or ministry to minors without appropriate guardians and safeguarding.</w:t>
      </w:r>
    </w:p>
    <w:p>
      <w:pPr>
        <w:pStyle w:val="ScriptureReference"/>
        <w:keepNext/>
        <w:pBdr>
          <w:bottom w:val="single" w:sz="2" w:space="1" w:color="D5DBE0"/>
        </w:pBdr>
      </w:pPr>
      <w:r>
        <w:t>Mark 9:38-40</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38</w:t>
      </w:r>
      <w:r>
        <w:rPr>
          <w:rFonts w:ascii="Liberation Serif" w:hAnsi="Liberation Serif" w:eastAsia="Liberation Serif"/>
          <w:color w:val="20262E"/>
          <w:sz w:val="18"/>
        </w:rPr>
        <w:t xml:space="preserve"> And John answered him, saying, Master, we saw one casting out devils in thy name, and he followeth not us: and we forbad him, because he followeth not us.</w:t>
      </w:r>
      <w:r>
        <w:t xml:space="preserve"> </w:t>
      </w:r>
      <w:r>
        <w:rPr>
          <w:rFonts w:ascii="Liberation Sans" w:hAnsi="Liberation Sans" w:eastAsia="Liberation Sans"/>
          <w:b/>
          <w:color w:val="A67833"/>
          <w:sz w:val="15"/>
          <w:vertAlign w:val="superscript"/>
        </w:rPr>
        <w:t>39</w:t>
      </w:r>
      <w:r>
        <w:rPr>
          <w:rFonts w:ascii="Liberation Serif" w:hAnsi="Liberation Serif" w:eastAsia="Liberation Serif"/>
          <w:color w:val="20262E"/>
          <w:sz w:val="18"/>
        </w:rPr>
        <w:t xml:space="preserve"> But Jesus said, Forbid him not: for there is no man which shall do a miracle in my name, that can lightly speak evil of me.</w:t>
      </w:r>
      <w:r>
        <w:t xml:space="preserve"> </w:t>
      </w:r>
      <w:r>
        <w:rPr>
          <w:rFonts w:ascii="Liberation Sans" w:hAnsi="Liberation Sans" w:eastAsia="Liberation Sans"/>
          <w:b/>
          <w:color w:val="A67833"/>
          <w:sz w:val="15"/>
          <w:vertAlign w:val="superscript"/>
        </w:rPr>
        <w:t>40</w:t>
      </w:r>
      <w:r>
        <w:rPr>
          <w:rFonts w:ascii="Liberation Serif" w:hAnsi="Liberation Serif" w:eastAsia="Liberation Serif"/>
          <w:color w:val="20262E"/>
          <w:sz w:val="18"/>
        </w:rPr>
        <w:t xml:space="preserve"> For he that is not against us is on our part.</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forming a team, setting policies, ministering to vulnerable people, children, abuse survivors, or anyone in crisis.</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Obtain informed consent, protect privacy, use accountable teams, stop on request, document responsibly, report abuse as required, and refer beyond competence.</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No restraint, intimidation, humiliation, forced confession, sexualized touch, medication interference, isolation, or ministry to minors without appropriate guardians and safeguarding.</w:t>
      </w:r>
    </w:p>
    <w:p>
      <w:pPr>
        <w:pStyle w:val="ScriptureReference"/>
        <w:keepNext/>
        <w:pBdr>
          <w:bottom w:val="single" w:sz="2" w:space="1" w:color="D5DBE0"/>
        </w:pBdr>
      </w:pPr>
      <w:r>
        <w:t>Luke 10:25-37</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25</w:t>
      </w:r>
      <w:r>
        <w:rPr>
          <w:rFonts w:ascii="Liberation Serif" w:hAnsi="Liberation Serif" w:eastAsia="Liberation Serif"/>
          <w:color w:val="20262E"/>
          <w:sz w:val="18"/>
        </w:rPr>
        <w:t xml:space="preserve"> And, behold, a certain lawyer stood up, and tempted him, saying, Master, what shall I do to inherit eternal life?</w:t>
      </w:r>
      <w:r>
        <w:t xml:space="preserve"> </w:t>
      </w:r>
      <w:r>
        <w:rPr>
          <w:rFonts w:ascii="Liberation Sans" w:hAnsi="Liberation Sans" w:eastAsia="Liberation Sans"/>
          <w:b/>
          <w:color w:val="A67833"/>
          <w:sz w:val="15"/>
          <w:vertAlign w:val="superscript"/>
        </w:rPr>
        <w:t>26</w:t>
      </w:r>
      <w:r>
        <w:rPr>
          <w:rFonts w:ascii="Liberation Serif" w:hAnsi="Liberation Serif" w:eastAsia="Liberation Serif"/>
          <w:color w:val="20262E"/>
          <w:sz w:val="18"/>
        </w:rPr>
        <w:t xml:space="preserve"> He said unto him, What is written in the law? how readest thou?</w:t>
      </w:r>
      <w:r>
        <w:t xml:space="preserve"> </w:t>
      </w:r>
      <w:r>
        <w:rPr>
          <w:rFonts w:ascii="Liberation Sans" w:hAnsi="Liberation Sans" w:eastAsia="Liberation Sans"/>
          <w:b/>
          <w:color w:val="A67833"/>
          <w:sz w:val="15"/>
          <w:vertAlign w:val="superscript"/>
        </w:rPr>
        <w:t>27</w:t>
      </w:r>
      <w:r>
        <w:rPr>
          <w:rFonts w:ascii="Liberation Serif" w:hAnsi="Liberation Serif" w:eastAsia="Liberation Serif"/>
          <w:color w:val="20262E"/>
          <w:sz w:val="18"/>
        </w:rPr>
        <w:t xml:space="preserve"> And he answering said, Thou shalt love the Lord thy God with all thy heart, and with all thy soul, and with all thy strength, and with all thy mind; and thy neighbour as thyself.</w:t>
      </w:r>
      <w:r>
        <w:t xml:space="preserve"> </w:t>
      </w:r>
      <w:r>
        <w:rPr>
          <w:rFonts w:ascii="Liberation Sans" w:hAnsi="Liberation Sans" w:eastAsia="Liberation Sans"/>
          <w:b/>
          <w:color w:val="A67833"/>
          <w:sz w:val="15"/>
          <w:vertAlign w:val="superscript"/>
        </w:rPr>
        <w:t>28</w:t>
      </w:r>
      <w:r>
        <w:rPr>
          <w:rFonts w:ascii="Liberation Serif" w:hAnsi="Liberation Serif" w:eastAsia="Liberation Serif"/>
          <w:color w:val="20262E"/>
          <w:sz w:val="18"/>
        </w:rPr>
        <w:t xml:space="preserve"> And he said unto him, Thou hast answered right: this do, and thou shalt live.</w:t>
      </w:r>
      <w:r>
        <w:t xml:space="preserve"> </w:t>
      </w:r>
      <w:r>
        <w:rPr>
          <w:rFonts w:ascii="Liberation Sans" w:hAnsi="Liberation Sans" w:eastAsia="Liberation Sans"/>
          <w:b/>
          <w:color w:val="A67833"/>
          <w:sz w:val="15"/>
          <w:vertAlign w:val="superscript"/>
        </w:rPr>
        <w:t>29</w:t>
      </w:r>
      <w:r>
        <w:rPr>
          <w:rFonts w:ascii="Liberation Serif" w:hAnsi="Liberation Serif" w:eastAsia="Liberation Serif"/>
          <w:color w:val="20262E"/>
          <w:sz w:val="18"/>
        </w:rPr>
        <w:t xml:space="preserve"> But he, willing to justify himself, said unto Jesus, And who is my neighbour?</w:t>
      </w:r>
      <w:r>
        <w:t xml:space="preserve"> </w:t>
      </w:r>
      <w:r>
        <w:rPr>
          <w:rFonts w:ascii="Liberation Sans" w:hAnsi="Liberation Sans" w:eastAsia="Liberation Sans"/>
          <w:b/>
          <w:color w:val="A67833"/>
          <w:sz w:val="15"/>
          <w:vertAlign w:val="superscript"/>
        </w:rPr>
        <w:t>30</w:t>
      </w:r>
      <w:r>
        <w:rPr>
          <w:rFonts w:ascii="Liberation Serif" w:hAnsi="Liberation Serif" w:eastAsia="Liberation Serif"/>
          <w:color w:val="20262E"/>
          <w:sz w:val="18"/>
        </w:rPr>
        <w:t xml:space="preserve"> And Jesus answering said, A certain man went down from Jerusalem to Jericho, and fell among thieves, which stripped him of his raiment, and wounded him, and departed, leaving him half dead.</w:t>
      </w:r>
      <w:r>
        <w:t xml:space="preserve"> </w:t>
      </w:r>
      <w:r>
        <w:rPr>
          <w:rFonts w:ascii="Liberation Sans" w:hAnsi="Liberation Sans" w:eastAsia="Liberation Sans"/>
          <w:b/>
          <w:color w:val="A67833"/>
          <w:sz w:val="15"/>
          <w:vertAlign w:val="superscript"/>
        </w:rPr>
        <w:t>31</w:t>
      </w:r>
      <w:r>
        <w:rPr>
          <w:rFonts w:ascii="Liberation Serif" w:hAnsi="Liberation Serif" w:eastAsia="Liberation Serif"/>
          <w:color w:val="20262E"/>
          <w:sz w:val="18"/>
        </w:rPr>
        <w:t xml:space="preserve"> And by chance there came down a certain priest that way: and when he saw him, he passed by on the other side.</w:t>
      </w:r>
      <w:r>
        <w:t xml:space="preserve"> </w:t>
      </w:r>
      <w:r>
        <w:rPr>
          <w:rFonts w:ascii="Liberation Sans" w:hAnsi="Liberation Sans" w:eastAsia="Liberation Sans"/>
          <w:b/>
          <w:color w:val="A67833"/>
          <w:sz w:val="15"/>
          <w:vertAlign w:val="superscript"/>
        </w:rPr>
        <w:t>32</w:t>
      </w:r>
      <w:r>
        <w:rPr>
          <w:rFonts w:ascii="Liberation Serif" w:hAnsi="Liberation Serif" w:eastAsia="Liberation Serif"/>
          <w:color w:val="20262E"/>
          <w:sz w:val="18"/>
        </w:rPr>
        <w:t xml:space="preserve"> And likewise a Levite, when he was at the place, came and looked on him, and passed by on the other side.</w:t>
      </w:r>
      <w:r>
        <w:t xml:space="preserve"> </w:t>
      </w:r>
      <w:r>
        <w:rPr>
          <w:rFonts w:ascii="Liberation Sans" w:hAnsi="Liberation Sans" w:eastAsia="Liberation Sans"/>
          <w:b/>
          <w:color w:val="A67833"/>
          <w:sz w:val="15"/>
          <w:vertAlign w:val="superscript"/>
        </w:rPr>
        <w:t>33</w:t>
      </w:r>
      <w:r>
        <w:rPr>
          <w:rFonts w:ascii="Liberation Serif" w:hAnsi="Liberation Serif" w:eastAsia="Liberation Serif"/>
          <w:color w:val="20262E"/>
          <w:sz w:val="18"/>
        </w:rPr>
        <w:t xml:space="preserve"> But a certain Samaritan, as he journeyed, came where he was: and when he saw him, he had compassion on him,</w:t>
      </w:r>
      <w:r>
        <w:t xml:space="preserve"> </w:t>
      </w:r>
      <w:r>
        <w:rPr>
          <w:rFonts w:ascii="Liberation Sans" w:hAnsi="Liberation Sans" w:eastAsia="Liberation Sans"/>
          <w:b/>
          <w:color w:val="A67833"/>
          <w:sz w:val="15"/>
          <w:vertAlign w:val="superscript"/>
        </w:rPr>
        <w:t>34</w:t>
      </w:r>
      <w:r>
        <w:rPr>
          <w:rFonts w:ascii="Liberation Serif" w:hAnsi="Liberation Serif" w:eastAsia="Liberation Serif"/>
          <w:color w:val="20262E"/>
          <w:sz w:val="18"/>
        </w:rPr>
        <w:t xml:space="preserve"> And went to him, and bound up his wounds, pouring in oil and wine, and set him on his own beast, and brought him to an inn, and took care of him.</w:t>
      </w:r>
      <w:r>
        <w:t xml:space="preserve"> </w:t>
      </w:r>
      <w:r>
        <w:rPr>
          <w:rFonts w:ascii="Liberation Sans" w:hAnsi="Liberation Sans" w:eastAsia="Liberation Sans"/>
          <w:b/>
          <w:color w:val="A67833"/>
          <w:sz w:val="15"/>
          <w:vertAlign w:val="superscript"/>
        </w:rPr>
        <w:t>35</w:t>
      </w:r>
      <w:r>
        <w:rPr>
          <w:rFonts w:ascii="Liberation Serif" w:hAnsi="Liberation Serif" w:eastAsia="Liberation Serif"/>
          <w:color w:val="20262E"/>
          <w:sz w:val="18"/>
        </w:rPr>
        <w:t xml:space="preserve"> And on the morrow when he departed, he took out two pence, and gave them to the host, and said unto him, Take care of him; and whatsoever thou spendest more, when I come again, I will repay thee.</w:t>
      </w:r>
      <w:r>
        <w:t xml:space="preserve"> </w:t>
      </w:r>
      <w:r>
        <w:rPr>
          <w:rFonts w:ascii="Liberation Sans" w:hAnsi="Liberation Sans" w:eastAsia="Liberation Sans"/>
          <w:b/>
          <w:color w:val="A67833"/>
          <w:sz w:val="15"/>
          <w:vertAlign w:val="superscript"/>
        </w:rPr>
        <w:t>36</w:t>
      </w:r>
      <w:r>
        <w:rPr>
          <w:rFonts w:ascii="Liberation Serif" w:hAnsi="Liberation Serif" w:eastAsia="Liberation Serif"/>
          <w:color w:val="20262E"/>
          <w:sz w:val="18"/>
        </w:rPr>
        <w:t xml:space="preserve"> Which now of these three, thinkest thou, was neighbour unto him that fell among the thieves?</w:t>
      </w:r>
      <w:r>
        <w:t xml:space="preserve"> </w:t>
      </w:r>
      <w:r>
        <w:rPr>
          <w:rFonts w:ascii="Liberation Sans" w:hAnsi="Liberation Sans" w:eastAsia="Liberation Sans"/>
          <w:b/>
          <w:color w:val="A67833"/>
          <w:sz w:val="15"/>
          <w:vertAlign w:val="superscript"/>
        </w:rPr>
        <w:t>37</w:t>
      </w:r>
      <w:r>
        <w:rPr>
          <w:rFonts w:ascii="Liberation Serif" w:hAnsi="Liberation Serif" w:eastAsia="Liberation Serif"/>
          <w:color w:val="20262E"/>
          <w:sz w:val="18"/>
        </w:rPr>
        <w:t xml:space="preserve"> And he said, He that shewed mercy on him. Then said Jesus unto him, Go, and do thou likewise.</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forming a team, setting policies, ministering to vulnerable people, children, abuse survivors, or anyone in crisis.</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Obtain informed consent, protect privacy, use accountable teams, stop on request, document responsibly, report abuse as required, and refer beyond competence.</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No restraint, intimidation, humiliation, forced confession, sexualized touch, medication interference, isolation, or ministry to minors without appropriate guardians and safeguarding.</w:t>
      </w:r>
    </w:p>
    <w:p>
      <w:pPr>
        <w:pStyle w:val="ScriptureReference"/>
        <w:keepNext/>
        <w:pBdr>
          <w:bottom w:val="single" w:sz="2" w:space="1" w:color="D5DBE0"/>
        </w:pBdr>
      </w:pPr>
      <w:r>
        <w:t>John 10:10-14</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10</w:t>
      </w:r>
      <w:r>
        <w:rPr>
          <w:rFonts w:ascii="Liberation Serif" w:hAnsi="Liberation Serif" w:eastAsia="Liberation Serif"/>
          <w:color w:val="20262E"/>
          <w:sz w:val="18"/>
        </w:rPr>
        <w:t xml:space="preserve"> The thief cometh not, but for to steal, and to kill, and to destroy: I am come that they might have life, and that they might have it more abundantly.</w:t>
      </w:r>
      <w:r>
        <w:t xml:space="preserve"> </w:t>
      </w:r>
      <w:r>
        <w:rPr>
          <w:rFonts w:ascii="Liberation Sans" w:hAnsi="Liberation Sans" w:eastAsia="Liberation Sans"/>
          <w:b/>
          <w:color w:val="A67833"/>
          <w:sz w:val="15"/>
          <w:vertAlign w:val="superscript"/>
        </w:rPr>
        <w:t>11</w:t>
      </w:r>
      <w:r>
        <w:rPr>
          <w:rFonts w:ascii="Liberation Serif" w:hAnsi="Liberation Serif" w:eastAsia="Liberation Serif"/>
          <w:color w:val="20262E"/>
          <w:sz w:val="18"/>
        </w:rPr>
        <w:t xml:space="preserve"> I am the good shepherd: the good shepherd giveth his life for the sheep.</w:t>
      </w:r>
      <w:r>
        <w:t xml:space="preserve"> </w:t>
      </w:r>
      <w:r>
        <w:rPr>
          <w:rFonts w:ascii="Liberation Sans" w:hAnsi="Liberation Sans" w:eastAsia="Liberation Sans"/>
          <w:b/>
          <w:color w:val="A67833"/>
          <w:sz w:val="15"/>
          <w:vertAlign w:val="superscript"/>
        </w:rPr>
        <w:t>12</w:t>
      </w:r>
      <w:r>
        <w:rPr>
          <w:rFonts w:ascii="Liberation Serif" w:hAnsi="Liberation Serif" w:eastAsia="Liberation Serif"/>
          <w:color w:val="20262E"/>
          <w:sz w:val="18"/>
        </w:rPr>
        <w:t xml:space="preserve"> But he that is an hireling, and not the shepherd, whose own the sheep are not, seeth the wolf coming, and leaveth the sheep, and fleeth: and the wolf catcheth them, and scattereth the sheep.</w:t>
      </w:r>
      <w:r>
        <w:t xml:space="preserve"> </w:t>
      </w:r>
      <w:r>
        <w:rPr>
          <w:rFonts w:ascii="Liberation Sans" w:hAnsi="Liberation Sans" w:eastAsia="Liberation Sans"/>
          <w:b/>
          <w:color w:val="A67833"/>
          <w:sz w:val="15"/>
          <w:vertAlign w:val="superscript"/>
        </w:rPr>
        <w:t>13</w:t>
      </w:r>
      <w:r>
        <w:rPr>
          <w:rFonts w:ascii="Liberation Serif" w:hAnsi="Liberation Serif" w:eastAsia="Liberation Serif"/>
          <w:color w:val="20262E"/>
          <w:sz w:val="18"/>
        </w:rPr>
        <w:t xml:space="preserve"> The hireling fleeth, because he is an hireling, and careth not for the sheep.</w:t>
      </w:r>
      <w:r>
        <w:t xml:space="preserve"> </w:t>
      </w:r>
      <w:r>
        <w:rPr>
          <w:rFonts w:ascii="Liberation Sans" w:hAnsi="Liberation Sans" w:eastAsia="Liberation Sans"/>
          <w:b/>
          <w:color w:val="A67833"/>
          <w:sz w:val="15"/>
          <w:vertAlign w:val="superscript"/>
        </w:rPr>
        <w:t>14</w:t>
      </w:r>
      <w:r>
        <w:rPr>
          <w:rFonts w:ascii="Liberation Serif" w:hAnsi="Liberation Serif" w:eastAsia="Liberation Serif"/>
          <w:color w:val="20262E"/>
          <w:sz w:val="18"/>
        </w:rPr>
        <w:t xml:space="preserve"> I am the good shepherd, and know my sheep, and am known of mine.</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forming a team, setting policies, ministering to vulnerable people, children, abuse survivors, or anyone in crisis.</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Obtain informed consent, protect privacy, use accountable teams, stop on request, document responsibly, report abuse as required, and refer beyond competence.</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No restraint, intimidation, humiliation, forced confession, sexualized touch, medication interference, isolation, or ministry to minors without appropriate guardians and safeguarding.</w:t>
      </w:r>
    </w:p>
    <w:p>
      <w:pPr>
        <w:pStyle w:val="ScriptureReference"/>
        <w:keepNext/>
        <w:pBdr>
          <w:bottom w:val="single" w:sz="2" w:space="1" w:color="D5DBE0"/>
        </w:pBdr>
      </w:pPr>
      <w:r>
        <w:t>Romans 12:9-18</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9</w:t>
      </w:r>
      <w:r>
        <w:rPr>
          <w:rFonts w:ascii="Liberation Serif" w:hAnsi="Liberation Serif" w:eastAsia="Liberation Serif"/>
          <w:color w:val="20262E"/>
          <w:sz w:val="18"/>
        </w:rPr>
        <w:t xml:space="preserve"> Let love be without dissimulation. Abhor that which is evil; cleave to that which is good.</w:t>
      </w:r>
      <w:r>
        <w:t xml:space="preserve"> </w:t>
      </w:r>
      <w:r>
        <w:rPr>
          <w:rFonts w:ascii="Liberation Sans" w:hAnsi="Liberation Sans" w:eastAsia="Liberation Sans"/>
          <w:b/>
          <w:color w:val="A67833"/>
          <w:sz w:val="15"/>
          <w:vertAlign w:val="superscript"/>
        </w:rPr>
        <w:t>10</w:t>
      </w:r>
      <w:r>
        <w:rPr>
          <w:rFonts w:ascii="Liberation Serif" w:hAnsi="Liberation Serif" w:eastAsia="Liberation Serif"/>
          <w:color w:val="20262E"/>
          <w:sz w:val="18"/>
        </w:rPr>
        <w:t xml:space="preserve"> Be kindly affectioned one to another with brotherly love; in honour preferring one another;</w:t>
      </w:r>
      <w:r>
        <w:t xml:space="preserve"> </w:t>
      </w:r>
      <w:r>
        <w:rPr>
          <w:rFonts w:ascii="Liberation Sans" w:hAnsi="Liberation Sans" w:eastAsia="Liberation Sans"/>
          <w:b/>
          <w:color w:val="A67833"/>
          <w:sz w:val="15"/>
          <w:vertAlign w:val="superscript"/>
        </w:rPr>
        <w:t>11</w:t>
      </w:r>
      <w:r>
        <w:rPr>
          <w:rFonts w:ascii="Liberation Serif" w:hAnsi="Liberation Serif" w:eastAsia="Liberation Serif"/>
          <w:color w:val="20262E"/>
          <w:sz w:val="18"/>
        </w:rPr>
        <w:t xml:space="preserve"> Not slothful in business; fervent in spirit; serving the Lord;</w:t>
      </w:r>
      <w:r>
        <w:t xml:space="preserve"> </w:t>
      </w:r>
      <w:r>
        <w:rPr>
          <w:rFonts w:ascii="Liberation Sans" w:hAnsi="Liberation Sans" w:eastAsia="Liberation Sans"/>
          <w:b/>
          <w:color w:val="A67833"/>
          <w:sz w:val="15"/>
          <w:vertAlign w:val="superscript"/>
        </w:rPr>
        <w:t>12</w:t>
      </w:r>
      <w:r>
        <w:rPr>
          <w:rFonts w:ascii="Liberation Serif" w:hAnsi="Liberation Serif" w:eastAsia="Liberation Serif"/>
          <w:color w:val="20262E"/>
          <w:sz w:val="18"/>
        </w:rPr>
        <w:t xml:space="preserve"> Rejoicing in hope; patient in tribulation; continuing instant in prayer;</w:t>
      </w:r>
      <w:r>
        <w:t xml:space="preserve"> </w:t>
      </w:r>
      <w:r>
        <w:rPr>
          <w:rFonts w:ascii="Liberation Sans" w:hAnsi="Liberation Sans" w:eastAsia="Liberation Sans"/>
          <w:b/>
          <w:color w:val="A67833"/>
          <w:sz w:val="15"/>
          <w:vertAlign w:val="superscript"/>
        </w:rPr>
        <w:t>13</w:t>
      </w:r>
      <w:r>
        <w:rPr>
          <w:rFonts w:ascii="Liberation Serif" w:hAnsi="Liberation Serif" w:eastAsia="Liberation Serif"/>
          <w:color w:val="20262E"/>
          <w:sz w:val="18"/>
        </w:rPr>
        <w:t xml:space="preserve"> Distributing to the necessity of saints; given to hospitality.</w:t>
      </w:r>
      <w:r>
        <w:t xml:space="preserve"> </w:t>
      </w:r>
      <w:r>
        <w:rPr>
          <w:rFonts w:ascii="Liberation Sans" w:hAnsi="Liberation Sans" w:eastAsia="Liberation Sans"/>
          <w:b/>
          <w:color w:val="A67833"/>
          <w:sz w:val="15"/>
          <w:vertAlign w:val="superscript"/>
        </w:rPr>
        <w:t>14</w:t>
      </w:r>
      <w:r>
        <w:rPr>
          <w:rFonts w:ascii="Liberation Serif" w:hAnsi="Liberation Serif" w:eastAsia="Liberation Serif"/>
          <w:color w:val="20262E"/>
          <w:sz w:val="18"/>
        </w:rPr>
        <w:t xml:space="preserve"> Bless them which persecute you: bless, and curse not.</w:t>
      </w:r>
      <w:r>
        <w:t xml:space="preserve"> </w:t>
      </w:r>
      <w:r>
        <w:rPr>
          <w:rFonts w:ascii="Liberation Sans" w:hAnsi="Liberation Sans" w:eastAsia="Liberation Sans"/>
          <w:b/>
          <w:color w:val="A67833"/>
          <w:sz w:val="15"/>
          <w:vertAlign w:val="superscript"/>
        </w:rPr>
        <w:t>15</w:t>
      </w:r>
      <w:r>
        <w:rPr>
          <w:rFonts w:ascii="Liberation Serif" w:hAnsi="Liberation Serif" w:eastAsia="Liberation Serif"/>
          <w:color w:val="20262E"/>
          <w:sz w:val="18"/>
        </w:rPr>
        <w:t xml:space="preserve"> Rejoice with them that do rejoice, and weep with them that weep.</w:t>
      </w:r>
      <w:r>
        <w:t xml:space="preserve"> </w:t>
      </w:r>
      <w:r>
        <w:rPr>
          <w:rFonts w:ascii="Liberation Sans" w:hAnsi="Liberation Sans" w:eastAsia="Liberation Sans"/>
          <w:b/>
          <w:color w:val="A67833"/>
          <w:sz w:val="15"/>
          <w:vertAlign w:val="superscript"/>
        </w:rPr>
        <w:t>16</w:t>
      </w:r>
      <w:r>
        <w:rPr>
          <w:rFonts w:ascii="Liberation Serif" w:hAnsi="Liberation Serif" w:eastAsia="Liberation Serif"/>
          <w:color w:val="20262E"/>
          <w:sz w:val="18"/>
        </w:rPr>
        <w:t xml:space="preserve"> Be of the same mind one toward another. Mind not high things, but condescend to men of low estate. Be not wise in your own conceits.</w:t>
      </w:r>
      <w:r>
        <w:t xml:space="preserve"> </w:t>
      </w:r>
      <w:r>
        <w:rPr>
          <w:rFonts w:ascii="Liberation Sans" w:hAnsi="Liberation Sans" w:eastAsia="Liberation Sans"/>
          <w:b/>
          <w:color w:val="A67833"/>
          <w:sz w:val="15"/>
          <w:vertAlign w:val="superscript"/>
        </w:rPr>
        <w:t>17</w:t>
      </w:r>
      <w:r>
        <w:rPr>
          <w:rFonts w:ascii="Liberation Serif" w:hAnsi="Liberation Serif" w:eastAsia="Liberation Serif"/>
          <w:color w:val="20262E"/>
          <w:sz w:val="18"/>
        </w:rPr>
        <w:t xml:space="preserve"> Recompense to no man evil for evil. Provide things honest in the sight of all men.</w:t>
      </w:r>
      <w:r>
        <w:t xml:space="preserve"> </w:t>
      </w:r>
      <w:r>
        <w:rPr>
          <w:rFonts w:ascii="Liberation Sans" w:hAnsi="Liberation Sans" w:eastAsia="Liberation Sans"/>
          <w:b/>
          <w:color w:val="A67833"/>
          <w:sz w:val="15"/>
          <w:vertAlign w:val="superscript"/>
        </w:rPr>
        <w:t>18</w:t>
      </w:r>
      <w:r>
        <w:rPr>
          <w:rFonts w:ascii="Liberation Serif" w:hAnsi="Liberation Serif" w:eastAsia="Liberation Serif"/>
          <w:color w:val="20262E"/>
          <w:sz w:val="18"/>
        </w:rPr>
        <w:t xml:space="preserve"> If it be possible, as much as lieth in you, live peaceably with all men.</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forming a team, setting policies, ministering to vulnerable people, children, abuse survivors, or anyone in crisis.</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Obtain informed consent, protect privacy, use accountable teams, stop on request, document responsibly, report abuse as required, and refer beyond competence.</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No restraint, intimidation, humiliation, forced confession, sexualized touch, medication interference, isolation, or ministry to minors without appropriate guardians and safeguarding.</w:t>
      </w:r>
    </w:p>
    <w:p>
      <w:pPr>
        <w:pStyle w:val="ScriptureReference"/>
        <w:keepNext/>
        <w:pBdr>
          <w:bottom w:val="single" w:sz="2" w:space="1" w:color="D5DBE0"/>
        </w:pBdr>
      </w:pPr>
      <w:r>
        <w:t>1 Corinthians 13:1-8</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w:t>
      </w:r>
      <w:r>
        <w:rPr>
          <w:rFonts w:ascii="Liberation Serif" w:hAnsi="Liberation Serif" w:eastAsia="Liberation Serif"/>
          <w:color w:val="20262E"/>
          <w:sz w:val="18"/>
        </w:rPr>
        <w:t xml:space="preserve"> Though I speak with the tongues of men and of angels, and have not charity, I am become as sounding brass, or a tinkling cymbal.</w:t>
      </w:r>
      <w:r>
        <w:t xml:space="preserve"> </w:t>
      </w:r>
      <w:r>
        <w:rPr>
          <w:rFonts w:ascii="Liberation Sans" w:hAnsi="Liberation Sans" w:eastAsia="Liberation Sans"/>
          <w:b/>
          <w:color w:val="A67833"/>
          <w:sz w:val="15"/>
          <w:vertAlign w:val="superscript"/>
        </w:rPr>
        <w:t>2</w:t>
      </w:r>
      <w:r>
        <w:rPr>
          <w:rFonts w:ascii="Liberation Serif" w:hAnsi="Liberation Serif" w:eastAsia="Liberation Serif"/>
          <w:color w:val="20262E"/>
          <w:sz w:val="18"/>
        </w:rPr>
        <w:t xml:space="preserve"> And though I have the gift of prophecy, and understand all mysteries, and all knowledge; and though I have all faith, so that I could remove mountains, and have not charity, I am nothing.</w:t>
      </w:r>
      <w:r>
        <w:t xml:space="preserve"> </w:t>
      </w:r>
      <w:r>
        <w:rPr>
          <w:rFonts w:ascii="Liberation Sans" w:hAnsi="Liberation Sans" w:eastAsia="Liberation Sans"/>
          <w:b/>
          <w:color w:val="A67833"/>
          <w:sz w:val="15"/>
          <w:vertAlign w:val="superscript"/>
        </w:rPr>
        <w:t>3</w:t>
      </w:r>
      <w:r>
        <w:rPr>
          <w:rFonts w:ascii="Liberation Serif" w:hAnsi="Liberation Serif" w:eastAsia="Liberation Serif"/>
          <w:color w:val="20262E"/>
          <w:sz w:val="18"/>
        </w:rPr>
        <w:t xml:space="preserve"> And though I bestow all my goods to feed the poor, and though I give my body to be burned, and have not charity, it profiteth me nothing.</w:t>
      </w:r>
      <w:r>
        <w:t xml:space="preserve"> </w:t>
      </w:r>
      <w:r>
        <w:rPr>
          <w:rFonts w:ascii="Liberation Sans" w:hAnsi="Liberation Sans" w:eastAsia="Liberation Sans"/>
          <w:b/>
          <w:color w:val="A67833"/>
          <w:sz w:val="15"/>
          <w:vertAlign w:val="superscript"/>
        </w:rPr>
        <w:t>4</w:t>
      </w:r>
      <w:r>
        <w:rPr>
          <w:rFonts w:ascii="Liberation Serif" w:hAnsi="Liberation Serif" w:eastAsia="Liberation Serif"/>
          <w:color w:val="20262E"/>
          <w:sz w:val="18"/>
        </w:rPr>
        <w:t xml:space="preserve"> Charity suffereth long, and is kind; charity envieth not; charity vaunteth not itself, is not puffed up,</w:t>
      </w:r>
      <w:r>
        <w:t xml:space="preserve"> </w:t>
      </w:r>
      <w:r>
        <w:rPr>
          <w:rFonts w:ascii="Liberation Sans" w:hAnsi="Liberation Sans" w:eastAsia="Liberation Sans"/>
          <w:b/>
          <w:color w:val="A67833"/>
          <w:sz w:val="15"/>
          <w:vertAlign w:val="superscript"/>
        </w:rPr>
        <w:t>5</w:t>
      </w:r>
      <w:r>
        <w:rPr>
          <w:rFonts w:ascii="Liberation Serif" w:hAnsi="Liberation Serif" w:eastAsia="Liberation Serif"/>
          <w:color w:val="20262E"/>
          <w:sz w:val="18"/>
        </w:rPr>
        <w:t xml:space="preserve"> Doth not behave itself unseemly, seeketh not her own, is not easily provoked, thinketh no evil;</w:t>
      </w:r>
      <w:r>
        <w:t xml:space="preserve"> </w:t>
      </w:r>
      <w:r>
        <w:rPr>
          <w:rFonts w:ascii="Liberation Sans" w:hAnsi="Liberation Sans" w:eastAsia="Liberation Sans"/>
          <w:b/>
          <w:color w:val="A67833"/>
          <w:sz w:val="15"/>
          <w:vertAlign w:val="superscript"/>
        </w:rPr>
        <w:t>6</w:t>
      </w:r>
      <w:r>
        <w:rPr>
          <w:rFonts w:ascii="Liberation Serif" w:hAnsi="Liberation Serif" w:eastAsia="Liberation Serif"/>
          <w:color w:val="20262E"/>
          <w:sz w:val="18"/>
        </w:rPr>
        <w:t xml:space="preserve"> Rejoiceth not in iniquity, but rejoiceth in the truth;</w:t>
      </w:r>
      <w:r>
        <w:t xml:space="preserve"> </w:t>
      </w:r>
      <w:r>
        <w:rPr>
          <w:rFonts w:ascii="Liberation Sans" w:hAnsi="Liberation Sans" w:eastAsia="Liberation Sans"/>
          <w:b/>
          <w:color w:val="A67833"/>
          <w:sz w:val="15"/>
          <w:vertAlign w:val="superscript"/>
        </w:rPr>
        <w:t>7</w:t>
      </w:r>
      <w:r>
        <w:rPr>
          <w:rFonts w:ascii="Liberation Serif" w:hAnsi="Liberation Serif" w:eastAsia="Liberation Serif"/>
          <w:color w:val="20262E"/>
          <w:sz w:val="18"/>
        </w:rPr>
        <w:t xml:space="preserve"> Beareth all things, believeth all things, hopeth all things, endureth all things.</w:t>
      </w:r>
      <w:r>
        <w:t xml:space="preserve"> </w:t>
      </w:r>
      <w:r>
        <w:rPr>
          <w:rFonts w:ascii="Liberation Sans" w:hAnsi="Liberation Sans" w:eastAsia="Liberation Sans"/>
          <w:b/>
          <w:color w:val="A67833"/>
          <w:sz w:val="15"/>
          <w:vertAlign w:val="superscript"/>
        </w:rPr>
        <w:t>8</w:t>
      </w:r>
      <w:r>
        <w:rPr>
          <w:rFonts w:ascii="Liberation Serif" w:hAnsi="Liberation Serif" w:eastAsia="Liberation Serif"/>
          <w:color w:val="20262E"/>
          <w:sz w:val="18"/>
        </w:rPr>
        <w:t xml:space="preserve"> Charity never faileth: but whether there be prophecies, they shall fail; whether there be tongues, they shall cease; whether there be knowledge, it shall vanish away.</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forming a team, setting policies, ministering to vulnerable people, children, abuse survivors, or anyone in crisis.</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Obtain informed consent, protect privacy, use accountable teams, stop on request, document responsibly, report abuse as required, and refer beyond competence.</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No restraint, intimidation, humiliation, forced confession, sexualized touch, medication interference, isolation, or ministry to minors without appropriate guardians and safeguarding.</w:t>
      </w:r>
    </w:p>
    <w:p>
      <w:pPr>
        <w:pStyle w:val="ScriptureReference"/>
        <w:keepNext/>
        <w:pBdr>
          <w:bottom w:val="single" w:sz="2" w:space="1" w:color="D5DBE0"/>
        </w:pBdr>
      </w:pPr>
      <w:r>
        <w:t>1 Corinthians 14:26-33,40</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26</w:t>
      </w:r>
      <w:r>
        <w:rPr>
          <w:rFonts w:ascii="Liberation Serif" w:hAnsi="Liberation Serif" w:eastAsia="Liberation Serif"/>
          <w:color w:val="20262E"/>
          <w:sz w:val="18"/>
        </w:rPr>
        <w:t xml:space="preserve"> How is it then, brethren? when ye come together, every one of you hath a psalm, hath a doctrine, hath a tongue, hath a revelation, hath an interpretation. Let all things be done unto edifying.</w:t>
      </w:r>
      <w:r>
        <w:t xml:space="preserve"> </w:t>
      </w:r>
      <w:r>
        <w:rPr>
          <w:rFonts w:ascii="Liberation Sans" w:hAnsi="Liberation Sans" w:eastAsia="Liberation Sans"/>
          <w:b/>
          <w:color w:val="A67833"/>
          <w:sz w:val="15"/>
          <w:vertAlign w:val="superscript"/>
        </w:rPr>
        <w:t>27</w:t>
      </w:r>
      <w:r>
        <w:rPr>
          <w:rFonts w:ascii="Liberation Serif" w:hAnsi="Liberation Serif" w:eastAsia="Liberation Serif"/>
          <w:color w:val="20262E"/>
          <w:sz w:val="18"/>
        </w:rPr>
        <w:t xml:space="preserve"> If any man speak in an unknown tongue, let it be by two, or at the most by three, and that by course; and let one interpret.</w:t>
      </w:r>
      <w:r>
        <w:t xml:space="preserve"> </w:t>
      </w:r>
      <w:r>
        <w:rPr>
          <w:rFonts w:ascii="Liberation Sans" w:hAnsi="Liberation Sans" w:eastAsia="Liberation Sans"/>
          <w:b/>
          <w:color w:val="A67833"/>
          <w:sz w:val="15"/>
          <w:vertAlign w:val="superscript"/>
        </w:rPr>
        <w:t>28</w:t>
      </w:r>
      <w:r>
        <w:rPr>
          <w:rFonts w:ascii="Liberation Serif" w:hAnsi="Liberation Serif" w:eastAsia="Liberation Serif"/>
          <w:color w:val="20262E"/>
          <w:sz w:val="18"/>
        </w:rPr>
        <w:t xml:space="preserve"> But if there be no interpreter, let him keep silence in the church; and let him speak to himself, and to God.</w:t>
      </w:r>
      <w:r>
        <w:t xml:space="preserve"> </w:t>
      </w:r>
      <w:r>
        <w:rPr>
          <w:rFonts w:ascii="Liberation Sans" w:hAnsi="Liberation Sans" w:eastAsia="Liberation Sans"/>
          <w:b/>
          <w:color w:val="A67833"/>
          <w:sz w:val="15"/>
          <w:vertAlign w:val="superscript"/>
        </w:rPr>
        <w:t>29</w:t>
      </w:r>
      <w:r>
        <w:rPr>
          <w:rFonts w:ascii="Liberation Serif" w:hAnsi="Liberation Serif" w:eastAsia="Liberation Serif"/>
          <w:color w:val="20262E"/>
          <w:sz w:val="18"/>
        </w:rPr>
        <w:t xml:space="preserve"> Let the prophets speak two or three, and let the other judge.</w:t>
      </w:r>
      <w:r>
        <w:t xml:space="preserve"> </w:t>
      </w:r>
      <w:r>
        <w:rPr>
          <w:rFonts w:ascii="Liberation Sans" w:hAnsi="Liberation Sans" w:eastAsia="Liberation Sans"/>
          <w:b/>
          <w:color w:val="A67833"/>
          <w:sz w:val="15"/>
          <w:vertAlign w:val="superscript"/>
        </w:rPr>
        <w:t>30</w:t>
      </w:r>
      <w:r>
        <w:rPr>
          <w:rFonts w:ascii="Liberation Serif" w:hAnsi="Liberation Serif" w:eastAsia="Liberation Serif"/>
          <w:color w:val="20262E"/>
          <w:sz w:val="18"/>
        </w:rPr>
        <w:t xml:space="preserve"> If any thing be revealed to another that sitteth by, let the first hold his peace.</w:t>
      </w:r>
      <w:r>
        <w:t xml:space="preserve"> </w:t>
      </w:r>
      <w:r>
        <w:rPr>
          <w:rFonts w:ascii="Liberation Sans" w:hAnsi="Liberation Sans" w:eastAsia="Liberation Sans"/>
          <w:b/>
          <w:color w:val="A67833"/>
          <w:sz w:val="15"/>
          <w:vertAlign w:val="superscript"/>
        </w:rPr>
        <w:t>31</w:t>
      </w:r>
      <w:r>
        <w:rPr>
          <w:rFonts w:ascii="Liberation Serif" w:hAnsi="Liberation Serif" w:eastAsia="Liberation Serif"/>
          <w:color w:val="20262E"/>
          <w:sz w:val="18"/>
        </w:rPr>
        <w:t xml:space="preserve"> For ye may all prophesy one by one, that all may learn, and all may be comforted.</w:t>
      </w:r>
      <w:r>
        <w:t xml:space="preserve"> </w:t>
      </w:r>
      <w:r>
        <w:rPr>
          <w:rFonts w:ascii="Liberation Sans" w:hAnsi="Liberation Sans" w:eastAsia="Liberation Sans"/>
          <w:b/>
          <w:color w:val="A67833"/>
          <w:sz w:val="15"/>
          <w:vertAlign w:val="superscript"/>
        </w:rPr>
        <w:t>32</w:t>
      </w:r>
      <w:r>
        <w:rPr>
          <w:rFonts w:ascii="Liberation Serif" w:hAnsi="Liberation Serif" w:eastAsia="Liberation Serif"/>
          <w:color w:val="20262E"/>
          <w:sz w:val="18"/>
        </w:rPr>
        <w:t xml:space="preserve"> And the spirits of the prophets are subject to the prophets.</w:t>
      </w:r>
      <w:r>
        <w:t xml:space="preserve"> </w:t>
      </w:r>
      <w:r>
        <w:rPr>
          <w:rFonts w:ascii="Liberation Sans" w:hAnsi="Liberation Sans" w:eastAsia="Liberation Sans"/>
          <w:b/>
          <w:color w:val="A67833"/>
          <w:sz w:val="15"/>
          <w:vertAlign w:val="superscript"/>
        </w:rPr>
        <w:t>33</w:t>
      </w:r>
      <w:r>
        <w:rPr>
          <w:rFonts w:ascii="Liberation Serif" w:hAnsi="Liberation Serif" w:eastAsia="Liberation Serif"/>
          <w:color w:val="20262E"/>
          <w:sz w:val="18"/>
        </w:rPr>
        <w:t xml:space="preserve"> For God is not the author of confusion, but of peace, as in all churches of the saints.</w:t>
      </w:r>
      <w:r>
        <w:t xml:space="preserve"> </w:t>
      </w:r>
      <w:r>
        <w:rPr>
          <w:rFonts w:ascii="Liberation Sans" w:hAnsi="Liberation Sans" w:eastAsia="Liberation Sans"/>
          <w:b/>
          <w:color w:val="A67833"/>
          <w:sz w:val="15"/>
          <w:vertAlign w:val="superscript"/>
        </w:rPr>
        <w:t>40</w:t>
      </w:r>
      <w:r>
        <w:rPr>
          <w:rFonts w:ascii="Liberation Serif" w:hAnsi="Liberation Serif" w:eastAsia="Liberation Serif"/>
          <w:color w:val="20262E"/>
          <w:sz w:val="18"/>
        </w:rPr>
        <w:t xml:space="preserve"> Let all things be done decently and in order.</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When setting order for group ministry, manifestations, prophecy, or public deliverance.</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Let ministry edify, allow evaluation, preserve peace, and conduct everything decently and in order.</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Spiritual intensity does not excuse chaos, humiliation, or loss of self-control.</w:t>
      </w:r>
    </w:p>
    <w:p>
      <w:pPr>
        <w:pStyle w:val="ScriptureReference"/>
        <w:keepNext/>
        <w:pBdr>
          <w:bottom w:val="single" w:sz="2" w:space="1" w:color="D5DBE0"/>
        </w:pBdr>
      </w:pPr>
      <w:r>
        <w:t>2 Corinthians 4:1-2</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w:t>
      </w:r>
      <w:r>
        <w:rPr>
          <w:rFonts w:ascii="Liberation Serif" w:hAnsi="Liberation Serif" w:eastAsia="Liberation Serif"/>
          <w:color w:val="20262E"/>
          <w:sz w:val="18"/>
        </w:rPr>
        <w:t xml:space="preserve"> Therefore seeing we have this ministry, as we have received mercy, we faint not;</w:t>
      </w:r>
      <w:r>
        <w:t xml:space="preserve"> </w:t>
      </w:r>
      <w:r>
        <w:rPr>
          <w:rFonts w:ascii="Liberation Sans" w:hAnsi="Liberation Sans" w:eastAsia="Liberation Sans"/>
          <w:b/>
          <w:color w:val="A67833"/>
          <w:sz w:val="15"/>
          <w:vertAlign w:val="superscript"/>
        </w:rPr>
        <w:t>2</w:t>
      </w:r>
      <w:r>
        <w:rPr>
          <w:rFonts w:ascii="Liberation Serif" w:hAnsi="Liberation Serif" w:eastAsia="Liberation Serif"/>
          <w:color w:val="20262E"/>
          <w:sz w:val="18"/>
        </w:rPr>
        <w:t xml:space="preserve"> But have renounced the hidden things of dishonesty, not walking in craftiness, nor handling the word of God deceitfully; but by manifestation of the truth commending ourselves to every man's conscience in the sight of God.</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forming a team, setting policies, ministering to vulnerable people, children, abuse survivors, or anyone in crisis.</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Obtain informed consent, protect privacy, use accountable teams, stop on request, document responsibly, report abuse as required, and refer beyond competence.</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No restraint, intimidation, humiliation, forced confession, sexualized touch, medication interference, isolation, or ministry to minors without appropriate guardians and safeguarding.</w:t>
      </w:r>
    </w:p>
    <w:p>
      <w:pPr>
        <w:pStyle w:val="ScriptureReference"/>
        <w:keepNext/>
        <w:pBdr>
          <w:bottom w:val="single" w:sz="2" w:space="1" w:color="D5DBE0"/>
        </w:pBdr>
      </w:pPr>
      <w:r>
        <w:t>Galatians 6:1-2</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w:t>
      </w:r>
      <w:r>
        <w:rPr>
          <w:rFonts w:ascii="Liberation Serif" w:hAnsi="Liberation Serif" w:eastAsia="Liberation Serif"/>
          <w:color w:val="20262E"/>
          <w:sz w:val="18"/>
        </w:rPr>
        <w:t xml:space="preserve"> Brethren, if a man be overtaken in a fault, ye which are spiritual, restore such an one in the spirit of meekness; considering thyself, lest thou also be tempted.</w:t>
      </w:r>
      <w:r>
        <w:t xml:space="preserve"> </w:t>
      </w:r>
      <w:r>
        <w:rPr>
          <w:rFonts w:ascii="Liberation Sans" w:hAnsi="Liberation Sans" w:eastAsia="Liberation Sans"/>
          <w:b/>
          <w:color w:val="A67833"/>
          <w:sz w:val="15"/>
          <w:vertAlign w:val="superscript"/>
        </w:rPr>
        <w:t>2</w:t>
      </w:r>
      <w:r>
        <w:rPr>
          <w:rFonts w:ascii="Liberation Serif" w:hAnsi="Liberation Serif" w:eastAsia="Liberation Serif"/>
          <w:color w:val="20262E"/>
          <w:sz w:val="18"/>
        </w:rPr>
        <w:t xml:space="preserve"> Bear ye one another's burdens, and so fulfil the law of Christ.</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forming a team, setting policies, ministering to vulnerable people, children, abuse survivors, or anyone in crisis.</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Obtain informed consent, protect privacy, use accountable teams, stop on request, document responsibly, report abuse as required, and refer beyond competence.</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No restraint, intimidation, humiliation, forced confession, sexualized touch, medication interference, isolation, or ministry to minors without appropriate guardians and safeguarding.</w:t>
      </w:r>
    </w:p>
    <w:p>
      <w:pPr>
        <w:pStyle w:val="ScriptureReference"/>
        <w:keepNext/>
        <w:pBdr>
          <w:bottom w:val="single" w:sz="2" w:space="1" w:color="D5DBE0"/>
        </w:pBdr>
      </w:pPr>
      <w:r>
        <w:t>Ephesians 4:15</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15</w:t>
      </w:r>
      <w:r>
        <w:rPr>
          <w:rFonts w:ascii="Liberation Serif" w:hAnsi="Liberation Serif" w:eastAsia="Liberation Serif"/>
          <w:color w:val="20262E"/>
          <w:sz w:val="18"/>
        </w:rPr>
        <w:t xml:space="preserve"> But speaking the truth in love, may grow up into him in all things, which is the head, even Christ:</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forming a team, setting policies, ministering to vulnerable people, children, abuse survivors, or anyone in crisis.</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Obtain informed consent, protect privacy, use accountable teams, stop on request, document responsibly, report abuse as required, and refer beyond competence.</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No restraint, intimidation, humiliation, forced confession, sexualized touch, medication interference, isolation, or ministry to minors without appropriate guardians and safeguarding.</w:t>
      </w:r>
    </w:p>
    <w:p>
      <w:pPr>
        <w:pStyle w:val="ScriptureReference"/>
        <w:keepNext/>
        <w:pBdr>
          <w:bottom w:val="single" w:sz="2" w:space="1" w:color="D5DBE0"/>
        </w:pBdr>
      </w:pPr>
      <w:r>
        <w:t>1 Thessalonians 5:12-22</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12</w:t>
      </w:r>
      <w:r>
        <w:rPr>
          <w:rFonts w:ascii="Liberation Serif" w:hAnsi="Liberation Serif" w:eastAsia="Liberation Serif"/>
          <w:color w:val="20262E"/>
          <w:sz w:val="18"/>
        </w:rPr>
        <w:t xml:space="preserve"> And we beseech you, brethren, to know them which labour among you, and are over you in the Lord, and admonish you;</w:t>
      </w:r>
      <w:r>
        <w:t xml:space="preserve"> </w:t>
      </w:r>
      <w:r>
        <w:rPr>
          <w:rFonts w:ascii="Liberation Sans" w:hAnsi="Liberation Sans" w:eastAsia="Liberation Sans"/>
          <w:b/>
          <w:color w:val="A67833"/>
          <w:sz w:val="15"/>
          <w:vertAlign w:val="superscript"/>
        </w:rPr>
        <w:t>13</w:t>
      </w:r>
      <w:r>
        <w:rPr>
          <w:rFonts w:ascii="Liberation Serif" w:hAnsi="Liberation Serif" w:eastAsia="Liberation Serif"/>
          <w:color w:val="20262E"/>
          <w:sz w:val="18"/>
        </w:rPr>
        <w:t xml:space="preserve"> And to esteem them very highly in love for their work's sake. And be at peace among yourselves.</w:t>
      </w:r>
      <w:r>
        <w:t xml:space="preserve"> </w:t>
      </w:r>
      <w:r>
        <w:rPr>
          <w:rFonts w:ascii="Liberation Sans" w:hAnsi="Liberation Sans" w:eastAsia="Liberation Sans"/>
          <w:b/>
          <w:color w:val="A67833"/>
          <w:sz w:val="15"/>
          <w:vertAlign w:val="superscript"/>
        </w:rPr>
        <w:t>14</w:t>
      </w:r>
      <w:r>
        <w:rPr>
          <w:rFonts w:ascii="Liberation Serif" w:hAnsi="Liberation Serif" w:eastAsia="Liberation Serif"/>
          <w:color w:val="20262E"/>
          <w:sz w:val="18"/>
        </w:rPr>
        <w:t xml:space="preserve"> Now we exhort you, brethren, warn them that are unruly, comfort the feebleminded, support the weak, be patient toward all men.</w:t>
      </w:r>
      <w:r>
        <w:t xml:space="preserve"> </w:t>
      </w:r>
      <w:r>
        <w:rPr>
          <w:rFonts w:ascii="Liberation Sans" w:hAnsi="Liberation Sans" w:eastAsia="Liberation Sans"/>
          <w:b/>
          <w:color w:val="A67833"/>
          <w:sz w:val="15"/>
          <w:vertAlign w:val="superscript"/>
        </w:rPr>
        <w:t>15</w:t>
      </w:r>
      <w:r>
        <w:rPr>
          <w:rFonts w:ascii="Liberation Serif" w:hAnsi="Liberation Serif" w:eastAsia="Liberation Serif"/>
          <w:color w:val="20262E"/>
          <w:sz w:val="18"/>
        </w:rPr>
        <w:t xml:space="preserve"> See that none render evil for evil unto any man; but ever follow that which is good, both among yourselves, and to all men.</w:t>
      </w:r>
      <w:r>
        <w:t xml:space="preserve"> </w:t>
      </w:r>
      <w:r>
        <w:rPr>
          <w:rFonts w:ascii="Liberation Sans" w:hAnsi="Liberation Sans" w:eastAsia="Liberation Sans"/>
          <w:b/>
          <w:color w:val="A67833"/>
          <w:sz w:val="15"/>
          <w:vertAlign w:val="superscript"/>
        </w:rPr>
        <w:t>16</w:t>
      </w:r>
      <w:r>
        <w:rPr>
          <w:rFonts w:ascii="Liberation Serif" w:hAnsi="Liberation Serif" w:eastAsia="Liberation Serif"/>
          <w:color w:val="20262E"/>
          <w:sz w:val="18"/>
        </w:rPr>
        <w:t xml:space="preserve"> Rejoice evermore.</w:t>
      </w:r>
      <w:r>
        <w:t xml:space="preserve"> </w:t>
      </w:r>
      <w:r>
        <w:rPr>
          <w:rFonts w:ascii="Liberation Sans" w:hAnsi="Liberation Sans" w:eastAsia="Liberation Sans"/>
          <w:b/>
          <w:color w:val="A67833"/>
          <w:sz w:val="15"/>
          <w:vertAlign w:val="superscript"/>
        </w:rPr>
        <w:t>17</w:t>
      </w:r>
      <w:r>
        <w:rPr>
          <w:rFonts w:ascii="Liberation Serif" w:hAnsi="Liberation Serif" w:eastAsia="Liberation Serif"/>
          <w:color w:val="20262E"/>
          <w:sz w:val="18"/>
        </w:rPr>
        <w:t xml:space="preserve"> Pray without ceasing.</w:t>
      </w:r>
      <w:r>
        <w:t xml:space="preserve"> </w:t>
      </w:r>
      <w:r>
        <w:rPr>
          <w:rFonts w:ascii="Liberation Sans" w:hAnsi="Liberation Sans" w:eastAsia="Liberation Sans"/>
          <w:b/>
          <w:color w:val="A67833"/>
          <w:sz w:val="15"/>
          <w:vertAlign w:val="superscript"/>
        </w:rPr>
        <w:t>18</w:t>
      </w:r>
      <w:r>
        <w:rPr>
          <w:rFonts w:ascii="Liberation Serif" w:hAnsi="Liberation Serif" w:eastAsia="Liberation Serif"/>
          <w:color w:val="20262E"/>
          <w:sz w:val="18"/>
        </w:rPr>
        <w:t xml:space="preserve"> In every thing give thanks: for this is the will of God in Christ Jesus concerning you.</w:t>
      </w:r>
      <w:r>
        <w:t xml:space="preserve"> </w:t>
      </w:r>
      <w:r>
        <w:rPr>
          <w:rFonts w:ascii="Liberation Sans" w:hAnsi="Liberation Sans" w:eastAsia="Liberation Sans"/>
          <w:b/>
          <w:color w:val="A67833"/>
          <w:sz w:val="15"/>
          <w:vertAlign w:val="superscript"/>
        </w:rPr>
        <w:t>19</w:t>
      </w:r>
      <w:r>
        <w:rPr>
          <w:rFonts w:ascii="Liberation Serif" w:hAnsi="Liberation Serif" w:eastAsia="Liberation Serif"/>
          <w:color w:val="20262E"/>
          <w:sz w:val="18"/>
        </w:rPr>
        <w:t xml:space="preserve"> Quench not the Spirit.</w:t>
      </w:r>
      <w:r>
        <w:t xml:space="preserve"> </w:t>
      </w:r>
      <w:r>
        <w:rPr>
          <w:rFonts w:ascii="Liberation Sans" w:hAnsi="Liberation Sans" w:eastAsia="Liberation Sans"/>
          <w:b/>
          <w:color w:val="A67833"/>
          <w:sz w:val="15"/>
          <w:vertAlign w:val="superscript"/>
        </w:rPr>
        <w:t>20</w:t>
      </w:r>
      <w:r>
        <w:rPr>
          <w:rFonts w:ascii="Liberation Serif" w:hAnsi="Liberation Serif" w:eastAsia="Liberation Serif"/>
          <w:color w:val="20262E"/>
          <w:sz w:val="18"/>
        </w:rPr>
        <w:t xml:space="preserve"> Despise not prophesyings.</w:t>
      </w:r>
      <w:r>
        <w:t xml:space="preserve"> </w:t>
      </w:r>
      <w:r>
        <w:rPr>
          <w:rFonts w:ascii="Liberation Sans" w:hAnsi="Liberation Sans" w:eastAsia="Liberation Sans"/>
          <w:b/>
          <w:color w:val="A67833"/>
          <w:sz w:val="15"/>
          <w:vertAlign w:val="superscript"/>
        </w:rPr>
        <w:t>21</w:t>
      </w:r>
      <w:r>
        <w:rPr>
          <w:rFonts w:ascii="Liberation Serif" w:hAnsi="Liberation Serif" w:eastAsia="Liberation Serif"/>
          <w:color w:val="20262E"/>
          <w:sz w:val="18"/>
        </w:rPr>
        <w:t xml:space="preserve"> Prove all things; hold fast that which is good.</w:t>
      </w:r>
      <w:r>
        <w:t xml:space="preserve"> </w:t>
      </w:r>
      <w:r>
        <w:rPr>
          <w:rFonts w:ascii="Liberation Sans" w:hAnsi="Liberation Sans" w:eastAsia="Liberation Sans"/>
          <w:b/>
          <w:color w:val="A67833"/>
          <w:sz w:val="15"/>
          <w:vertAlign w:val="superscript"/>
        </w:rPr>
        <w:t>22</w:t>
      </w:r>
      <w:r>
        <w:rPr>
          <w:rFonts w:ascii="Liberation Serif" w:hAnsi="Liberation Serif" w:eastAsia="Liberation Serif"/>
          <w:color w:val="20262E"/>
          <w:sz w:val="18"/>
        </w:rPr>
        <w:t xml:space="preserve"> Abstain from all appearance of evil.</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forming a team, setting policies, ministering to vulnerable people, children, abuse survivors, or anyone in crisis.</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Obtain informed consent, protect privacy, use accountable teams, stop on request, document responsibly, report abuse as required, and refer beyond competence.</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No restraint, intimidation, humiliation, forced confession, sexualized touch, medication interference, isolation, or ministry to minors without appropriate guardians and safeguarding.</w:t>
      </w:r>
    </w:p>
    <w:p>
      <w:pPr>
        <w:pStyle w:val="ScriptureReference"/>
        <w:keepNext/>
        <w:pBdr>
          <w:bottom w:val="single" w:sz="2" w:space="1" w:color="D5DBE0"/>
        </w:pBdr>
      </w:pPr>
      <w:r>
        <w:t>2 Timothy 2:24-26</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24</w:t>
      </w:r>
      <w:r>
        <w:rPr>
          <w:rFonts w:ascii="Liberation Serif" w:hAnsi="Liberation Serif" w:eastAsia="Liberation Serif"/>
          <w:color w:val="20262E"/>
          <w:sz w:val="18"/>
        </w:rPr>
        <w:t xml:space="preserve"> And the servant of the Lord must not strive; but be gentle unto all men, apt to teach, patient,</w:t>
      </w:r>
      <w:r>
        <w:t xml:space="preserve"> </w:t>
      </w:r>
      <w:r>
        <w:rPr>
          <w:rFonts w:ascii="Liberation Sans" w:hAnsi="Liberation Sans" w:eastAsia="Liberation Sans"/>
          <w:b/>
          <w:color w:val="A67833"/>
          <w:sz w:val="15"/>
          <w:vertAlign w:val="superscript"/>
        </w:rPr>
        <w:t>25</w:t>
      </w:r>
      <w:r>
        <w:rPr>
          <w:rFonts w:ascii="Liberation Serif" w:hAnsi="Liberation Serif" w:eastAsia="Liberation Serif"/>
          <w:color w:val="20262E"/>
          <w:sz w:val="18"/>
        </w:rPr>
        <w:t xml:space="preserve"> In meekness instructing those that oppose themselves; if God peradventure will give them repentance to the acknowledging of the truth;</w:t>
      </w:r>
      <w:r>
        <w:t xml:space="preserve"> </w:t>
      </w:r>
      <w:r>
        <w:rPr>
          <w:rFonts w:ascii="Liberation Sans" w:hAnsi="Liberation Sans" w:eastAsia="Liberation Sans"/>
          <w:b/>
          <w:color w:val="A67833"/>
          <w:sz w:val="15"/>
          <w:vertAlign w:val="superscript"/>
        </w:rPr>
        <w:t>26</w:t>
      </w:r>
      <w:r>
        <w:rPr>
          <w:rFonts w:ascii="Liberation Serif" w:hAnsi="Liberation Serif" w:eastAsia="Liberation Serif"/>
          <w:color w:val="20262E"/>
          <w:sz w:val="18"/>
        </w:rPr>
        <w:t xml:space="preserve"> And that they may recover themselves out of the snare of the devil, who are taken captive by him at his will.</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forming a team, setting policies, ministering to vulnerable people, children, abuse survivors, or anyone in crisis.</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Obtain informed consent, protect privacy, use accountable teams, stop on request, document responsibly, report abuse as required, and refer beyond competence.</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No restraint, intimidation, humiliation, forced confession, sexualized touch, medication interference, isolation, or ministry to minors without appropriate guardians and safeguarding.</w:t>
      </w:r>
    </w:p>
    <w:p>
      <w:pPr>
        <w:pStyle w:val="ScriptureReference"/>
        <w:keepNext/>
        <w:pBdr>
          <w:bottom w:val="single" w:sz="2" w:space="1" w:color="D5DBE0"/>
        </w:pBdr>
      </w:pPr>
      <w:r>
        <w:t>1 Peter 5:1-5</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w:t>
      </w:r>
      <w:r>
        <w:rPr>
          <w:rFonts w:ascii="Liberation Serif" w:hAnsi="Liberation Serif" w:eastAsia="Liberation Serif"/>
          <w:color w:val="20262E"/>
          <w:sz w:val="18"/>
        </w:rPr>
        <w:t xml:space="preserve"> The elders which are among you I exhort, who am also an elder, and a witness of the sufferings of Christ, and also a partaker of the glory that shall be revealed:</w:t>
      </w:r>
      <w:r>
        <w:t xml:space="preserve"> </w:t>
      </w:r>
      <w:r>
        <w:rPr>
          <w:rFonts w:ascii="Liberation Sans" w:hAnsi="Liberation Sans" w:eastAsia="Liberation Sans"/>
          <w:b/>
          <w:color w:val="A67833"/>
          <w:sz w:val="15"/>
          <w:vertAlign w:val="superscript"/>
        </w:rPr>
        <w:t>2</w:t>
      </w:r>
      <w:r>
        <w:rPr>
          <w:rFonts w:ascii="Liberation Serif" w:hAnsi="Liberation Serif" w:eastAsia="Liberation Serif"/>
          <w:color w:val="20262E"/>
          <w:sz w:val="18"/>
        </w:rPr>
        <w:t xml:space="preserve"> Feed the flock of God which is among you, taking the oversight thereof, not by constraint, but willingly; not for filthy lucre, but of a ready mind;</w:t>
      </w:r>
      <w:r>
        <w:t xml:space="preserve"> </w:t>
      </w:r>
      <w:r>
        <w:rPr>
          <w:rFonts w:ascii="Liberation Sans" w:hAnsi="Liberation Sans" w:eastAsia="Liberation Sans"/>
          <w:b/>
          <w:color w:val="A67833"/>
          <w:sz w:val="15"/>
          <w:vertAlign w:val="superscript"/>
        </w:rPr>
        <w:t>3</w:t>
      </w:r>
      <w:r>
        <w:rPr>
          <w:rFonts w:ascii="Liberation Serif" w:hAnsi="Liberation Serif" w:eastAsia="Liberation Serif"/>
          <w:color w:val="20262E"/>
          <w:sz w:val="18"/>
        </w:rPr>
        <w:t xml:space="preserve"> Neither as being lords over God's heritage, but being ensamples to the flock.</w:t>
      </w:r>
      <w:r>
        <w:t xml:space="preserve"> </w:t>
      </w:r>
      <w:r>
        <w:rPr>
          <w:rFonts w:ascii="Liberation Sans" w:hAnsi="Liberation Sans" w:eastAsia="Liberation Sans"/>
          <w:b/>
          <w:color w:val="A67833"/>
          <w:sz w:val="15"/>
          <w:vertAlign w:val="superscript"/>
        </w:rPr>
        <w:t>4</w:t>
      </w:r>
      <w:r>
        <w:rPr>
          <w:rFonts w:ascii="Liberation Serif" w:hAnsi="Liberation Serif" w:eastAsia="Liberation Serif"/>
          <w:color w:val="20262E"/>
          <w:sz w:val="18"/>
        </w:rPr>
        <w:t xml:space="preserve"> And when the chief Shepherd shall appear, ye shall receive a crown of glory that fadeth not away.</w:t>
      </w:r>
      <w:r>
        <w:t xml:space="preserve"> </w:t>
      </w:r>
      <w:r>
        <w:rPr>
          <w:rFonts w:ascii="Liberation Sans" w:hAnsi="Liberation Sans" w:eastAsia="Liberation Sans"/>
          <w:b/>
          <w:color w:val="A67833"/>
          <w:sz w:val="15"/>
          <w:vertAlign w:val="superscript"/>
        </w:rPr>
        <w:t>5</w:t>
      </w:r>
      <w:r>
        <w:rPr>
          <w:rFonts w:ascii="Liberation Serif" w:hAnsi="Liberation Serif" w:eastAsia="Liberation Serif"/>
          <w:color w:val="20262E"/>
          <w:sz w:val="18"/>
        </w:rPr>
        <w:t xml:space="preserve"> Likewise, ye younger, submit yourselves unto the elder. Yea, all of you be subject one to another, and be clothed with humility: for God resisteth the proud, and giveth grace to the humble.</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forming a team, setting policies, ministering to vulnerable people, children, abuse survivors, or anyone in crisis.</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Obtain informed consent, protect privacy, use accountable teams, stop on request, document responsibly, report abuse as required, and refer beyond competence.</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No restraint, intimidation, humiliation, forced confession, sexualized touch, medication interference, isolation, or ministry to minors without appropriate guardians and safeguarding.</w:t>
      </w:r>
    </w:p>
    <w:p>
      <w:pPr>
        <w:pStyle w:val="Heading1"/>
        <w:keepNext/>
        <w:pageBreakBefore/>
        <w:pBdr>
          <w:bottom w:val="single" w:sz="8" w:space="2" w:color="A67833"/>
        </w:pBdr>
      </w:pPr>
      <w:r>
        <w:t>6.20 Perseverance, Suffering, Resurrection Hope, and Final Victory</w:t>
      </w:r>
    </w:p>
    <w:p>
      <w:pPr>
        <w:pStyle w:val="Guidance"/>
      </w:pPr>
      <w:r>
        <w:rPr>
          <w:rFonts w:ascii="Liberation Sans" w:hAnsi="Liberation Sans" w:eastAsia="Liberation Sans"/>
          <w:b/>
          <w:color w:val="18324A"/>
          <w:sz w:val="17"/>
        </w:rPr>
        <w:t xml:space="preserve">Use this section when: </w:t>
      </w:r>
      <w:r>
        <w:rPr>
          <w:rFonts w:ascii="Liberation Sans" w:hAnsi="Liberation Sans" w:eastAsia="Liberation Sans"/>
          <w:color w:val="20262E"/>
          <w:sz w:val="17"/>
        </w:rPr>
        <w:t>Use when freedom is gradual, symptoms recur, opposition continues, or triumphalist promises have produced discouragement.</w:t>
      </w:r>
    </w:p>
    <w:p>
      <w:pPr>
        <w:pStyle w:val="Guidance"/>
      </w:pPr>
      <w:r>
        <w:rPr>
          <w:rFonts w:ascii="Liberation Sans" w:hAnsi="Liberation Sans" w:eastAsia="Liberation Sans"/>
          <w:b/>
          <w:color w:val="18324A"/>
          <w:sz w:val="17"/>
        </w:rPr>
        <w:t xml:space="preserve">Ministry method: </w:t>
      </w:r>
      <w:r>
        <w:rPr>
          <w:rFonts w:ascii="Liberation Sans" w:hAnsi="Liberation Sans" w:eastAsia="Liberation Sans"/>
          <w:color w:val="20262E"/>
          <w:sz w:val="17"/>
        </w:rPr>
        <w:t>Lament honestly, stand in faith, seek help, persevere in obedience, and anchor hope in Christ's resurrection and final judgment of evil.</w:t>
      </w:r>
    </w:p>
    <w:p>
      <w:pPr>
        <w:pStyle w:val="Guidance"/>
      </w:pPr>
      <w:r>
        <w:rPr>
          <w:rFonts w:ascii="Liberation Sans" w:hAnsi="Liberation Sans" w:eastAsia="Liberation Sans"/>
          <w:b/>
          <w:color w:val="18324A"/>
          <w:sz w:val="17"/>
        </w:rPr>
        <w:t xml:space="preserve">Section control: </w:t>
      </w:r>
      <w:r>
        <w:rPr>
          <w:rFonts w:ascii="Liberation Sans" w:hAnsi="Liberation Sans" w:eastAsia="Liberation Sans"/>
          <w:color w:val="20262E"/>
          <w:sz w:val="17"/>
        </w:rPr>
        <w:t>Delayed relief does not prove hidden sin, weak faith, or divine rejection. The final victory is certain even when present outcomes are incomplete.</w:t>
      </w:r>
    </w:p>
    <w:p>
      <w:pPr>
        <w:pStyle w:val="SmallNote"/>
      </w:pPr>
      <w:r>
        <w:t>19 operational passage entries</w:t>
      </w:r>
    </w:p>
    <w:p>
      <w:pPr>
        <w:pStyle w:val="ScriptureReference"/>
        <w:keepNext/>
        <w:pBdr>
          <w:bottom w:val="single" w:sz="2" w:space="1" w:color="D5DBE0"/>
        </w:pBdr>
      </w:pPr>
      <w:r>
        <w:t>Job 1:20-22</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20</w:t>
      </w:r>
      <w:r>
        <w:rPr>
          <w:rFonts w:ascii="Liberation Serif" w:hAnsi="Liberation Serif" w:eastAsia="Liberation Serif"/>
          <w:color w:val="20262E"/>
          <w:sz w:val="18"/>
        </w:rPr>
        <w:t xml:space="preserve"> Then Job arose, and rent his mantle, and shaved his head, and fell down upon the ground, and worshipped,</w:t>
      </w:r>
      <w:r>
        <w:t xml:space="preserve"> </w:t>
      </w:r>
      <w:r>
        <w:rPr>
          <w:rFonts w:ascii="Liberation Sans" w:hAnsi="Liberation Sans" w:eastAsia="Liberation Sans"/>
          <w:b/>
          <w:color w:val="A67833"/>
          <w:sz w:val="15"/>
          <w:vertAlign w:val="superscript"/>
        </w:rPr>
        <w:t>21</w:t>
      </w:r>
      <w:r>
        <w:rPr>
          <w:rFonts w:ascii="Liberation Serif" w:hAnsi="Liberation Serif" w:eastAsia="Liberation Serif"/>
          <w:color w:val="20262E"/>
          <w:sz w:val="18"/>
        </w:rPr>
        <w:t xml:space="preserve"> And said, Naked came I out of my mother's womb, and naked shall I return thither: the LORD gave, and the LORD hath taken away; blessed be the name of the LORD.</w:t>
      </w:r>
      <w:r>
        <w:t xml:space="preserve"> </w:t>
      </w:r>
      <w:r>
        <w:rPr>
          <w:rFonts w:ascii="Liberation Sans" w:hAnsi="Liberation Sans" w:eastAsia="Liberation Sans"/>
          <w:b/>
          <w:color w:val="A67833"/>
          <w:sz w:val="15"/>
          <w:vertAlign w:val="superscript"/>
        </w:rPr>
        <w:t>22</w:t>
      </w:r>
      <w:r>
        <w:rPr>
          <w:rFonts w:ascii="Liberation Serif" w:hAnsi="Liberation Serif" w:eastAsia="Liberation Serif"/>
          <w:color w:val="20262E"/>
          <w:sz w:val="18"/>
        </w:rPr>
        <w:t xml:space="preserve"> In all this Job sinned not, nor charged God foolishly.</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freedom is gradual, symptoms recur, opposition continues, or triumphalist promises have produced discouragement.</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Lament honestly, stand in faith, seek help, persevere in obedience, and anchor hope in Christ's resurrection and final judgment of evil.</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Delayed relief does not prove hidden sin, weak faith, or divine rejection. The final victory is certain even when present outcomes are incomplete.</w:t>
      </w:r>
    </w:p>
    <w:p>
      <w:pPr>
        <w:pStyle w:val="ScriptureReference"/>
        <w:keepNext/>
        <w:pBdr>
          <w:bottom w:val="single" w:sz="2" w:space="1" w:color="D5DBE0"/>
        </w:pBdr>
      </w:pPr>
      <w:r>
        <w:t>Job 2:9-10</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9</w:t>
      </w:r>
      <w:r>
        <w:rPr>
          <w:rFonts w:ascii="Liberation Serif" w:hAnsi="Liberation Serif" w:eastAsia="Liberation Serif"/>
          <w:color w:val="20262E"/>
          <w:sz w:val="18"/>
        </w:rPr>
        <w:t xml:space="preserve"> Then said his wife unto him, Dost thou still retain thine integrity? curse God, and die.</w:t>
      </w:r>
      <w:r>
        <w:t xml:space="preserve"> </w:t>
      </w:r>
      <w:r>
        <w:rPr>
          <w:rFonts w:ascii="Liberation Sans" w:hAnsi="Liberation Sans" w:eastAsia="Liberation Sans"/>
          <w:b/>
          <w:color w:val="A67833"/>
          <w:sz w:val="15"/>
          <w:vertAlign w:val="superscript"/>
        </w:rPr>
        <w:t>10</w:t>
      </w:r>
      <w:r>
        <w:rPr>
          <w:rFonts w:ascii="Liberation Serif" w:hAnsi="Liberation Serif" w:eastAsia="Liberation Serif"/>
          <w:color w:val="20262E"/>
          <w:sz w:val="18"/>
        </w:rPr>
        <w:t xml:space="preserve"> But he said unto her, Thou speakest as one of the foolish women speaketh. What? shall we receive good at the hand of God, and shall we not receive evil? In all this did not Job sin with his lips.</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freedom is gradual, symptoms recur, opposition continues, or triumphalist promises have produced discouragement.</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Lament honestly, stand in faith, seek help, persevere in obedience, and anchor hope in Christ's resurrection and final judgment of evil.</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Delayed relief does not prove hidden sin, weak faith, or divine rejection. The final victory is certain even when present outcomes are incomplete.</w:t>
      </w:r>
    </w:p>
    <w:p>
      <w:pPr>
        <w:pStyle w:val="ScriptureReference"/>
        <w:keepNext/>
        <w:pBdr>
          <w:bottom w:val="single" w:sz="2" w:space="1" w:color="D5DBE0"/>
        </w:pBdr>
      </w:pPr>
      <w:r>
        <w:t>Psalm 46:1-11</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w:t>
      </w:r>
      <w:r>
        <w:rPr>
          <w:rFonts w:ascii="Liberation Serif" w:hAnsi="Liberation Serif" w:eastAsia="Liberation Serif"/>
          <w:color w:val="20262E"/>
          <w:sz w:val="18"/>
        </w:rPr>
        <w:t xml:space="preserve"> To the chief Musician for the sons of Korah, A Song upon Alamoth. God is our refuge and strength, a very present help in trouble.</w:t>
      </w:r>
      <w:r>
        <w:t xml:space="preserve"> </w:t>
      </w:r>
      <w:r>
        <w:rPr>
          <w:rFonts w:ascii="Liberation Sans" w:hAnsi="Liberation Sans" w:eastAsia="Liberation Sans"/>
          <w:b/>
          <w:color w:val="A67833"/>
          <w:sz w:val="15"/>
          <w:vertAlign w:val="superscript"/>
        </w:rPr>
        <w:t>2</w:t>
      </w:r>
      <w:r>
        <w:rPr>
          <w:rFonts w:ascii="Liberation Serif" w:hAnsi="Liberation Serif" w:eastAsia="Liberation Serif"/>
          <w:color w:val="20262E"/>
          <w:sz w:val="18"/>
        </w:rPr>
        <w:t xml:space="preserve"> Therefore will not we fear, though the earth be removed, and though the mountains be carried into the midst of the sea;</w:t>
      </w:r>
      <w:r>
        <w:t xml:space="preserve"> </w:t>
      </w:r>
      <w:r>
        <w:rPr>
          <w:rFonts w:ascii="Liberation Sans" w:hAnsi="Liberation Sans" w:eastAsia="Liberation Sans"/>
          <w:b/>
          <w:color w:val="A67833"/>
          <w:sz w:val="15"/>
          <w:vertAlign w:val="superscript"/>
        </w:rPr>
        <w:t>3</w:t>
      </w:r>
      <w:r>
        <w:rPr>
          <w:rFonts w:ascii="Liberation Serif" w:hAnsi="Liberation Serif" w:eastAsia="Liberation Serif"/>
          <w:color w:val="20262E"/>
          <w:sz w:val="18"/>
        </w:rPr>
        <w:t xml:space="preserve"> Though the waters thereof roar and be troubled, though the mountains shake with the swelling thereof. Selah.</w:t>
      </w:r>
      <w:r>
        <w:t xml:space="preserve"> </w:t>
      </w:r>
      <w:r>
        <w:rPr>
          <w:rFonts w:ascii="Liberation Sans" w:hAnsi="Liberation Sans" w:eastAsia="Liberation Sans"/>
          <w:b/>
          <w:color w:val="A67833"/>
          <w:sz w:val="15"/>
          <w:vertAlign w:val="superscript"/>
        </w:rPr>
        <w:t>4</w:t>
      </w:r>
      <w:r>
        <w:rPr>
          <w:rFonts w:ascii="Liberation Serif" w:hAnsi="Liberation Serif" w:eastAsia="Liberation Serif"/>
          <w:color w:val="20262E"/>
          <w:sz w:val="18"/>
        </w:rPr>
        <w:t xml:space="preserve"> There is a river, the streams whereof shall make glad the city of God, the holy place of the tabernacles of the most High.</w:t>
      </w:r>
      <w:r>
        <w:t xml:space="preserve"> </w:t>
      </w:r>
      <w:r>
        <w:rPr>
          <w:rFonts w:ascii="Liberation Sans" w:hAnsi="Liberation Sans" w:eastAsia="Liberation Sans"/>
          <w:b/>
          <w:color w:val="A67833"/>
          <w:sz w:val="15"/>
          <w:vertAlign w:val="superscript"/>
        </w:rPr>
        <w:t>5</w:t>
      </w:r>
      <w:r>
        <w:rPr>
          <w:rFonts w:ascii="Liberation Serif" w:hAnsi="Liberation Serif" w:eastAsia="Liberation Serif"/>
          <w:color w:val="20262E"/>
          <w:sz w:val="18"/>
        </w:rPr>
        <w:t xml:space="preserve"> God is in the midst of her; she shall not be moved: God shall help her, and that right early.</w:t>
      </w:r>
      <w:r>
        <w:t xml:space="preserve"> </w:t>
      </w:r>
      <w:r>
        <w:rPr>
          <w:rFonts w:ascii="Liberation Sans" w:hAnsi="Liberation Sans" w:eastAsia="Liberation Sans"/>
          <w:b/>
          <w:color w:val="A67833"/>
          <w:sz w:val="15"/>
          <w:vertAlign w:val="superscript"/>
        </w:rPr>
        <w:t>6</w:t>
      </w:r>
      <w:r>
        <w:rPr>
          <w:rFonts w:ascii="Liberation Serif" w:hAnsi="Liberation Serif" w:eastAsia="Liberation Serif"/>
          <w:color w:val="20262E"/>
          <w:sz w:val="18"/>
        </w:rPr>
        <w:t xml:space="preserve"> The heathen raged, the kingdoms were moved: he uttered his voice, the earth melted.</w:t>
      </w:r>
      <w:r>
        <w:t xml:space="preserve"> </w:t>
      </w:r>
      <w:r>
        <w:rPr>
          <w:rFonts w:ascii="Liberation Sans" w:hAnsi="Liberation Sans" w:eastAsia="Liberation Sans"/>
          <w:b/>
          <w:color w:val="A67833"/>
          <w:sz w:val="15"/>
          <w:vertAlign w:val="superscript"/>
        </w:rPr>
        <w:t>7</w:t>
      </w:r>
      <w:r>
        <w:rPr>
          <w:rFonts w:ascii="Liberation Serif" w:hAnsi="Liberation Serif" w:eastAsia="Liberation Serif"/>
          <w:color w:val="20262E"/>
          <w:sz w:val="18"/>
        </w:rPr>
        <w:t xml:space="preserve"> The LORD of hosts is with us; the God of Jacob is our refuge. Selah.</w:t>
      </w:r>
      <w:r>
        <w:t xml:space="preserve"> </w:t>
      </w:r>
      <w:r>
        <w:rPr>
          <w:rFonts w:ascii="Liberation Sans" w:hAnsi="Liberation Sans" w:eastAsia="Liberation Sans"/>
          <w:b/>
          <w:color w:val="A67833"/>
          <w:sz w:val="15"/>
          <w:vertAlign w:val="superscript"/>
        </w:rPr>
        <w:t>8</w:t>
      </w:r>
      <w:r>
        <w:rPr>
          <w:rFonts w:ascii="Liberation Serif" w:hAnsi="Liberation Serif" w:eastAsia="Liberation Serif"/>
          <w:color w:val="20262E"/>
          <w:sz w:val="18"/>
        </w:rPr>
        <w:t xml:space="preserve"> Come, behold the works of the LORD, what desolations he hath made in the earth.</w:t>
      </w:r>
      <w:r>
        <w:t xml:space="preserve"> </w:t>
      </w:r>
      <w:r>
        <w:rPr>
          <w:rFonts w:ascii="Liberation Sans" w:hAnsi="Liberation Sans" w:eastAsia="Liberation Sans"/>
          <w:b/>
          <w:color w:val="A67833"/>
          <w:sz w:val="15"/>
          <w:vertAlign w:val="superscript"/>
        </w:rPr>
        <w:t>9</w:t>
      </w:r>
      <w:r>
        <w:rPr>
          <w:rFonts w:ascii="Liberation Serif" w:hAnsi="Liberation Serif" w:eastAsia="Liberation Serif"/>
          <w:color w:val="20262E"/>
          <w:sz w:val="18"/>
        </w:rPr>
        <w:t xml:space="preserve"> He maketh wars to cease unto the end of the earth; he breaketh the bow, and cutteth the spear in sunder; he burneth the chariot in the fire.</w:t>
      </w:r>
      <w:r>
        <w:t xml:space="preserve"> </w:t>
      </w:r>
      <w:r>
        <w:rPr>
          <w:rFonts w:ascii="Liberation Sans" w:hAnsi="Liberation Sans" w:eastAsia="Liberation Sans"/>
          <w:b/>
          <w:color w:val="A67833"/>
          <w:sz w:val="15"/>
          <w:vertAlign w:val="superscript"/>
        </w:rPr>
        <w:t>10</w:t>
      </w:r>
      <w:r>
        <w:rPr>
          <w:rFonts w:ascii="Liberation Serif" w:hAnsi="Liberation Serif" w:eastAsia="Liberation Serif"/>
          <w:color w:val="20262E"/>
          <w:sz w:val="18"/>
        </w:rPr>
        <w:t xml:space="preserve"> Be still, and know that I am God: I will be exalted among the heathen, I will be exalted in the earth.</w:t>
      </w:r>
      <w:r>
        <w:t xml:space="preserve"> </w:t>
      </w:r>
      <w:r>
        <w:rPr>
          <w:rFonts w:ascii="Liberation Sans" w:hAnsi="Liberation Sans" w:eastAsia="Liberation Sans"/>
          <w:b/>
          <w:color w:val="A67833"/>
          <w:sz w:val="15"/>
          <w:vertAlign w:val="superscript"/>
        </w:rPr>
        <w:t>11</w:t>
      </w:r>
      <w:r>
        <w:rPr>
          <w:rFonts w:ascii="Liberation Serif" w:hAnsi="Liberation Serif" w:eastAsia="Liberation Serif"/>
          <w:color w:val="20262E"/>
          <w:sz w:val="18"/>
        </w:rPr>
        <w:t xml:space="preserve"> The LORD of hosts is with us; the God of Jacob is our refuge. Selah.</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freedom is gradual, symptoms recur, opposition continues, or triumphalist promises have produced discouragement.</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Lament honestly, stand in faith, seek help, persevere in obedience, and anchor hope in Christ's resurrection and final judgment of evil.</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Delayed relief does not prove hidden sin, weak faith, or divine rejection. The final victory is certain even when present outcomes are incomplete.</w:t>
      </w:r>
    </w:p>
    <w:p>
      <w:pPr>
        <w:pStyle w:val="ScriptureReference"/>
        <w:keepNext/>
        <w:pBdr>
          <w:bottom w:val="single" w:sz="2" w:space="1" w:color="D5DBE0"/>
        </w:pBdr>
      </w:pPr>
      <w:r>
        <w:t>Habakkuk 3:17-19</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17</w:t>
      </w:r>
      <w:r>
        <w:rPr>
          <w:rFonts w:ascii="Liberation Serif" w:hAnsi="Liberation Serif" w:eastAsia="Liberation Serif"/>
          <w:color w:val="20262E"/>
          <w:sz w:val="18"/>
        </w:rPr>
        <w:t xml:space="preserve"> Although the fig tree shall not blossom, neither shall fruit be in the vines; the labour of the olive shall fail, and the fields shall yield no meat; the flock shall be cut off from the fold, and there shall be no herd in the stalls:</w:t>
      </w:r>
      <w:r>
        <w:t xml:space="preserve"> </w:t>
      </w:r>
      <w:r>
        <w:rPr>
          <w:rFonts w:ascii="Liberation Sans" w:hAnsi="Liberation Sans" w:eastAsia="Liberation Sans"/>
          <w:b/>
          <w:color w:val="A67833"/>
          <w:sz w:val="15"/>
          <w:vertAlign w:val="superscript"/>
        </w:rPr>
        <w:t>18</w:t>
      </w:r>
      <w:r>
        <w:rPr>
          <w:rFonts w:ascii="Liberation Serif" w:hAnsi="Liberation Serif" w:eastAsia="Liberation Serif"/>
          <w:color w:val="20262E"/>
          <w:sz w:val="18"/>
        </w:rPr>
        <w:t xml:space="preserve"> Yet I will rejoice in the LORD, I will joy in the God of my salvation.</w:t>
      </w:r>
      <w:r>
        <w:t xml:space="preserve"> </w:t>
      </w:r>
      <w:r>
        <w:rPr>
          <w:rFonts w:ascii="Liberation Sans" w:hAnsi="Liberation Sans" w:eastAsia="Liberation Sans"/>
          <w:b/>
          <w:color w:val="A67833"/>
          <w:sz w:val="15"/>
          <w:vertAlign w:val="superscript"/>
        </w:rPr>
        <w:t>19</w:t>
      </w:r>
      <w:r>
        <w:rPr>
          <w:rFonts w:ascii="Liberation Serif" w:hAnsi="Liberation Serif" w:eastAsia="Liberation Serif"/>
          <w:color w:val="20262E"/>
          <w:sz w:val="18"/>
        </w:rPr>
        <w:t xml:space="preserve"> The LORD God is my strength, and he will make my feet like hinds' feet, and he will make me to walk upon mine high places. To the chief singer on my stringed instruments.</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freedom is gradual, symptoms recur, opposition continues, or triumphalist promises have produced discouragement.</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Lament honestly, stand in faith, seek help, persevere in obedience, and anchor hope in Christ's resurrection and final judgment of evil.</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Delayed relief does not prove hidden sin, weak faith, or divine rejection. The final victory is certain even when present outcomes are incomplete.</w:t>
      </w:r>
    </w:p>
    <w:p>
      <w:pPr>
        <w:pStyle w:val="ScriptureReference"/>
        <w:keepNext/>
        <w:pBdr>
          <w:bottom w:val="single" w:sz="2" w:space="1" w:color="D5DBE0"/>
        </w:pBdr>
      </w:pPr>
      <w:r>
        <w:t>Matthew 24:9-14</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9</w:t>
      </w:r>
      <w:r>
        <w:rPr>
          <w:rFonts w:ascii="Liberation Serif" w:hAnsi="Liberation Serif" w:eastAsia="Liberation Serif"/>
          <w:color w:val="20262E"/>
          <w:sz w:val="18"/>
        </w:rPr>
        <w:t xml:space="preserve"> Then shall they deliver you up to be afflicted, and shall kill you: and ye shall be hated of all nations for my name's sake.</w:t>
      </w:r>
      <w:r>
        <w:t xml:space="preserve"> </w:t>
      </w:r>
      <w:r>
        <w:rPr>
          <w:rFonts w:ascii="Liberation Sans" w:hAnsi="Liberation Sans" w:eastAsia="Liberation Sans"/>
          <w:b/>
          <w:color w:val="A67833"/>
          <w:sz w:val="15"/>
          <w:vertAlign w:val="superscript"/>
        </w:rPr>
        <w:t>10</w:t>
      </w:r>
      <w:r>
        <w:rPr>
          <w:rFonts w:ascii="Liberation Serif" w:hAnsi="Liberation Serif" w:eastAsia="Liberation Serif"/>
          <w:color w:val="20262E"/>
          <w:sz w:val="18"/>
        </w:rPr>
        <w:t xml:space="preserve"> And then shall many be offended, and shall betray one another, and shall hate one another.</w:t>
      </w:r>
      <w:r>
        <w:t xml:space="preserve"> </w:t>
      </w:r>
      <w:r>
        <w:rPr>
          <w:rFonts w:ascii="Liberation Sans" w:hAnsi="Liberation Sans" w:eastAsia="Liberation Sans"/>
          <w:b/>
          <w:color w:val="A67833"/>
          <w:sz w:val="15"/>
          <w:vertAlign w:val="superscript"/>
        </w:rPr>
        <w:t>11</w:t>
      </w:r>
      <w:r>
        <w:rPr>
          <w:rFonts w:ascii="Liberation Serif" w:hAnsi="Liberation Serif" w:eastAsia="Liberation Serif"/>
          <w:color w:val="20262E"/>
          <w:sz w:val="18"/>
        </w:rPr>
        <w:t xml:space="preserve"> And many false prophets shall rise, and shall deceive many.</w:t>
      </w:r>
      <w:r>
        <w:t xml:space="preserve"> </w:t>
      </w:r>
      <w:r>
        <w:rPr>
          <w:rFonts w:ascii="Liberation Sans" w:hAnsi="Liberation Sans" w:eastAsia="Liberation Sans"/>
          <w:b/>
          <w:color w:val="A67833"/>
          <w:sz w:val="15"/>
          <w:vertAlign w:val="superscript"/>
        </w:rPr>
        <w:t>12</w:t>
      </w:r>
      <w:r>
        <w:rPr>
          <w:rFonts w:ascii="Liberation Serif" w:hAnsi="Liberation Serif" w:eastAsia="Liberation Serif"/>
          <w:color w:val="20262E"/>
          <w:sz w:val="18"/>
        </w:rPr>
        <w:t xml:space="preserve"> And because iniquity shall abound, the love of many shall wax cold.</w:t>
      </w:r>
      <w:r>
        <w:t xml:space="preserve"> </w:t>
      </w:r>
      <w:r>
        <w:rPr>
          <w:rFonts w:ascii="Liberation Sans" w:hAnsi="Liberation Sans" w:eastAsia="Liberation Sans"/>
          <w:b/>
          <w:color w:val="A67833"/>
          <w:sz w:val="15"/>
          <w:vertAlign w:val="superscript"/>
        </w:rPr>
        <w:t>13</w:t>
      </w:r>
      <w:r>
        <w:rPr>
          <w:rFonts w:ascii="Liberation Serif" w:hAnsi="Liberation Serif" w:eastAsia="Liberation Serif"/>
          <w:color w:val="20262E"/>
          <w:sz w:val="18"/>
        </w:rPr>
        <w:t xml:space="preserve"> But he that shall endure unto the end, the same shall be saved.</w:t>
      </w:r>
      <w:r>
        <w:t xml:space="preserve"> </w:t>
      </w:r>
      <w:r>
        <w:rPr>
          <w:rFonts w:ascii="Liberation Sans" w:hAnsi="Liberation Sans" w:eastAsia="Liberation Sans"/>
          <w:b/>
          <w:color w:val="A67833"/>
          <w:sz w:val="15"/>
          <w:vertAlign w:val="superscript"/>
        </w:rPr>
        <w:t>14</w:t>
      </w:r>
      <w:r>
        <w:rPr>
          <w:rFonts w:ascii="Liberation Serif" w:hAnsi="Liberation Serif" w:eastAsia="Liberation Serif"/>
          <w:color w:val="20262E"/>
          <w:sz w:val="18"/>
        </w:rPr>
        <w:t xml:space="preserve"> And this gospel of the kingdom shall be preached in all the world for a witness unto all nations; and then shall the end come.</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freedom is gradual, symptoms recur, opposition continues, or triumphalist promises have produced discouragement.</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Lament honestly, stand in faith, seek help, persevere in obedience, and anchor hope in Christ's resurrection and final judgment of evil.</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Delayed relief does not prove hidden sin, weak faith, or divine rejection. The final victory is certain even when present outcomes are incomplete.</w:t>
      </w:r>
    </w:p>
    <w:p>
      <w:pPr>
        <w:pStyle w:val="ScriptureReference"/>
        <w:keepNext/>
        <w:pBdr>
          <w:bottom w:val="single" w:sz="2" w:space="1" w:color="D5DBE0"/>
        </w:pBdr>
      </w:pPr>
      <w:r>
        <w:t>John 16:33</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33</w:t>
      </w:r>
      <w:r>
        <w:rPr>
          <w:rFonts w:ascii="Liberation Serif" w:hAnsi="Liberation Serif" w:eastAsia="Liberation Serif"/>
          <w:color w:val="20262E"/>
          <w:sz w:val="18"/>
        </w:rPr>
        <w:t xml:space="preserve"> These things I have spoken unto you, that in me ye might have peace. In the world ye shall have tribulation: but be of good cheer; I have overcome the world.</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freedom is gradual, symptoms recur, opposition continues, or triumphalist promises have produced discouragement.</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Lament honestly, stand in faith, seek help, persevere in obedience, and anchor hope in Christ's resurrection and final judgment of evil.</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Delayed relief does not prove hidden sin, weak faith, or divine rejection. The final victory is certain even when present outcomes are incomplete.</w:t>
      </w:r>
    </w:p>
    <w:p>
      <w:pPr>
        <w:pStyle w:val="ScriptureReference"/>
        <w:keepNext/>
        <w:pBdr>
          <w:bottom w:val="single" w:sz="2" w:space="1" w:color="D5DBE0"/>
        </w:pBdr>
      </w:pPr>
      <w:r>
        <w:t>Romans 5:1-5</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w:t>
      </w:r>
      <w:r>
        <w:rPr>
          <w:rFonts w:ascii="Liberation Serif" w:hAnsi="Liberation Serif" w:eastAsia="Liberation Serif"/>
          <w:color w:val="20262E"/>
          <w:sz w:val="18"/>
        </w:rPr>
        <w:t xml:space="preserve"> Therefore being justified by faith, we have peace with God through our Lord Jesus Christ:</w:t>
      </w:r>
      <w:r>
        <w:t xml:space="preserve"> </w:t>
      </w:r>
      <w:r>
        <w:rPr>
          <w:rFonts w:ascii="Liberation Sans" w:hAnsi="Liberation Sans" w:eastAsia="Liberation Sans"/>
          <w:b/>
          <w:color w:val="A67833"/>
          <w:sz w:val="15"/>
          <w:vertAlign w:val="superscript"/>
        </w:rPr>
        <w:t>2</w:t>
      </w:r>
      <w:r>
        <w:rPr>
          <w:rFonts w:ascii="Liberation Serif" w:hAnsi="Liberation Serif" w:eastAsia="Liberation Serif"/>
          <w:color w:val="20262E"/>
          <w:sz w:val="18"/>
        </w:rPr>
        <w:t xml:space="preserve"> By whom also we have access by faith into this grace wherein we stand, and rejoice in hope of the glory of God.</w:t>
      </w:r>
      <w:r>
        <w:t xml:space="preserve"> </w:t>
      </w:r>
      <w:r>
        <w:rPr>
          <w:rFonts w:ascii="Liberation Sans" w:hAnsi="Liberation Sans" w:eastAsia="Liberation Sans"/>
          <w:b/>
          <w:color w:val="A67833"/>
          <w:sz w:val="15"/>
          <w:vertAlign w:val="superscript"/>
        </w:rPr>
        <w:t>3</w:t>
      </w:r>
      <w:r>
        <w:rPr>
          <w:rFonts w:ascii="Liberation Serif" w:hAnsi="Liberation Serif" w:eastAsia="Liberation Serif"/>
          <w:color w:val="20262E"/>
          <w:sz w:val="18"/>
        </w:rPr>
        <w:t xml:space="preserve"> And not only so, but we glory in tribulations also: knowing that tribulation worketh patience;</w:t>
      </w:r>
      <w:r>
        <w:t xml:space="preserve"> </w:t>
      </w:r>
      <w:r>
        <w:rPr>
          <w:rFonts w:ascii="Liberation Sans" w:hAnsi="Liberation Sans" w:eastAsia="Liberation Sans"/>
          <w:b/>
          <w:color w:val="A67833"/>
          <w:sz w:val="15"/>
          <w:vertAlign w:val="superscript"/>
        </w:rPr>
        <w:t>4</w:t>
      </w:r>
      <w:r>
        <w:rPr>
          <w:rFonts w:ascii="Liberation Serif" w:hAnsi="Liberation Serif" w:eastAsia="Liberation Serif"/>
          <w:color w:val="20262E"/>
          <w:sz w:val="18"/>
        </w:rPr>
        <w:t xml:space="preserve"> And patience, experience; and experience, hope:</w:t>
      </w:r>
      <w:r>
        <w:t xml:space="preserve"> </w:t>
      </w:r>
      <w:r>
        <w:rPr>
          <w:rFonts w:ascii="Liberation Sans" w:hAnsi="Liberation Sans" w:eastAsia="Liberation Sans"/>
          <w:b/>
          <w:color w:val="A67833"/>
          <w:sz w:val="15"/>
          <w:vertAlign w:val="superscript"/>
        </w:rPr>
        <w:t>5</w:t>
      </w:r>
      <w:r>
        <w:rPr>
          <w:rFonts w:ascii="Liberation Serif" w:hAnsi="Liberation Serif" w:eastAsia="Liberation Serif"/>
          <w:color w:val="20262E"/>
          <w:sz w:val="18"/>
        </w:rPr>
        <w:t xml:space="preserve"> And hope maketh not ashamed; because the love of God is shed abroad in our hearts by the Holy Ghost which is given unto us.</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freedom is gradual, symptoms recur, opposition continues, or triumphalist promises have produced discouragement.</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Lament honestly, stand in faith, seek help, persevere in obedience, and anchor hope in Christ's resurrection and final judgment of evil.</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Delayed relief does not prove hidden sin, weak faith, or divine rejection. The final victory is certain even when present outcomes are incomplete.</w:t>
      </w:r>
    </w:p>
    <w:p>
      <w:pPr>
        <w:pStyle w:val="ScriptureReference"/>
        <w:keepNext/>
        <w:pBdr>
          <w:bottom w:val="single" w:sz="2" w:space="1" w:color="D5DBE0"/>
        </w:pBdr>
      </w:pPr>
      <w:r>
        <w:t>2 Corinthians 4:7-18</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7</w:t>
      </w:r>
      <w:r>
        <w:rPr>
          <w:rFonts w:ascii="Liberation Serif" w:hAnsi="Liberation Serif" w:eastAsia="Liberation Serif"/>
          <w:color w:val="20262E"/>
          <w:sz w:val="18"/>
        </w:rPr>
        <w:t xml:space="preserve"> But we have this treasure in earthen vessels, that the excellency of the power may be of God, and not of us.</w:t>
      </w:r>
      <w:r>
        <w:t xml:space="preserve"> </w:t>
      </w:r>
      <w:r>
        <w:rPr>
          <w:rFonts w:ascii="Liberation Sans" w:hAnsi="Liberation Sans" w:eastAsia="Liberation Sans"/>
          <w:b/>
          <w:color w:val="A67833"/>
          <w:sz w:val="15"/>
          <w:vertAlign w:val="superscript"/>
        </w:rPr>
        <w:t>8</w:t>
      </w:r>
      <w:r>
        <w:rPr>
          <w:rFonts w:ascii="Liberation Serif" w:hAnsi="Liberation Serif" w:eastAsia="Liberation Serif"/>
          <w:color w:val="20262E"/>
          <w:sz w:val="18"/>
        </w:rPr>
        <w:t xml:space="preserve"> We are troubled on every side, yet not distressed; we are perplexed, but not in despair;</w:t>
      </w:r>
      <w:r>
        <w:t xml:space="preserve"> </w:t>
      </w:r>
      <w:r>
        <w:rPr>
          <w:rFonts w:ascii="Liberation Sans" w:hAnsi="Liberation Sans" w:eastAsia="Liberation Sans"/>
          <w:b/>
          <w:color w:val="A67833"/>
          <w:sz w:val="15"/>
          <w:vertAlign w:val="superscript"/>
        </w:rPr>
        <w:t>9</w:t>
      </w:r>
      <w:r>
        <w:rPr>
          <w:rFonts w:ascii="Liberation Serif" w:hAnsi="Liberation Serif" w:eastAsia="Liberation Serif"/>
          <w:color w:val="20262E"/>
          <w:sz w:val="18"/>
        </w:rPr>
        <w:t xml:space="preserve"> Persecuted, but not forsaken; cast down, but not destroyed;</w:t>
      </w:r>
      <w:r>
        <w:t xml:space="preserve"> </w:t>
      </w:r>
      <w:r>
        <w:rPr>
          <w:rFonts w:ascii="Liberation Sans" w:hAnsi="Liberation Sans" w:eastAsia="Liberation Sans"/>
          <w:b/>
          <w:color w:val="A67833"/>
          <w:sz w:val="15"/>
          <w:vertAlign w:val="superscript"/>
        </w:rPr>
        <w:t>10</w:t>
      </w:r>
      <w:r>
        <w:rPr>
          <w:rFonts w:ascii="Liberation Serif" w:hAnsi="Liberation Serif" w:eastAsia="Liberation Serif"/>
          <w:color w:val="20262E"/>
          <w:sz w:val="18"/>
        </w:rPr>
        <w:t xml:space="preserve"> Always bearing about in the body the dying of the Lord Jesus, that the life also of Jesus might be made manifest in our body.</w:t>
      </w:r>
      <w:r>
        <w:t xml:space="preserve"> </w:t>
      </w:r>
      <w:r>
        <w:rPr>
          <w:rFonts w:ascii="Liberation Sans" w:hAnsi="Liberation Sans" w:eastAsia="Liberation Sans"/>
          <w:b/>
          <w:color w:val="A67833"/>
          <w:sz w:val="15"/>
          <w:vertAlign w:val="superscript"/>
        </w:rPr>
        <w:t>11</w:t>
      </w:r>
      <w:r>
        <w:rPr>
          <w:rFonts w:ascii="Liberation Serif" w:hAnsi="Liberation Serif" w:eastAsia="Liberation Serif"/>
          <w:color w:val="20262E"/>
          <w:sz w:val="18"/>
        </w:rPr>
        <w:t xml:space="preserve"> For we which live are alway delivered unto death for Jesus' sake, that the life also of Jesus might be made manifest in our mortal flesh.</w:t>
      </w:r>
      <w:r>
        <w:t xml:space="preserve"> </w:t>
      </w:r>
      <w:r>
        <w:rPr>
          <w:rFonts w:ascii="Liberation Sans" w:hAnsi="Liberation Sans" w:eastAsia="Liberation Sans"/>
          <w:b/>
          <w:color w:val="A67833"/>
          <w:sz w:val="15"/>
          <w:vertAlign w:val="superscript"/>
        </w:rPr>
        <w:t>12</w:t>
      </w:r>
      <w:r>
        <w:rPr>
          <w:rFonts w:ascii="Liberation Serif" w:hAnsi="Liberation Serif" w:eastAsia="Liberation Serif"/>
          <w:color w:val="20262E"/>
          <w:sz w:val="18"/>
        </w:rPr>
        <w:t xml:space="preserve"> So then death worketh in us, but life in you.</w:t>
      </w:r>
      <w:r>
        <w:t xml:space="preserve"> </w:t>
      </w:r>
      <w:r>
        <w:rPr>
          <w:rFonts w:ascii="Liberation Sans" w:hAnsi="Liberation Sans" w:eastAsia="Liberation Sans"/>
          <w:b/>
          <w:color w:val="A67833"/>
          <w:sz w:val="15"/>
          <w:vertAlign w:val="superscript"/>
        </w:rPr>
        <w:t>13</w:t>
      </w:r>
      <w:r>
        <w:rPr>
          <w:rFonts w:ascii="Liberation Serif" w:hAnsi="Liberation Serif" w:eastAsia="Liberation Serif"/>
          <w:color w:val="20262E"/>
          <w:sz w:val="18"/>
        </w:rPr>
        <w:t xml:space="preserve"> We having the same spirit of faith, according as it is written, I believed, and therefore have I spoken; we also believe, and therefore speak;</w:t>
      </w:r>
      <w:r>
        <w:t xml:space="preserve"> </w:t>
      </w:r>
      <w:r>
        <w:rPr>
          <w:rFonts w:ascii="Liberation Sans" w:hAnsi="Liberation Sans" w:eastAsia="Liberation Sans"/>
          <w:b/>
          <w:color w:val="A67833"/>
          <w:sz w:val="15"/>
          <w:vertAlign w:val="superscript"/>
        </w:rPr>
        <w:t>14</w:t>
      </w:r>
      <w:r>
        <w:rPr>
          <w:rFonts w:ascii="Liberation Serif" w:hAnsi="Liberation Serif" w:eastAsia="Liberation Serif"/>
          <w:color w:val="20262E"/>
          <w:sz w:val="18"/>
        </w:rPr>
        <w:t xml:space="preserve"> Knowing that he which raised up the Lord Jesus shall raise up us also by Jesus, and shall present us with you.</w:t>
      </w:r>
      <w:r>
        <w:t xml:space="preserve"> </w:t>
      </w:r>
      <w:r>
        <w:rPr>
          <w:rFonts w:ascii="Liberation Sans" w:hAnsi="Liberation Sans" w:eastAsia="Liberation Sans"/>
          <w:b/>
          <w:color w:val="A67833"/>
          <w:sz w:val="15"/>
          <w:vertAlign w:val="superscript"/>
        </w:rPr>
        <w:t>15</w:t>
      </w:r>
      <w:r>
        <w:rPr>
          <w:rFonts w:ascii="Liberation Serif" w:hAnsi="Liberation Serif" w:eastAsia="Liberation Serif"/>
          <w:color w:val="20262E"/>
          <w:sz w:val="18"/>
        </w:rPr>
        <w:t xml:space="preserve"> For all things are for your sakes, that the abundant grace might through the thanksgiving of many redound to the glory of God.</w:t>
      </w:r>
      <w:r>
        <w:t xml:space="preserve"> </w:t>
      </w:r>
      <w:r>
        <w:rPr>
          <w:rFonts w:ascii="Liberation Sans" w:hAnsi="Liberation Sans" w:eastAsia="Liberation Sans"/>
          <w:b/>
          <w:color w:val="A67833"/>
          <w:sz w:val="15"/>
          <w:vertAlign w:val="superscript"/>
        </w:rPr>
        <w:t>16</w:t>
      </w:r>
      <w:r>
        <w:rPr>
          <w:rFonts w:ascii="Liberation Serif" w:hAnsi="Liberation Serif" w:eastAsia="Liberation Serif"/>
          <w:color w:val="20262E"/>
          <w:sz w:val="18"/>
        </w:rPr>
        <w:t xml:space="preserve"> For which cause we faint not; but though our outward man perish, yet the inward man is renewed day by day.</w:t>
      </w:r>
      <w:r>
        <w:t xml:space="preserve"> </w:t>
      </w:r>
      <w:r>
        <w:rPr>
          <w:rFonts w:ascii="Liberation Sans" w:hAnsi="Liberation Sans" w:eastAsia="Liberation Sans"/>
          <w:b/>
          <w:color w:val="A67833"/>
          <w:sz w:val="15"/>
          <w:vertAlign w:val="superscript"/>
        </w:rPr>
        <w:t>17</w:t>
      </w:r>
      <w:r>
        <w:rPr>
          <w:rFonts w:ascii="Liberation Serif" w:hAnsi="Liberation Serif" w:eastAsia="Liberation Serif"/>
          <w:color w:val="20262E"/>
          <w:sz w:val="18"/>
        </w:rPr>
        <w:t xml:space="preserve"> For our light affliction, which is but for a moment, worketh for us a far more exceeding and eternal weight of glory;</w:t>
      </w:r>
      <w:r>
        <w:t xml:space="preserve"> </w:t>
      </w:r>
      <w:r>
        <w:rPr>
          <w:rFonts w:ascii="Liberation Sans" w:hAnsi="Liberation Sans" w:eastAsia="Liberation Sans"/>
          <w:b/>
          <w:color w:val="A67833"/>
          <w:sz w:val="15"/>
          <w:vertAlign w:val="superscript"/>
        </w:rPr>
        <w:t>18</w:t>
      </w:r>
      <w:r>
        <w:rPr>
          <w:rFonts w:ascii="Liberation Serif" w:hAnsi="Liberation Serif" w:eastAsia="Liberation Serif"/>
          <w:color w:val="20262E"/>
          <w:sz w:val="18"/>
        </w:rPr>
        <w:t xml:space="preserve"> While we look not at the things which are seen, but at the things which are not seen: for the things which are seen are temporal; but the things which are not seen are eternal.</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freedom is gradual, symptoms recur, opposition continues, or triumphalist promises have produced discouragement.</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Lament honestly, stand in faith, seek help, persevere in obedience, and anchor hope in Christ's resurrection and final judgment of evil.</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Delayed relief does not prove hidden sin, weak faith, or divine rejection. The final victory is certain even when present outcomes are incomplete.</w:t>
      </w:r>
    </w:p>
    <w:p>
      <w:pPr>
        <w:pStyle w:val="ScriptureReference"/>
        <w:keepNext/>
        <w:pBdr>
          <w:bottom w:val="single" w:sz="2" w:space="1" w:color="D5DBE0"/>
        </w:pBdr>
      </w:pPr>
      <w:r>
        <w:t>2 Corinthians 12:7-10</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7</w:t>
      </w:r>
      <w:r>
        <w:rPr>
          <w:rFonts w:ascii="Liberation Serif" w:hAnsi="Liberation Serif" w:eastAsia="Liberation Serif"/>
          <w:color w:val="20262E"/>
          <w:sz w:val="18"/>
        </w:rPr>
        <w:t xml:space="preserve"> And lest I should be exalted above measure through the abundance of the revelations, there was given to me a thorn in the flesh, the messenger of Satan to buffet me, lest I should be exalted above measure.</w:t>
      </w:r>
      <w:r>
        <w:t xml:space="preserve"> </w:t>
      </w:r>
      <w:r>
        <w:rPr>
          <w:rFonts w:ascii="Liberation Sans" w:hAnsi="Liberation Sans" w:eastAsia="Liberation Sans"/>
          <w:b/>
          <w:color w:val="A67833"/>
          <w:sz w:val="15"/>
          <w:vertAlign w:val="superscript"/>
        </w:rPr>
        <w:t>8</w:t>
      </w:r>
      <w:r>
        <w:rPr>
          <w:rFonts w:ascii="Liberation Serif" w:hAnsi="Liberation Serif" w:eastAsia="Liberation Serif"/>
          <w:color w:val="20262E"/>
          <w:sz w:val="18"/>
        </w:rPr>
        <w:t xml:space="preserve"> For this thing I besought the Lord thrice, that it might depart from me.</w:t>
      </w:r>
      <w:r>
        <w:t xml:space="preserve"> </w:t>
      </w:r>
      <w:r>
        <w:rPr>
          <w:rFonts w:ascii="Liberation Sans" w:hAnsi="Liberation Sans" w:eastAsia="Liberation Sans"/>
          <w:b/>
          <w:color w:val="A67833"/>
          <w:sz w:val="15"/>
          <w:vertAlign w:val="superscript"/>
        </w:rPr>
        <w:t>9</w:t>
      </w:r>
      <w:r>
        <w:rPr>
          <w:rFonts w:ascii="Liberation Serif" w:hAnsi="Liberation Serif" w:eastAsia="Liberation Serif"/>
          <w:color w:val="20262E"/>
          <w:sz w:val="18"/>
        </w:rPr>
        <w:t xml:space="preserve"> And he said unto me, My grace is sufficient for thee: for my strength is made perfect in weakness. Most gladly therefore will I rather glory in my infirmities, that the power of Christ may rest upon me.</w:t>
      </w:r>
      <w:r>
        <w:t xml:space="preserve"> </w:t>
      </w:r>
      <w:r>
        <w:rPr>
          <w:rFonts w:ascii="Liberation Sans" w:hAnsi="Liberation Sans" w:eastAsia="Liberation Sans"/>
          <w:b/>
          <w:color w:val="A67833"/>
          <w:sz w:val="15"/>
          <w:vertAlign w:val="superscript"/>
        </w:rPr>
        <w:t>10</w:t>
      </w:r>
      <w:r>
        <w:rPr>
          <w:rFonts w:ascii="Liberation Serif" w:hAnsi="Liberation Serif" w:eastAsia="Liberation Serif"/>
          <w:color w:val="20262E"/>
          <w:sz w:val="18"/>
        </w:rPr>
        <w:t xml:space="preserve"> Therefore I take pleasure in infirmities, in reproaches, in necessities, in persecutions, in distresses for Christ's sake: for when I am weak, then am I strong.</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freedom is gradual, symptoms recur, opposition continues, or triumphalist promises have produced discouragement.</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Lament honestly, stand in faith, seek help, persevere in obedience, and anchor hope in Christ's resurrection and final judgment of evil.</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Delayed relief does not prove hidden sin, weak faith, or divine rejection. The final victory is certain even when present outcomes are incomplete.</w:t>
      </w:r>
    </w:p>
    <w:p>
      <w:pPr>
        <w:pStyle w:val="ScriptureReference"/>
        <w:keepNext/>
        <w:pBdr>
          <w:bottom w:val="single" w:sz="2" w:space="1" w:color="D5DBE0"/>
        </w:pBdr>
      </w:pPr>
      <w:r>
        <w:t>Philippians 1:27-30</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27</w:t>
      </w:r>
      <w:r>
        <w:rPr>
          <w:rFonts w:ascii="Liberation Serif" w:hAnsi="Liberation Serif" w:eastAsia="Liberation Serif"/>
          <w:color w:val="20262E"/>
          <w:sz w:val="18"/>
        </w:rPr>
        <w:t xml:space="preserve"> Only let your conversation be as it becometh the gospel of Christ: that whether I come and see you, or else be absent, I may hear of your affairs, that ye stand fast in one spirit, with one mind striving together for the faith of the gospel;</w:t>
      </w:r>
      <w:r>
        <w:t xml:space="preserve"> </w:t>
      </w:r>
      <w:r>
        <w:rPr>
          <w:rFonts w:ascii="Liberation Sans" w:hAnsi="Liberation Sans" w:eastAsia="Liberation Sans"/>
          <w:b/>
          <w:color w:val="A67833"/>
          <w:sz w:val="15"/>
          <w:vertAlign w:val="superscript"/>
        </w:rPr>
        <w:t>28</w:t>
      </w:r>
      <w:r>
        <w:rPr>
          <w:rFonts w:ascii="Liberation Serif" w:hAnsi="Liberation Serif" w:eastAsia="Liberation Serif"/>
          <w:color w:val="20262E"/>
          <w:sz w:val="18"/>
        </w:rPr>
        <w:t xml:space="preserve"> And in nothing terrified by your adversaries: which is to them an evident token of perdition, but to you of salvation, and that of God.</w:t>
      </w:r>
      <w:r>
        <w:t xml:space="preserve"> </w:t>
      </w:r>
      <w:r>
        <w:rPr>
          <w:rFonts w:ascii="Liberation Sans" w:hAnsi="Liberation Sans" w:eastAsia="Liberation Sans"/>
          <w:b/>
          <w:color w:val="A67833"/>
          <w:sz w:val="15"/>
          <w:vertAlign w:val="superscript"/>
        </w:rPr>
        <w:t>29</w:t>
      </w:r>
      <w:r>
        <w:rPr>
          <w:rFonts w:ascii="Liberation Serif" w:hAnsi="Liberation Serif" w:eastAsia="Liberation Serif"/>
          <w:color w:val="20262E"/>
          <w:sz w:val="18"/>
        </w:rPr>
        <w:t xml:space="preserve"> For unto you it is given in the behalf of Christ, not only to believe on him, but also to suffer for his sake;</w:t>
      </w:r>
      <w:r>
        <w:t xml:space="preserve"> </w:t>
      </w:r>
      <w:r>
        <w:rPr>
          <w:rFonts w:ascii="Liberation Sans" w:hAnsi="Liberation Sans" w:eastAsia="Liberation Sans"/>
          <w:b/>
          <w:color w:val="A67833"/>
          <w:sz w:val="15"/>
          <w:vertAlign w:val="superscript"/>
        </w:rPr>
        <w:t>30</w:t>
      </w:r>
      <w:r>
        <w:rPr>
          <w:rFonts w:ascii="Liberation Serif" w:hAnsi="Liberation Serif" w:eastAsia="Liberation Serif"/>
          <w:color w:val="20262E"/>
          <w:sz w:val="18"/>
        </w:rPr>
        <w:t xml:space="preserve"> Having the same conflict which ye saw in me, and now hear to be in me.</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freedom is gradual, symptoms recur, opposition continues, or triumphalist promises have produced discouragement.</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Lament honestly, stand in faith, seek help, persevere in obedience, and anchor hope in Christ's resurrection and final judgment of evil.</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Delayed relief does not prove hidden sin, weak faith, or divine rejection. The final victory is certain even when present outcomes are incomplete.</w:t>
      </w:r>
    </w:p>
    <w:p>
      <w:pPr>
        <w:pStyle w:val="ScriptureReference"/>
        <w:keepNext/>
        <w:pBdr>
          <w:bottom w:val="single" w:sz="2" w:space="1" w:color="D5DBE0"/>
        </w:pBdr>
      </w:pPr>
      <w:r>
        <w:t>2 Timothy 4:6-8</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6</w:t>
      </w:r>
      <w:r>
        <w:rPr>
          <w:rFonts w:ascii="Liberation Serif" w:hAnsi="Liberation Serif" w:eastAsia="Liberation Serif"/>
          <w:color w:val="20262E"/>
          <w:sz w:val="18"/>
        </w:rPr>
        <w:t xml:space="preserve"> For I am now ready to be offered, and the time of my departure is at hand.</w:t>
      </w:r>
      <w:r>
        <w:t xml:space="preserve"> </w:t>
      </w:r>
      <w:r>
        <w:rPr>
          <w:rFonts w:ascii="Liberation Sans" w:hAnsi="Liberation Sans" w:eastAsia="Liberation Sans"/>
          <w:b/>
          <w:color w:val="A67833"/>
          <w:sz w:val="15"/>
          <w:vertAlign w:val="superscript"/>
        </w:rPr>
        <w:t>7</w:t>
      </w:r>
      <w:r>
        <w:rPr>
          <w:rFonts w:ascii="Liberation Serif" w:hAnsi="Liberation Serif" w:eastAsia="Liberation Serif"/>
          <w:color w:val="20262E"/>
          <w:sz w:val="18"/>
        </w:rPr>
        <w:t xml:space="preserve"> I have fought a good fight, I have finished my course, I have kept the faith:</w:t>
      </w:r>
      <w:r>
        <w:t xml:space="preserve"> </w:t>
      </w:r>
      <w:r>
        <w:rPr>
          <w:rFonts w:ascii="Liberation Sans" w:hAnsi="Liberation Sans" w:eastAsia="Liberation Sans"/>
          <w:b/>
          <w:color w:val="A67833"/>
          <w:sz w:val="15"/>
          <w:vertAlign w:val="superscript"/>
        </w:rPr>
        <w:t>8</w:t>
      </w:r>
      <w:r>
        <w:rPr>
          <w:rFonts w:ascii="Liberation Serif" w:hAnsi="Liberation Serif" w:eastAsia="Liberation Serif"/>
          <w:color w:val="20262E"/>
          <w:sz w:val="18"/>
        </w:rPr>
        <w:t xml:space="preserve"> Henceforth there is laid up for me a crown of righteousness, which the Lord, the righteous judge, shall give me at that day: and not to me only, but unto all them also that love his appearing.</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freedom is gradual, symptoms recur, opposition continues, or triumphalist promises have produced discouragement.</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Lament honestly, stand in faith, seek help, persevere in obedience, and anchor hope in Christ's resurrection and final judgment of evil.</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Delayed relief does not prove hidden sin, weak faith, or divine rejection. The final victory is certain even when present outcomes are incomplete.</w:t>
      </w:r>
    </w:p>
    <w:p>
      <w:pPr>
        <w:pStyle w:val="ScriptureReference"/>
        <w:keepNext/>
        <w:pBdr>
          <w:bottom w:val="single" w:sz="2" w:space="1" w:color="D5DBE0"/>
        </w:pBdr>
      </w:pPr>
      <w:r>
        <w:t>Hebrews 10:32-39</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32</w:t>
      </w:r>
      <w:r>
        <w:rPr>
          <w:rFonts w:ascii="Liberation Serif" w:hAnsi="Liberation Serif" w:eastAsia="Liberation Serif"/>
          <w:color w:val="20262E"/>
          <w:sz w:val="18"/>
        </w:rPr>
        <w:t xml:space="preserve"> But call to remembrance the former days, in which, after ye were illuminated, ye endured a great fight of afflictions;</w:t>
      </w:r>
      <w:r>
        <w:t xml:space="preserve"> </w:t>
      </w:r>
      <w:r>
        <w:rPr>
          <w:rFonts w:ascii="Liberation Sans" w:hAnsi="Liberation Sans" w:eastAsia="Liberation Sans"/>
          <w:b/>
          <w:color w:val="A67833"/>
          <w:sz w:val="15"/>
          <w:vertAlign w:val="superscript"/>
        </w:rPr>
        <w:t>33</w:t>
      </w:r>
      <w:r>
        <w:rPr>
          <w:rFonts w:ascii="Liberation Serif" w:hAnsi="Liberation Serif" w:eastAsia="Liberation Serif"/>
          <w:color w:val="20262E"/>
          <w:sz w:val="18"/>
        </w:rPr>
        <w:t xml:space="preserve"> Partly, whilst ye were made a gazingstock both by reproaches and afflictions; and partly, whilst ye became companions of them that were so used.</w:t>
      </w:r>
      <w:r>
        <w:t xml:space="preserve"> </w:t>
      </w:r>
      <w:r>
        <w:rPr>
          <w:rFonts w:ascii="Liberation Sans" w:hAnsi="Liberation Sans" w:eastAsia="Liberation Sans"/>
          <w:b/>
          <w:color w:val="A67833"/>
          <w:sz w:val="15"/>
          <w:vertAlign w:val="superscript"/>
        </w:rPr>
        <w:t>34</w:t>
      </w:r>
      <w:r>
        <w:rPr>
          <w:rFonts w:ascii="Liberation Serif" w:hAnsi="Liberation Serif" w:eastAsia="Liberation Serif"/>
          <w:color w:val="20262E"/>
          <w:sz w:val="18"/>
        </w:rPr>
        <w:t xml:space="preserve"> For ye had compassion of me in my bonds, and took joyfully the spoiling of your goods, knowing in yourselves that ye have in heaven a better and an enduring substance.</w:t>
      </w:r>
      <w:r>
        <w:t xml:space="preserve"> </w:t>
      </w:r>
      <w:r>
        <w:rPr>
          <w:rFonts w:ascii="Liberation Sans" w:hAnsi="Liberation Sans" w:eastAsia="Liberation Sans"/>
          <w:b/>
          <w:color w:val="A67833"/>
          <w:sz w:val="15"/>
          <w:vertAlign w:val="superscript"/>
        </w:rPr>
        <w:t>35</w:t>
      </w:r>
      <w:r>
        <w:rPr>
          <w:rFonts w:ascii="Liberation Serif" w:hAnsi="Liberation Serif" w:eastAsia="Liberation Serif"/>
          <w:color w:val="20262E"/>
          <w:sz w:val="18"/>
        </w:rPr>
        <w:t xml:space="preserve"> Cast not away therefore your confidence, which hath great recompence of reward.</w:t>
      </w:r>
      <w:r>
        <w:t xml:space="preserve"> </w:t>
      </w:r>
      <w:r>
        <w:rPr>
          <w:rFonts w:ascii="Liberation Sans" w:hAnsi="Liberation Sans" w:eastAsia="Liberation Sans"/>
          <w:b/>
          <w:color w:val="A67833"/>
          <w:sz w:val="15"/>
          <w:vertAlign w:val="superscript"/>
        </w:rPr>
        <w:t>36</w:t>
      </w:r>
      <w:r>
        <w:rPr>
          <w:rFonts w:ascii="Liberation Serif" w:hAnsi="Liberation Serif" w:eastAsia="Liberation Serif"/>
          <w:color w:val="20262E"/>
          <w:sz w:val="18"/>
        </w:rPr>
        <w:t xml:space="preserve"> For ye have need of patience, that, after ye have done the will of God, ye might receive the promise.</w:t>
      </w:r>
      <w:r>
        <w:t xml:space="preserve"> </w:t>
      </w:r>
      <w:r>
        <w:rPr>
          <w:rFonts w:ascii="Liberation Sans" w:hAnsi="Liberation Sans" w:eastAsia="Liberation Sans"/>
          <w:b/>
          <w:color w:val="A67833"/>
          <w:sz w:val="15"/>
          <w:vertAlign w:val="superscript"/>
        </w:rPr>
        <w:t>37</w:t>
      </w:r>
      <w:r>
        <w:rPr>
          <w:rFonts w:ascii="Liberation Serif" w:hAnsi="Liberation Serif" w:eastAsia="Liberation Serif"/>
          <w:color w:val="20262E"/>
          <w:sz w:val="18"/>
        </w:rPr>
        <w:t xml:space="preserve"> For yet a little while, and he that shall come will come, and will not tarry.</w:t>
      </w:r>
      <w:r>
        <w:t xml:space="preserve"> </w:t>
      </w:r>
      <w:r>
        <w:rPr>
          <w:rFonts w:ascii="Liberation Sans" w:hAnsi="Liberation Sans" w:eastAsia="Liberation Sans"/>
          <w:b/>
          <w:color w:val="A67833"/>
          <w:sz w:val="15"/>
          <w:vertAlign w:val="superscript"/>
        </w:rPr>
        <w:t>38</w:t>
      </w:r>
      <w:r>
        <w:rPr>
          <w:rFonts w:ascii="Liberation Serif" w:hAnsi="Liberation Serif" w:eastAsia="Liberation Serif"/>
          <w:color w:val="20262E"/>
          <w:sz w:val="18"/>
        </w:rPr>
        <w:t xml:space="preserve"> Now the just shall live by faith: but if any man draw back, my soul shall have no pleasure in him.</w:t>
      </w:r>
      <w:r>
        <w:t xml:space="preserve"> </w:t>
      </w:r>
      <w:r>
        <w:rPr>
          <w:rFonts w:ascii="Liberation Sans" w:hAnsi="Liberation Sans" w:eastAsia="Liberation Sans"/>
          <w:b/>
          <w:color w:val="A67833"/>
          <w:sz w:val="15"/>
          <w:vertAlign w:val="superscript"/>
        </w:rPr>
        <w:t>39</w:t>
      </w:r>
      <w:r>
        <w:rPr>
          <w:rFonts w:ascii="Liberation Serif" w:hAnsi="Liberation Serif" w:eastAsia="Liberation Serif"/>
          <w:color w:val="20262E"/>
          <w:sz w:val="18"/>
        </w:rPr>
        <w:t xml:space="preserve"> But we are not of them who draw back unto perdition; but of them that believe to the saving of the soul.</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freedom is gradual, symptoms recur, opposition continues, or triumphalist promises have produced discouragement.</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Lament honestly, stand in faith, seek help, persevere in obedience, and anchor hope in Christ's resurrection and final judgment of evil.</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Delayed relief does not prove hidden sin, weak faith, or divine rejection. The final victory is certain even when present outcomes are incomplete.</w:t>
      </w:r>
    </w:p>
    <w:p>
      <w:pPr>
        <w:pStyle w:val="ScriptureReference"/>
        <w:keepNext/>
        <w:pBdr>
          <w:bottom w:val="single" w:sz="2" w:space="1" w:color="D5DBE0"/>
        </w:pBdr>
      </w:pPr>
      <w:r>
        <w:t>Hebrews 12:1-3</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w:t>
      </w:r>
      <w:r>
        <w:rPr>
          <w:rFonts w:ascii="Liberation Serif" w:hAnsi="Liberation Serif" w:eastAsia="Liberation Serif"/>
          <w:color w:val="20262E"/>
          <w:sz w:val="18"/>
        </w:rPr>
        <w:t xml:space="preserve"> Wherefore seeing we also are compassed about with so great a cloud of witnesses, let us lay aside every weight, and the sin which doth so easily beset us, and let us run with patience the race that is set before us,</w:t>
      </w:r>
      <w:r>
        <w:t xml:space="preserve"> </w:t>
      </w:r>
      <w:r>
        <w:rPr>
          <w:rFonts w:ascii="Liberation Sans" w:hAnsi="Liberation Sans" w:eastAsia="Liberation Sans"/>
          <w:b/>
          <w:color w:val="A67833"/>
          <w:sz w:val="15"/>
          <w:vertAlign w:val="superscript"/>
        </w:rPr>
        <w:t>2</w:t>
      </w:r>
      <w:r>
        <w:rPr>
          <w:rFonts w:ascii="Liberation Serif" w:hAnsi="Liberation Serif" w:eastAsia="Liberation Serif"/>
          <w:color w:val="20262E"/>
          <w:sz w:val="18"/>
        </w:rPr>
        <w:t xml:space="preserve"> Looking unto Jesus the author and finisher of our faith; who for the joy that was set before him endured the cross, despising the shame, and is set down at the right hand of the throne of God.</w:t>
      </w:r>
      <w:r>
        <w:t xml:space="preserve"> </w:t>
      </w:r>
      <w:r>
        <w:rPr>
          <w:rFonts w:ascii="Liberation Sans" w:hAnsi="Liberation Sans" w:eastAsia="Liberation Sans"/>
          <w:b/>
          <w:color w:val="A67833"/>
          <w:sz w:val="15"/>
          <w:vertAlign w:val="superscript"/>
        </w:rPr>
        <w:t>3</w:t>
      </w:r>
      <w:r>
        <w:rPr>
          <w:rFonts w:ascii="Liberation Serif" w:hAnsi="Liberation Serif" w:eastAsia="Liberation Serif"/>
          <w:color w:val="20262E"/>
          <w:sz w:val="18"/>
        </w:rPr>
        <w:t xml:space="preserve"> For consider him that endured such contradiction of sinners against himself, lest ye be wearied and faint in your minds.</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freedom is gradual, symptoms recur, opposition continues, or triumphalist promises have produced discouragement.</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Lament honestly, stand in faith, seek help, persevere in obedience, and anchor hope in Christ's resurrection and final judgment of evil.</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Delayed relief does not prove hidden sin, weak faith, or divine rejection. The final victory is certain even when present outcomes are incomplete.</w:t>
      </w:r>
    </w:p>
    <w:p>
      <w:pPr>
        <w:pStyle w:val="ScriptureReference"/>
        <w:keepNext/>
        <w:pBdr>
          <w:bottom w:val="single" w:sz="2" w:space="1" w:color="D5DBE0"/>
        </w:pBdr>
      </w:pPr>
      <w:r>
        <w:t>James 1:2-4,12</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2</w:t>
      </w:r>
      <w:r>
        <w:rPr>
          <w:rFonts w:ascii="Liberation Serif" w:hAnsi="Liberation Serif" w:eastAsia="Liberation Serif"/>
          <w:color w:val="20262E"/>
          <w:sz w:val="18"/>
        </w:rPr>
        <w:t xml:space="preserve"> My brethren, count it all joy when ye fall into divers temptations;</w:t>
      </w:r>
      <w:r>
        <w:t xml:space="preserve"> </w:t>
      </w:r>
      <w:r>
        <w:rPr>
          <w:rFonts w:ascii="Liberation Sans" w:hAnsi="Liberation Sans" w:eastAsia="Liberation Sans"/>
          <w:b/>
          <w:color w:val="A67833"/>
          <w:sz w:val="15"/>
          <w:vertAlign w:val="superscript"/>
        </w:rPr>
        <w:t>3</w:t>
      </w:r>
      <w:r>
        <w:rPr>
          <w:rFonts w:ascii="Liberation Serif" w:hAnsi="Liberation Serif" w:eastAsia="Liberation Serif"/>
          <w:color w:val="20262E"/>
          <w:sz w:val="18"/>
        </w:rPr>
        <w:t xml:space="preserve"> Knowing this, that the trying of your faith worketh patience.</w:t>
      </w:r>
      <w:r>
        <w:t xml:space="preserve"> </w:t>
      </w:r>
      <w:r>
        <w:rPr>
          <w:rFonts w:ascii="Liberation Sans" w:hAnsi="Liberation Sans" w:eastAsia="Liberation Sans"/>
          <w:b/>
          <w:color w:val="A67833"/>
          <w:sz w:val="15"/>
          <w:vertAlign w:val="superscript"/>
        </w:rPr>
        <w:t>4</w:t>
      </w:r>
      <w:r>
        <w:rPr>
          <w:rFonts w:ascii="Liberation Serif" w:hAnsi="Liberation Serif" w:eastAsia="Liberation Serif"/>
          <w:color w:val="20262E"/>
          <w:sz w:val="18"/>
        </w:rPr>
        <w:t xml:space="preserve"> But let patience have her perfect work, that ye may be perfect and entire, wanting nothing.</w:t>
      </w:r>
      <w:r>
        <w:t xml:space="preserve"> </w:t>
      </w:r>
      <w:r>
        <w:rPr>
          <w:rFonts w:ascii="Liberation Sans" w:hAnsi="Liberation Sans" w:eastAsia="Liberation Sans"/>
          <w:b/>
          <w:color w:val="A67833"/>
          <w:sz w:val="15"/>
          <w:vertAlign w:val="superscript"/>
        </w:rPr>
        <w:t>12</w:t>
      </w:r>
      <w:r>
        <w:rPr>
          <w:rFonts w:ascii="Liberation Serif" w:hAnsi="Liberation Serif" w:eastAsia="Liberation Serif"/>
          <w:color w:val="20262E"/>
          <w:sz w:val="18"/>
        </w:rPr>
        <w:t xml:space="preserve"> Blessed is the man that endureth temptation: for when he is tried, he shall receive the crown of life, which the Lord hath promised to them that love him.</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freedom is gradual, symptoms recur, opposition continues, or triumphalist promises have produced discouragement.</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Lament honestly, stand in faith, seek help, persevere in obedience, and anchor hope in Christ's resurrection and final judgment of evil.</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Delayed relief does not prove hidden sin, weak faith, or divine rejection. The final victory is certain even when present outcomes are incomplete.</w:t>
      </w:r>
    </w:p>
    <w:p>
      <w:pPr>
        <w:pStyle w:val="ScriptureReference"/>
        <w:keepNext/>
        <w:pBdr>
          <w:bottom w:val="single" w:sz="2" w:space="1" w:color="D5DBE0"/>
        </w:pBdr>
      </w:pPr>
      <w:r>
        <w:t>1 Peter 4:12-19</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12</w:t>
      </w:r>
      <w:r>
        <w:rPr>
          <w:rFonts w:ascii="Liberation Serif" w:hAnsi="Liberation Serif" w:eastAsia="Liberation Serif"/>
          <w:color w:val="20262E"/>
          <w:sz w:val="18"/>
        </w:rPr>
        <w:t xml:space="preserve"> Beloved, think it not strange concerning the fiery trial which is to try you, as though some strange thing happened unto you:</w:t>
      </w:r>
      <w:r>
        <w:t xml:space="preserve"> </w:t>
      </w:r>
      <w:r>
        <w:rPr>
          <w:rFonts w:ascii="Liberation Sans" w:hAnsi="Liberation Sans" w:eastAsia="Liberation Sans"/>
          <w:b/>
          <w:color w:val="A67833"/>
          <w:sz w:val="15"/>
          <w:vertAlign w:val="superscript"/>
        </w:rPr>
        <w:t>13</w:t>
      </w:r>
      <w:r>
        <w:rPr>
          <w:rFonts w:ascii="Liberation Serif" w:hAnsi="Liberation Serif" w:eastAsia="Liberation Serif"/>
          <w:color w:val="20262E"/>
          <w:sz w:val="18"/>
        </w:rPr>
        <w:t xml:space="preserve"> But rejoice, inasmuch as ye are partakers of Christ's sufferings; that, when his glory shall be revealed, ye may be glad also with exceeding joy.</w:t>
      </w:r>
      <w:r>
        <w:t xml:space="preserve"> </w:t>
      </w:r>
      <w:r>
        <w:rPr>
          <w:rFonts w:ascii="Liberation Sans" w:hAnsi="Liberation Sans" w:eastAsia="Liberation Sans"/>
          <w:b/>
          <w:color w:val="A67833"/>
          <w:sz w:val="15"/>
          <w:vertAlign w:val="superscript"/>
        </w:rPr>
        <w:t>14</w:t>
      </w:r>
      <w:r>
        <w:rPr>
          <w:rFonts w:ascii="Liberation Serif" w:hAnsi="Liberation Serif" w:eastAsia="Liberation Serif"/>
          <w:color w:val="20262E"/>
          <w:sz w:val="18"/>
        </w:rPr>
        <w:t xml:space="preserve"> If ye be reproached for the name of Christ, happy are ye; for the spirit of glory and of God resteth upon you: on their part he is evil spoken of, but on your part he is glorified.</w:t>
      </w:r>
      <w:r>
        <w:t xml:space="preserve"> </w:t>
      </w:r>
      <w:r>
        <w:rPr>
          <w:rFonts w:ascii="Liberation Sans" w:hAnsi="Liberation Sans" w:eastAsia="Liberation Sans"/>
          <w:b/>
          <w:color w:val="A67833"/>
          <w:sz w:val="15"/>
          <w:vertAlign w:val="superscript"/>
        </w:rPr>
        <w:t>15</w:t>
      </w:r>
      <w:r>
        <w:rPr>
          <w:rFonts w:ascii="Liberation Serif" w:hAnsi="Liberation Serif" w:eastAsia="Liberation Serif"/>
          <w:color w:val="20262E"/>
          <w:sz w:val="18"/>
        </w:rPr>
        <w:t xml:space="preserve"> But let none of you suffer as a murderer, or as a thief, or as an evildoer, or as a busybody in other men's matters.</w:t>
      </w:r>
      <w:r>
        <w:t xml:space="preserve"> </w:t>
      </w:r>
      <w:r>
        <w:rPr>
          <w:rFonts w:ascii="Liberation Sans" w:hAnsi="Liberation Sans" w:eastAsia="Liberation Sans"/>
          <w:b/>
          <w:color w:val="A67833"/>
          <w:sz w:val="15"/>
          <w:vertAlign w:val="superscript"/>
        </w:rPr>
        <w:t>16</w:t>
      </w:r>
      <w:r>
        <w:rPr>
          <w:rFonts w:ascii="Liberation Serif" w:hAnsi="Liberation Serif" w:eastAsia="Liberation Serif"/>
          <w:color w:val="20262E"/>
          <w:sz w:val="18"/>
        </w:rPr>
        <w:t xml:space="preserve"> Yet if any man suffer as a Christian, let him not be ashamed; but let him glorify God on this behalf.</w:t>
      </w:r>
      <w:r>
        <w:t xml:space="preserve"> </w:t>
      </w:r>
      <w:r>
        <w:rPr>
          <w:rFonts w:ascii="Liberation Sans" w:hAnsi="Liberation Sans" w:eastAsia="Liberation Sans"/>
          <w:b/>
          <w:color w:val="A67833"/>
          <w:sz w:val="15"/>
          <w:vertAlign w:val="superscript"/>
        </w:rPr>
        <w:t>17</w:t>
      </w:r>
      <w:r>
        <w:rPr>
          <w:rFonts w:ascii="Liberation Serif" w:hAnsi="Liberation Serif" w:eastAsia="Liberation Serif"/>
          <w:color w:val="20262E"/>
          <w:sz w:val="18"/>
        </w:rPr>
        <w:t xml:space="preserve"> For the time is come that judgment must begin at the house of God: and if it first begin at us, what shall the end be of them that obey not the gospel of God?</w:t>
      </w:r>
      <w:r>
        <w:t xml:space="preserve"> </w:t>
      </w:r>
      <w:r>
        <w:rPr>
          <w:rFonts w:ascii="Liberation Sans" w:hAnsi="Liberation Sans" w:eastAsia="Liberation Sans"/>
          <w:b/>
          <w:color w:val="A67833"/>
          <w:sz w:val="15"/>
          <w:vertAlign w:val="superscript"/>
        </w:rPr>
        <w:t>18</w:t>
      </w:r>
      <w:r>
        <w:rPr>
          <w:rFonts w:ascii="Liberation Serif" w:hAnsi="Liberation Serif" w:eastAsia="Liberation Serif"/>
          <w:color w:val="20262E"/>
          <w:sz w:val="18"/>
        </w:rPr>
        <w:t xml:space="preserve"> And if the righteous scarcely be saved, where shall the ungodly and the sinner appear?</w:t>
      </w:r>
      <w:r>
        <w:t xml:space="preserve"> </w:t>
      </w:r>
      <w:r>
        <w:rPr>
          <w:rFonts w:ascii="Liberation Sans" w:hAnsi="Liberation Sans" w:eastAsia="Liberation Sans"/>
          <w:b/>
          <w:color w:val="A67833"/>
          <w:sz w:val="15"/>
          <w:vertAlign w:val="superscript"/>
        </w:rPr>
        <w:t>19</w:t>
      </w:r>
      <w:r>
        <w:rPr>
          <w:rFonts w:ascii="Liberation Serif" w:hAnsi="Liberation Serif" w:eastAsia="Liberation Serif"/>
          <w:color w:val="20262E"/>
          <w:sz w:val="18"/>
        </w:rPr>
        <w:t xml:space="preserve"> Wherefore let them that suffer according to the will of God commit the keeping of their souls to him in well doing, as unto a faithful Creator.</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freedom is gradual, symptoms recur, opposition continues, or triumphalist promises have produced discouragement.</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Lament honestly, stand in faith, seek help, persevere in obedience, and anchor hope in Christ's resurrection and final judgment of evil.</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Delayed relief does not prove hidden sin, weak faith, or divine rejection. The final victory is certain even when present outcomes are incomplete.</w:t>
      </w:r>
    </w:p>
    <w:p>
      <w:pPr>
        <w:pStyle w:val="ScriptureReference"/>
        <w:keepNext/>
        <w:pBdr>
          <w:bottom w:val="single" w:sz="2" w:space="1" w:color="D5DBE0"/>
        </w:pBdr>
      </w:pPr>
      <w:r>
        <w:t>Revelation 2:7,10-11,17,26-28</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7</w:t>
      </w:r>
      <w:r>
        <w:rPr>
          <w:rFonts w:ascii="Liberation Serif" w:hAnsi="Liberation Serif" w:eastAsia="Liberation Serif"/>
          <w:color w:val="20262E"/>
          <w:sz w:val="18"/>
        </w:rPr>
        <w:t xml:space="preserve"> He that hath an ear, let him hear what the Spirit saith unto the churches; To him that overcometh will I give to eat of the tree of life, which is in the midst of the paradise of God.</w:t>
      </w:r>
      <w:r>
        <w:t xml:space="preserve"> </w:t>
      </w:r>
      <w:r>
        <w:rPr>
          <w:rFonts w:ascii="Liberation Sans" w:hAnsi="Liberation Sans" w:eastAsia="Liberation Sans"/>
          <w:b/>
          <w:color w:val="A67833"/>
          <w:sz w:val="15"/>
          <w:vertAlign w:val="superscript"/>
        </w:rPr>
        <w:t>10</w:t>
      </w:r>
      <w:r>
        <w:rPr>
          <w:rFonts w:ascii="Liberation Serif" w:hAnsi="Liberation Serif" w:eastAsia="Liberation Serif"/>
          <w:color w:val="20262E"/>
          <w:sz w:val="18"/>
        </w:rPr>
        <w:t xml:space="preserve"> Fear none of those things which thou shalt suffer: behold, the devil shall cast some of you into prison, that ye may be tried; and ye shall have tribulation ten days: be thou faithful unto death, and I will give thee a crown of life.</w:t>
      </w:r>
      <w:r>
        <w:t xml:space="preserve"> </w:t>
      </w:r>
      <w:r>
        <w:rPr>
          <w:rFonts w:ascii="Liberation Sans" w:hAnsi="Liberation Sans" w:eastAsia="Liberation Sans"/>
          <w:b/>
          <w:color w:val="A67833"/>
          <w:sz w:val="15"/>
          <w:vertAlign w:val="superscript"/>
        </w:rPr>
        <w:t>11</w:t>
      </w:r>
      <w:r>
        <w:rPr>
          <w:rFonts w:ascii="Liberation Serif" w:hAnsi="Liberation Serif" w:eastAsia="Liberation Serif"/>
          <w:color w:val="20262E"/>
          <w:sz w:val="18"/>
        </w:rPr>
        <w:t xml:space="preserve"> He that hath an ear, let him hear what the Spirit saith unto the churches; He that overcometh shall not be hurt of the second death.</w:t>
      </w:r>
      <w:r>
        <w:t xml:space="preserve"> </w:t>
      </w:r>
      <w:r>
        <w:rPr>
          <w:rFonts w:ascii="Liberation Sans" w:hAnsi="Liberation Sans" w:eastAsia="Liberation Sans"/>
          <w:b/>
          <w:color w:val="A67833"/>
          <w:sz w:val="15"/>
          <w:vertAlign w:val="superscript"/>
        </w:rPr>
        <w:t>17</w:t>
      </w:r>
      <w:r>
        <w:rPr>
          <w:rFonts w:ascii="Liberation Serif" w:hAnsi="Liberation Serif" w:eastAsia="Liberation Serif"/>
          <w:color w:val="20262E"/>
          <w:sz w:val="18"/>
        </w:rPr>
        <w:t xml:space="preserve"> He that hath an ear, let him hear what the Spirit saith unto the churches; To him that overcometh will I give to eat of the hidden manna, and will give him a white stone, and in the stone a new name written, which no man knoweth saving he that receiveth it.</w:t>
      </w:r>
      <w:r>
        <w:t xml:space="preserve"> </w:t>
      </w:r>
      <w:r>
        <w:rPr>
          <w:rFonts w:ascii="Liberation Sans" w:hAnsi="Liberation Sans" w:eastAsia="Liberation Sans"/>
          <w:b/>
          <w:color w:val="A67833"/>
          <w:sz w:val="15"/>
          <w:vertAlign w:val="superscript"/>
        </w:rPr>
        <w:t>26</w:t>
      </w:r>
      <w:r>
        <w:rPr>
          <w:rFonts w:ascii="Liberation Serif" w:hAnsi="Liberation Serif" w:eastAsia="Liberation Serif"/>
          <w:color w:val="20262E"/>
          <w:sz w:val="18"/>
        </w:rPr>
        <w:t xml:space="preserve"> And he that overcometh, and keepeth my works unto the end, to him will I give power over the nations:</w:t>
      </w:r>
      <w:r>
        <w:t xml:space="preserve"> </w:t>
      </w:r>
      <w:r>
        <w:rPr>
          <w:rFonts w:ascii="Liberation Sans" w:hAnsi="Liberation Sans" w:eastAsia="Liberation Sans"/>
          <w:b/>
          <w:color w:val="A67833"/>
          <w:sz w:val="15"/>
          <w:vertAlign w:val="superscript"/>
        </w:rPr>
        <w:t>27</w:t>
      </w:r>
      <w:r>
        <w:rPr>
          <w:rFonts w:ascii="Liberation Serif" w:hAnsi="Liberation Serif" w:eastAsia="Liberation Serif"/>
          <w:color w:val="20262E"/>
          <w:sz w:val="18"/>
        </w:rPr>
        <w:t xml:space="preserve"> And he shall rule them with a rod of iron; as the vessels of a potter shall they be broken to shivers: even as I received of my Father.</w:t>
      </w:r>
      <w:r>
        <w:t xml:space="preserve"> </w:t>
      </w:r>
      <w:r>
        <w:rPr>
          <w:rFonts w:ascii="Liberation Sans" w:hAnsi="Liberation Sans" w:eastAsia="Liberation Sans"/>
          <w:b/>
          <w:color w:val="A67833"/>
          <w:sz w:val="15"/>
          <w:vertAlign w:val="superscript"/>
        </w:rPr>
        <w:t>28</w:t>
      </w:r>
      <w:r>
        <w:rPr>
          <w:rFonts w:ascii="Liberation Serif" w:hAnsi="Liberation Serif" w:eastAsia="Liberation Serif"/>
          <w:color w:val="20262E"/>
          <w:sz w:val="18"/>
        </w:rPr>
        <w:t xml:space="preserve"> And I will give him the morning star.</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freedom is gradual, symptoms recur, opposition continues, or triumphalist promises have produced discouragement.</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Lament honestly, stand in faith, seek help, persevere in obedience, and anchor hope in Christ's resurrection and final judgment of evil.</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Delayed relief does not prove hidden sin, weak faith, or divine rejection. The final victory is certain even when present outcomes are incomplete.</w:t>
      </w:r>
    </w:p>
    <w:p>
      <w:pPr>
        <w:pStyle w:val="ScriptureReference"/>
        <w:keepNext/>
        <w:pBdr>
          <w:bottom w:val="single" w:sz="2" w:space="1" w:color="D5DBE0"/>
        </w:pBdr>
      </w:pPr>
      <w:r>
        <w:t>Revelation 3:5,12,21</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5</w:t>
      </w:r>
      <w:r>
        <w:rPr>
          <w:rFonts w:ascii="Liberation Serif" w:hAnsi="Liberation Serif" w:eastAsia="Liberation Serif"/>
          <w:color w:val="20262E"/>
          <w:sz w:val="18"/>
        </w:rPr>
        <w:t xml:space="preserve"> He that overcometh, the same shall be clothed in white raiment; and I will not blot out his name out of the book of life, but I will confess his name before my Father, and before his angels.</w:t>
      </w:r>
      <w:r>
        <w:t xml:space="preserve"> </w:t>
      </w:r>
      <w:r>
        <w:rPr>
          <w:rFonts w:ascii="Liberation Sans" w:hAnsi="Liberation Sans" w:eastAsia="Liberation Sans"/>
          <w:b/>
          <w:color w:val="A67833"/>
          <w:sz w:val="15"/>
          <w:vertAlign w:val="superscript"/>
        </w:rPr>
        <w:t>12</w:t>
      </w:r>
      <w:r>
        <w:rPr>
          <w:rFonts w:ascii="Liberation Serif" w:hAnsi="Liberation Serif" w:eastAsia="Liberation Serif"/>
          <w:color w:val="20262E"/>
          <w:sz w:val="18"/>
        </w:rPr>
        <w:t xml:space="preserve"> Him that overcometh will I make a pillar in the temple of my God, and he shall go no more out: and I will write upon him the name of my God, and the name of the city of my God, which is new Jerusalem, which cometh down out of heaven from my God: and I will write upon him my new name.</w:t>
      </w:r>
      <w:r>
        <w:t xml:space="preserve"> </w:t>
      </w:r>
      <w:r>
        <w:rPr>
          <w:rFonts w:ascii="Liberation Sans" w:hAnsi="Liberation Sans" w:eastAsia="Liberation Sans"/>
          <w:b/>
          <w:color w:val="A67833"/>
          <w:sz w:val="15"/>
          <w:vertAlign w:val="superscript"/>
        </w:rPr>
        <w:t>21</w:t>
      </w:r>
      <w:r>
        <w:rPr>
          <w:rFonts w:ascii="Liberation Serif" w:hAnsi="Liberation Serif" w:eastAsia="Liberation Serif"/>
          <w:color w:val="20262E"/>
          <w:sz w:val="18"/>
        </w:rPr>
        <w:t xml:space="preserve"> To him that overcometh will I grant to sit with me in my throne, even as I also overcame, and am set down with my Father in his throne.</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freedom is gradual, symptoms recur, opposition continues, or triumphalist promises have produced discouragement.</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Lament honestly, stand in faith, seek help, persevere in obedience, and anchor hope in Christ's resurrection and final judgment of evil.</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Delayed relief does not prove hidden sin, weak faith, or divine rejection. The final victory is certain even when present outcomes are incomplete.</w:t>
      </w:r>
    </w:p>
    <w:p>
      <w:pPr>
        <w:pStyle w:val="ScriptureReference"/>
        <w:keepNext/>
        <w:pBdr>
          <w:bottom w:val="single" w:sz="2" w:space="1" w:color="D5DBE0"/>
        </w:pBdr>
      </w:pPr>
      <w:r>
        <w:t>Revelation 20:10</w:t>
      </w:r>
    </w:p>
    <w:p>
      <w:pPr>
        <w:pStyle w:val="EvidenceTag"/>
        <w:keepNext/>
      </w:pPr>
      <w:r>
        <w:t>Evidence A | Source IDs: S01 | Lake Hamilton Bible Camp</w:t>
      </w:r>
    </w:p>
    <w:p>
      <w:pPr>
        <w:pStyle w:val="ScriptureText"/>
        <w:keepNext/>
      </w:pPr>
      <w:r>
        <w:rPr>
          <w:rFonts w:ascii="Liberation Sans" w:hAnsi="Liberation Sans" w:eastAsia="Liberation Sans"/>
          <w:b/>
          <w:color w:val="A67833"/>
          <w:sz w:val="15"/>
          <w:vertAlign w:val="superscript"/>
        </w:rPr>
        <w:t>10</w:t>
      </w:r>
      <w:r>
        <w:rPr>
          <w:rFonts w:ascii="Liberation Serif" w:hAnsi="Liberation Serif" w:eastAsia="Liberation Serif"/>
          <w:color w:val="20262E"/>
          <w:sz w:val="18"/>
        </w:rPr>
        <w:t xml:space="preserve"> And the devil that deceived them was cast into the lake of fire and brimstone, where the beast and the false prophet are, and shall be tormented day and night for ever and ever.</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freedom is gradual, symptoms recur, opposition continues, or triumphalist promises have produced discouragement.</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Lament honestly, stand in faith, seek help, persevere in obedience, and anchor hope in Christ's resurrection and final judgment of evil.</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Delayed relief does not prove hidden sin, weak faith, or divine rejection. The final victory is certain even when present outcomes are incomplete.</w:t>
      </w:r>
    </w:p>
    <w:p>
      <w:pPr>
        <w:pStyle w:val="ScriptureReference"/>
        <w:keepNext/>
        <w:pBdr>
          <w:bottom w:val="single" w:sz="2" w:space="1" w:color="D5DBE0"/>
        </w:pBdr>
      </w:pPr>
      <w:r>
        <w:t>Revelation 21:1-5</w:t>
      </w:r>
    </w:p>
    <w:p>
      <w:pPr>
        <w:pStyle w:val="EvidenceTag"/>
        <w:keepNext/>
      </w:pPr>
      <w:r>
        <w:t>Evidence C | Whole-Bible control/context passage</w:t>
      </w:r>
    </w:p>
    <w:p>
      <w:pPr>
        <w:pStyle w:val="ScriptureText"/>
        <w:keepNext/>
      </w:pPr>
      <w:r>
        <w:rPr>
          <w:rFonts w:ascii="Liberation Sans" w:hAnsi="Liberation Sans" w:eastAsia="Liberation Sans"/>
          <w:b/>
          <w:color w:val="A67833"/>
          <w:sz w:val="15"/>
          <w:vertAlign w:val="superscript"/>
        </w:rPr>
        <w:t>1</w:t>
      </w:r>
      <w:r>
        <w:rPr>
          <w:rFonts w:ascii="Liberation Serif" w:hAnsi="Liberation Serif" w:eastAsia="Liberation Serif"/>
          <w:color w:val="20262E"/>
          <w:sz w:val="18"/>
        </w:rPr>
        <w:t xml:space="preserve"> And I saw a new heaven and a new earth: for the first heaven and the first earth were passed away; and there was no more sea.</w:t>
      </w:r>
      <w:r>
        <w:t xml:space="preserve"> </w:t>
      </w:r>
      <w:r>
        <w:rPr>
          <w:rFonts w:ascii="Liberation Sans" w:hAnsi="Liberation Sans" w:eastAsia="Liberation Sans"/>
          <w:b/>
          <w:color w:val="A67833"/>
          <w:sz w:val="15"/>
          <w:vertAlign w:val="superscript"/>
        </w:rPr>
        <w:t>2</w:t>
      </w:r>
      <w:r>
        <w:rPr>
          <w:rFonts w:ascii="Liberation Serif" w:hAnsi="Liberation Serif" w:eastAsia="Liberation Serif"/>
          <w:color w:val="20262E"/>
          <w:sz w:val="18"/>
        </w:rPr>
        <w:t xml:space="preserve"> And I John saw the holy city, new Jerusalem, coming down from God out of heaven, prepared as a bride adorned for her husband.</w:t>
      </w:r>
      <w:r>
        <w:t xml:space="preserve"> </w:t>
      </w:r>
      <w:r>
        <w:rPr>
          <w:rFonts w:ascii="Liberation Sans" w:hAnsi="Liberation Sans" w:eastAsia="Liberation Sans"/>
          <w:b/>
          <w:color w:val="A67833"/>
          <w:sz w:val="15"/>
          <w:vertAlign w:val="superscript"/>
        </w:rPr>
        <w:t>3</w:t>
      </w:r>
      <w:r>
        <w:rPr>
          <w:rFonts w:ascii="Liberation Serif" w:hAnsi="Liberation Serif" w:eastAsia="Liberation Serif"/>
          <w:color w:val="20262E"/>
          <w:sz w:val="18"/>
        </w:rPr>
        <w:t xml:space="preserve"> And I heard a great voice out of heaven saying, Behold, the tabernacle of God is with men, and he will dwell with them, and they shall be his people, and God himself shall be with them, and be their God.</w:t>
      </w:r>
      <w:r>
        <w:t xml:space="preserve"> </w:t>
      </w:r>
      <w:r>
        <w:rPr>
          <w:rFonts w:ascii="Liberation Sans" w:hAnsi="Liberation Sans" w:eastAsia="Liberation Sans"/>
          <w:b/>
          <w:color w:val="A67833"/>
          <w:sz w:val="15"/>
          <w:vertAlign w:val="superscript"/>
        </w:rPr>
        <w:t>4</w:t>
      </w:r>
      <w:r>
        <w:rPr>
          <w:rFonts w:ascii="Liberation Serif" w:hAnsi="Liberation Serif" w:eastAsia="Liberation Serif"/>
          <w:color w:val="20262E"/>
          <w:sz w:val="18"/>
        </w:rPr>
        <w:t xml:space="preserve"> And God shall wipe away all tears from their eyes; and there shall be no more death, neither sorrow, nor crying, neither shall there be any more pain: for the former things are passed away.</w:t>
      </w:r>
      <w:r>
        <w:t xml:space="preserve"> </w:t>
      </w:r>
      <w:r>
        <w:rPr>
          <w:rFonts w:ascii="Liberation Sans" w:hAnsi="Liberation Sans" w:eastAsia="Liberation Sans"/>
          <w:b/>
          <w:color w:val="A67833"/>
          <w:sz w:val="15"/>
          <w:vertAlign w:val="superscript"/>
        </w:rPr>
        <w:t>5</w:t>
      </w:r>
      <w:r>
        <w:rPr>
          <w:rFonts w:ascii="Liberation Serif" w:hAnsi="Liberation Serif" w:eastAsia="Liberation Serif"/>
          <w:color w:val="20262E"/>
          <w:sz w:val="18"/>
        </w:rPr>
        <w:t xml:space="preserve"> And he that sat upon the throne said, Behold, I make all things new. And he said unto me, Write: for these words are true and faithful.</w:t>
      </w:r>
    </w:p>
    <w:p>
      <w:pPr>
        <w:pStyle w:val="Guidance"/>
        <w:keepNext/>
      </w:pPr>
      <w:r>
        <w:rPr>
          <w:rFonts w:ascii="Liberation Sans" w:hAnsi="Liberation Sans" w:eastAsia="Liberation Sans"/>
          <w:b/>
          <w:color w:val="18324A"/>
          <w:sz w:val="17"/>
        </w:rPr>
        <w:t xml:space="preserve">Use when: </w:t>
      </w:r>
      <w:r>
        <w:rPr>
          <w:rFonts w:ascii="Liberation Sans" w:hAnsi="Liberation Sans" w:eastAsia="Liberation Sans"/>
          <w:color w:val="20262E"/>
          <w:sz w:val="17"/>
        </w:rPr>
        <w:t>Use when freedom is gradual, symptoms recur, opposition continues, or triumphalist promises have produced discouragement.</w:t>
      </w:r>
    </w:p>
    <w:p>
      <w:pPr>
        <w:pStyle w:val="Guidance"/>
        <w:keepNext/>
      </w:pPr>
      <w:r>
        <w:rPr>
          <w:rFonts w:ascii="Liberation Sans" w:hAnsi="Liberation Sans" w:eastAsia="Liberation Sans"/>
          <w:b/>
          <w:color w:val="18324A"/>
          <w:sz w:val="17"/>
        </w:rPr>
        <w:t xml:space="preserve">Use how: </w:t>
      </w:r>
      <w:r>
        <w:rPr>
          <w:rFonts w:ascii="Liberation Sans" w:hAnsi="Liberation Sans" w:eastAsia="Liberation Sans"/>
          <w:color w:val="20262E"/>
          <w:sz w:val="17"/>
        </w:rPr>
        <w:t>Lament honestly, stand in faith, seek help, persevere in obedience, and anchor hope in Christ's resurrection and final judgment of evil.</w:t>
      </w:r>
    </w:p>
    <w:p>
      <w:pPr>
        <w:pStyle w:val="Guidance"/>
        <w:spacing w:after="140"/>
      </w:pPr>
      <w:r>
        <w:rPr>
          <w:rFonts w:ascii="Liberation Sans" w:hAnsi="Liberation Sans" w:eastAsia="Liberation Sans"/>
          <w:b/>
          <w:color w:val="18324A"/>
          <w:sz w:val="17"/>
        </w:rPr>
        <w:t xml:space="preserve">Context and caution: </w:t>
      </w:r>
      <w:r>
        <w:rPr>
          <w:rFonts w:ascii="Liberation Sans" w:hAnsi="Liberation Sans" w:eastAsia="Liberation Sans"/>
          <w:color w:val="20262E"/>
          <w:sz w:val="17"/>
        </w:rPr>
        <w:t>Delayed relief does not prove hidden sin, weak faith, or divine rejection. The final victory is certain even when present outcomes are incomplete.</w:t>
      </w:r>
    </w:p>
    <w:p>
      <w:pPr>
        <w:pStyle w:val="Heading1"/>
        <w:keepNext/>
        <w:pageBreakBefore/>
        <w:pBdr>
          <w:bottom w:val="single" w:sz="8" w:space="2" w:color="A67833"/>
        </w:pBdr>
      </w:pPr>
      <w:r>
        <w:t>7. Newly Composed Scripture Prayers and Proclamations</w:t>
      </w:r>
    </w:p>
    <w:tbl>
      <w:tblPr>
        <w:tblW w:type="auto" w:w="0"/>
        <w:jc w:val="center"/>
        <w:tblLayout w:type="autofit"/>
        <w:tblLook w:firstColumn="1" w:firstRow="1" w:lastColumn="0" w:lastRow="0" w:noHBand="0" w:noVBand="1" w:val="04A0"/>
      </w:tblPr>
      <w:tblGrid>
        <w:gridCol w:w="10224"/>
      </w:tblGrid>
      <w:tr>
        <w:tc>
          <w:tcPr>
            <w:tcW w:type="dxa" w:w="10224"/>
            <w:shd w:fill="F7F1E7"/>
            <w:tcMar>
              <w:top w:w="110" w:type="dxa"/>
              <w:start w:w="130" w:type="dxa"/>
              <w:bottom w:w="110" w:type="dxa"/>
              <w:end w:w="130" w:type="dxa"/>
            </w:tcMar>
          </w:tcPr>
          <w:p>
            <w:r>
              <w:rPr>
                <w:rFonts w:ascii="Liberation Sans" w:hAnsi="Liberation Sans" w:eastAsia="Liberation Sans"/>
                <w:b/>
                <w:color w:val="18324A"/>
                <w:sz w:val="20"/>
              </w:rPr>
              <w:t>Authorship and use</w:t>
            </w:r>
          </w:p>
          <w:p>
            <w:pPr>
              <w:spacing w:after="0"/>
            </w:pPr>
            <w:r>
              <w:rPr>
                <w:rFonts w:ascii="Liberation Sans" w:hAnsi="Liberation Sans" w:eastAsia="Liberation Sans"/>
                <w:color w:val="20262E"/>
                <w:sz w:val="17"/>
              </w:rPr>
              <w:t>These are new editorial compositions built from the cited passages. They are not quotations from Derek Prince, Win Worley, Frank Hammond, or any other minister. Speak them as truthful prayer and confession, not as verbal charms or substitutes for repentance, wisdom, or care.</w:t>
            </w:r>
          </w:p>
        </w:tc>
      </w:tr>
    </w:tbl>
    <w:p>
      <w:pPr>
        <w:spacing w:after="0"/>
      </w:pPr>
    </w:p>
    <w:p>
      <w:pPr>
        <w:pStyle w:val="Heading2"/>
        <w:keepNext/>
        <w:pBdr>
          <w:bottom w:val="single" w:sz="2" w:space="1" w:color="D5DBE0"/>
        </w:pBdr>
      </w:pPr>
      <w:r>
        <w:t>Christ's Lordship and Finished Victory</w:t>
      </w:r>
    </w:p>
    <w:p>
      <w:pPr>
        <w:pStyle w:val="Guidance"/>
      </w:pPr>
      <w:r>
        <w:rPr>
          <w:rFonts w:ascii="Liberation Sans" w:hAnsi="Liberation Sans" w:eastAsia="Liberation Sans"/>
          <w:b/>
          <w:color w:val="18324A"/>
          <w:sz w:val="17"/>
        </w:rPr>
        <w:t xml:space="preserve">Scripture anchors: </w:t>
      </w:r>
      <w:r>
        <w:rPr>
          <w:rFonts w:ascii="Liberation Sans" w:hAnsi="Liberation Sans" w:eastAsia="Liberation Sans"/>
          <w:color w:val="20262E"/>
          <w:sz w:val="17"/>
        </w:rPr>
        <w:t>Matthew 28:18; Colossians 1:12-14; Colossians 2:13-15; 1 John 3:8</w:t>
      </w:r>
    </w:p>
    <w:p>
      <w:pPr>
        <w:spacing w:after="160"/>
        <w:ind w:left="317" w:right="317"/>
        <w:shd w:fill="F2F4F5"/>
      </w:pPr>
      <w:r>
        <w:rPr>
          <w:rFonts w:ascii="Liberation Serif" w:hAnsi="Liberation Serif" w:eastAsia="Liberation Serif"/>
          <w:i/>
          <w:color w:val="20262E"/>
          <w:sz w:val="20"/>
        </w:rPr>
        <w:t>Jesus Christ is Lord. All authority in heaven and on earth belongs to Him. Through His cross I have forgiveness, and God has delivered me from the authority of darkness into the kingdom of His beloved Son. I stand in Christ's victory, not in fear of the enemy.</w:t>
      </w:r>
    </w:p>
    <w:p>
      <w:pPr>
        <w:pStyle w:val="Heading2"/>
        <w:keepNext/>
        <w:pBdr>
          <w:bottom w:val="single" w:sz="2" w:space="1" w:color="D5DBE0"/>
        </w:pBdr>
      </w:pPr>
      <w:r>
        <w:t>The Cross, Redemption, and Freedom from Accusation</w:t>
      </w:r>
    </w:p>
    <w:p>
      <w:pPr>
        <w:pStyle w:val="Guidance"/>
      </w:pPr>
      <w:r>
        <w:rPr>
          <w:rFonts w:ascii="Liberation Sans" w:hAnsi="Liberation Sans" w:eastAsia="Liberation Sans"/>
          <w:b/>
          <w:color w:val="18324A"/>
          <w:sz w:val="17"/>
        </w:rPr>
        <w:t xml:space="preserve">Scripture anchors: </w:t>
      </w:r>
      <w:r>
        <w:rPr>
          <w:rFonts w:ascii="Liberation Sans" w:hAnsi="Liberation Sans" w:eastAsia="Liberation Sans"/>
          <w:color w:val="20262E"/>
          <w:sz w:val="17"/>
        </w:rPr>
        <w:t>Romans 3:23-26; Romans 5:8-11; Ephesians 1:7; 1 John 1:7-9</w:t>
      </w:r>
    </w:p>
    <w:p>
      <w:pPr>
        <w:spacing w:after="160"/>
        <w:ind w:left="317" w:right="317"/>
        <w:shd w:fill="F2F4F5"/>
      </w:pPr>
      <w:r>
        <w:rPr>
          <w:rFonts w:ascii="Liberation Serif" w:hAnsi="Liberation Serif" w:eastAsia="Liberation Serif"/>
          <w:i/>
          <w:color w:val="20262E"/>
          <w:sz w:val="20"/>
        </w:rPr>
        <w:t>I come to God honestly and without excuse. I confess known sin, receive cleansing through Jesus Christ, and reject condemnation that contradicts the gospel. My confidence is in Christ's sacrifice and God's mercy, not in a formula or my own performance.</w:t>
      </w:r>
    </w:p>
    <w:p>
      <w:pPr>
        <w:pStyle w:val="Heading2"/>
        <w:keepNext/>
        <w:pBdr>
          <w:bottom w:val="single" w:sz="2" w:space="1" w:color="D5DBE0"/>
        </w:pBdr>
      </w:pPr>
      <w:r>
        <w:t>Repentance and Submission to God</w:t>
      </w:r>
    </w:p>
    <w:p>
      <w:pPr>
        <w:pStyle w:val="Guidance"/>
      </w:pPr>
      <w:r>
        <w:rPr>
          <w:rFonts w:ascii="Liberation Sans" w:hAnsi="Liberation Sans" w:eastAsia="Liberation Sans"/>
          <w:b/>
          <w:color w:val="18324A"/>
          <w:sz w:val="17"/>
        </w:rPr>
        <w:t xml:space="preserve">Scripture anchors: </w:t>
      </w:r>
      <w:r>
        <w:rPr>
          <w:rFonts w:ascii="Liberation Sans" w:hAnsi="Liberation Sans" w:eastAsia="Liberation Sans"/>
          <w:color w:val="20262E"/>
          <w:sz w:val="17"/>
        </w:rPr>
        <w:t>Proverbs 28:13; James 4:7-10; 1 John 1:5-10</w:t>
      </w:r>
    </w:p>
    <w:p>
      <w:pPr>
        <w:spacing w:after="160"/>
        <w:ind w:left="317" w:right="317"/>
        <w:shd w:fill="F2F4F5"/>
      </w:pPr>
      <w:r>
        <w:rPr>
          <w:rFonts w:ascii="Liberation Serif" w:hAnsi="Liberation Serif" w:eastAsia="Liberation Serif"/>
          <w:i/>
          <w:color w:val="20262E"/>
          <w:sz w:val="20"/>
        </w:rPr>
        <w:t>I submit myself to God. I renounce agreement with sin, deception, pride, rebellion, and every practice that opposes His Word. I draw near to God, ask Him to expose what must change, and choose obedience by the help of the Holy Spirit.</w:t>
      </w:r>
    </w:p>
    <w:p>
      <w:pPr>
        <w:pStyle w:val="Heading2"/>
        <w:keepNext/>
        <w:pBdr>
          <w:bottom w:val="single" w:sz="2" w:space="1" w:color="D5DBE0"/>
        </w:pBdr>
      </w:pPr>
      <w:r>
        <w:t>Forgiveness and Release of Others</w:t>
      </w:r>
    </w:p>
    <w:p>
      <w:pPr>
        <w:pStyle w:val="Guidance"/>
      </w:pPr>
      <w:r>
        <w:rPr>
          <w:rFonts w:ascii="Liberation Sans" w:hAnsi="Liberation Sans" w:eastAsia="Liberation Sans"/>
          <w:b/>
          <w:color w:val="18324A"/>
          <w:sz w:val="17"/>
        </w:rPr>
        <w:t xml:space="preserve">Scripture anchors: </w:t>
      </w:r>
      <w:r>
        <w:rPr>
          <w:rFonts w:ascii="Liberation Sans" w:hAnsi="Liberation Sans" w:eastAsia="Liberation Sans"/>
          <w:color w:val="20262E"/>
          <w:sz w:val="17"/>
        </w:rPr>
        <w:t>Matthew 6:12-15; Romans 12:14-21; Colossians 3:12-15</w:t>
      </w:r>
    </w:p>
    <w:p>
      <w:pPr>
        <w:spacing w:after="160"/>
        <w:ind w:left="317" w:right="317"/>
        <w:shd w:fill="F2F4F5"/>
      </w:pPr>
      <w:r>
        <w:rPr>
          <w:rFonts w:ascii="Liberation Serif" w:hAnsi="Liberation Serif" w:eastAsia="Liberation Serif"/>
          <w:i/>
          <w:color w:val="20262E"/>
          <w:sz w:val="20"/>
        </w:rPr>
        <w:t>Because God has shown mercy to me, I release every person from my private demand for revenge. Forgiveness does not call evil good, erase wise boundaries, or prevent justice. I surrender judgment to God and ask for grace to walk in truth, safety, and peace.</w:t>
      </w:r>
    </w:p>
    <w:p>
      <w:pPr>
        <w:pStyle w:val="Heading2"/>
        <w:keepNext/>
        <w:pBdr>
          <w:bottom w:val="single" w:sz="2" w:space="1" w:color="D5DBE0"/>
        </w:pBdr>
      </w:pPr>
      <w:r>
        <w:t>Renunciation of Occult Practices and Idolatry</w:t>
      </w:r>
    </w:p>
    <w:p>
      <w:pPr>
        <w:pStyle w:val="Guidance"/>
      </w:pPr>
      <w:r>
        <w:rPr>
          <w:rFonts w:ascii="Liberation Sans" w:hAnsi="Liberation Sans" w:eastAsia="Liberation Sans"/>
          <w:b/>
          <w:color w:val="18324A"/>
          <w:sz w:val="17"/>
        </w:rPr>
        <w:t xml:space="preserve">Scripture anchors: </w:t>
      </w:r>
      <w:r>
        <w:rPr>
          <w:rFonts w:ascii="Liberation Sans" w:hAnsi="Liberation Sans" w:eastAsia="Liberation Sans"/>
          <w:color w:val="20262E"/>
          <w:sz w:val="17"/>
        </w:rPr>
        <w:t>Deuteronomy 18:9-14; Isaiah 8:19-20; Acts 19:18-20; 1 Corinthians 10:14-22</w:t>
      </w:r>
    </w:p>
    <w:p>
      <w:pPr>
        <w:spacing w:after="160"/>
        <w:ind w:left="317" w:right="317"/>
        <w:shd w:fill="F2F4F5"/>
      </w:pPr>
      <w:r>
        <w:rPr>
          <w:rFonts w:ascii="Liberation Serif" w:hAnsi="Liberation Serif" w:eastAsia="Liberation Serif"/>
          <w:i/>
          <w:color w:val="20262E"/>
          <w:sz w:val="20"/>
        </w:rPr>
        <w:t>I renounce every personal involvement in divination, sorcery, spiritism, idolatry, magic, and every covenant or object tied to such practices. I turn to the living God and submit my beliefs, possessions, relationships, and decisions to Jesus Christ and the written Word.</w:t>
      </w:r>
    </w:p>
    <w:p>
      <w:pPr>
        <w:pStyle w:val="Heading2"/>
        <w:keepNext/>
        <w:pBdr>
          <w:bottom w:val="single" w:sz="2" w:space="1" w:color="D5DBE0"/>
        </w:pBdr>
      </w:pPr>
      <w:r>
        <w:t>Truth in the Mind</w:t>
      </w:r>
    </w:p>
    <w:p>
      <w:pPr>
        <w:pStyle w:val="Guidance"/>
      </w:pPr>
      <w:r>
        <w:rPr>
          <w:rFonts w:ascii="Liberation Sans" w:hAnsi="Liberation Sans" w:eastAsia="Liberation Sans"/>
          <w:b/>
          <w:color w:val="18324A"/>
          <w:sz w:val="17"/>
        </w:rPr>
        <w:t xml:space="preserve">Scripture anchors: </w:t>
      </w:r>
      <w:r>
        <w:rPr>
          <w:rFonts w:ascii="Liberation Sans" w:hAnsi="Liberation Sans" w:eastAsia="Liberation Sans"/>
          <w:color w:val="20262E"/>
          <w:sz w:val="17"/>
        </w:rPr>
        <w:t>John 8:31-32; Romans 12:2; 2 Corinthians 10:3-6; Philippians 4:8-9</w:t>
      </w:r>
    </w:p>
    <w:p>
      <w:pPr>
        <w:spacing w:after="160"/>
        <w:ind w:left="317" w:right="317"/>
        <w:shd w:fill="F2F4F5"/>
      </w:pPr>
      <w:r>
        <w:rPr>
          <w:rFonts w:ascii="Liberation Serif" w:hAnsi="Liberation Serif" w:eastAsia="Liberation Serif"/>
          <w:i/>
          <w:color w:val="20262E"/>
          <w:sz w:val="20"/>
        </w:rPr>
        <w:t>I refuse lies, obsessive speculation, and thoughts that exalt themselves against the knowledge of God. I bring my thinking under Christ's truth, test claims by Scripture, and deliberately dwell on what is true, honorable, just, pure, lovely, and worthy of praise.</w:t>
      </w:r>
    </w:p>
    <w:p>
      <w:pPr>
        <w:pStyle w:val="Heading2"/>
        <w:keepNext/>
        <w:pBdr>
          <w:bottom w:val="single" w:sz="2" w:space="1" w:color="D5DBE0"/>
        </w:pBdr>
      </w:pPr>
      <w:r>
        <w:t>Freedom from Fear</w:t>
      </w:r>
    </w:p>
    <w:p>
      <w:pPr>
        <w:pStyle w:val="Guidance"/>
      </w:pPr>
      <w:r>
        <w:rPr>
          <w:rFonts w:ascii="Liberation Sans" w:hAnsi="Liberation Sans" w:eastAsia="Liberation Sans"/>
          <w:b/>
          <w:color w:val="18324A"/>
          <w:sz w:val="17"/>
        </w:rPr>
        <w:t xml:space="preserve">Scripture anchors: </w:t>
      </w:r>
      <w:r>
        <w:rPr>
          <w:rFonts w:ascii="Liberation Sans" w:hAnsi="Liberation Sans" w:eastAsia="Liberation Sans"/>
          <w:color w:val="20262E"/>
          <w:sz w:val="17"/>
        </w:rPr>
        <w:t>Psalm 56:3-4; Isaiah 41:10-13; John 14:27; 2 Timothy 1:7</w:t>
      </w:r>
    </w:p>
    <w:p>
      <w:pPr>
        <w:spacing w:after="160"/>
        <w:ind w:left="317" w:right="317"/>
        <w:shd w:fill="F2F4F5"/>
      </w:pPr>
      <w:r>
        <w:rPr>
          <w:rFonts w:ascii="Liberation Serif" w:hAnsi="Liberation Serif" w:eastAsia="Liberation Serif"/>
          <w:i/>
          <w:color w:val="20262E"/>
          <w:sz w:val="20"/>
        </w:rPr>
        <w:t>When I am afraid, I put my trust in God. He is with me and will help me. Christ gives peace that the world cannot produce. I reject intimidation and receive the Spirit-given pattern of power, love, and sound judgment.</w:t>
      </w:r>
    </w:p>
    <w:p>
      <w:pPr>
        <w:pStyle w:val="Heading2"/>
        <w:keepNext/>
        <w:pBdr>
          <w:bottom w:val="single" w:sz="2" w:space="1" w:color="D5DBE0"/>
        </w:pBdr>
      </w:pPr>
      <w:r>
        <w:t>Identity and Belonging in Christ</w:t>
      </w:r>
    </w:p>
    <w:p>
      <w:pPr>
        <w:pStyle w:val="Guidance"/>
      </w:pPr>
      <w:r>
        <w:rPr>
          <w:rFonts w:ascii="Liberation Sans" w:hAnsi="Liberation Sans" w:eastAsia="Liberation Sans"/>
          <w:b/>
          <w:color w:val="18324A"/>
          <w:sz w:val="17"/>
        </w:rPr>
        <w:t xml:space="preserve">Scripture anchors: </w:t>
      </w:r>
      <w:r>
        <w:rPr>
          <w:rFonts w:ascii="Liberation Sans" w:hAnsi="Liberation Sans" w:eastAsia="Liberation Sans"/>
          <w:color w:val="20262E"/>
          <w:sz w:val="17"/>
        </w:rPr>
        <w:t>John 1:12-13; Romans 8:14-17; Ephesians 1:3-14; 1 Peter 2:9-10</w:t>
      </w:r>
    </w:p>
    <w:p>
      <w:pPr>
        <w:spacing w:after="160"/>
        <w:ind w:left="317" w:right="317"/>
        <w:shd w:fill="F2F4F5"/>
      </w:pPr>
      <w:r>
        <w:rPr>
          <w:rFonts w:ascii="Liberation Serif" w:hAnsi="Liberation Serif" w:eastAsia="Liberation Serif"/>
          <w:i/>
          <w:color w:val="20262E"/>
          <w:sz w:val="20"/>
        </w:rPr>
        <w:t>Through faith in Jesus Christ I belong to God. I am not defined by rejection, shame, trauma, temptation, or a manifestation. I receive the identity Scripture gives: adopted, redeemed, called, and brought into God's people for His purposes.</w:t>
      </w:r>
    </w:p>
    <w:p>
      <w:pPr>
        <w:pStyle w:val="Heading2"/>
        <w:keepNext/>
        <w:pBdr>
          <w:bottom w:val="single" w:sz="2" w:space="1" w:color="D5DBE0"/>
        </w:pBdr>
      </w:pPr>
      <w:r>
        <w:t>Resistance in the Name of Jesus</w:t>
      </w:r>
    </w:p>
    <w:p>
      <w:pPr>
        <w:pStyle w:val="Guidance"/>
      </w:pPr>
      <w:r>
        <w:rPr>
          <w:rFonts w:ascii="Liberation Sans" w:hAnsi="Liberation Sans" w:eastAsia="Liberation Sans"/>
          <w:b/>
          <w:color w:val="18324A"/>
          <w:sz w:val="17"/>
        </w:rPr>
        <w:t xml:space="preserve">Scripture anchors: </w:t>
      </w:r>
      <w:r>
        <w:rPr>
          <w:rFonts w:ascii="Liberation Sans" w:hAnsi="Liberation Sans" w:eastAsia="Liberation Sans"/>
          <w:color w:val="20262E"/>
          <w:sz w:val="17"/>
        </w:rPr>
        <w:t>Luke 10:17-20; Acts 16:18; James 4:7; 1 Peter 5:8-10</w:t>
      </w:r>
    </w:p>
    <w:p>
      <w:pPr>
        <w:spacing w:after="160"/>
        <w:ind w:left="317" w:right="317"/>
        <w:shd w:fill="F2F4F5"/>
      </w:pPr>
      <w:r>
        <w:rPr>
          <w:rFonts w:ascii="Liberation Serif" w:hAnsi="Liberation Serif" w:eastAsia="Liberation Serif"/>
          <w:i/>
          <w:color w:val="20262E"/>
          <w:sz w:val="20"/>
        </w:rPr>
        <w:t>Submitted to God and relying on Jesus Christ, I resist the devil. I do not boast in power or pursue manifestations. I stand soberly in faith, use the name of Jesus with reverence, and keep my joy centered in salvation and relationship with God.</w:t>
      </w:r>
    </w:p>
    <w:p>
      <w:pPr>
        <w:pStyle w:val="Heading2"/>
        <w:keepNext/>
        <w:pBdr>
          <w:bottom w:val="single" w:sz="2" w:space="1" w:color="D5DBE0"/>
        </w:pBdr>
      </w:pPr>
      <w:r>
        <w:t>The Armor of God</w:t>
      </w:r>
    </w:p>
    <w:p>
      <w:pPr>
        <w:pStyle w:val="Guidance"/>
      </w:pPr>
      <w:r>
        <w:rPr>
          <w:rFonts w:ascii="Liberation Sans" w:hAnsi="Liberation Sans" w:eastAsia="Liberation Sans"/>
          <w:b/>
          <w:color w:val="18324A"/>
          <w:sz w:val="17"/>
        </w:rPr>
        <w:t xml:space="preserve">Scripture anchors: </w:t>
      </w:r>
      <w:r>
        <w:rPr>
          <w:rFonts w:ascii="Liberation Sans" w:hAnsi="Liberation Sans" w:eastAsia="Liberation Sans"/>
          <w:color w:val="20262E"/>
          <w:sz w:val="17"/>
        </w:rPr>
        <w:t>Ephesians 6:10-20; 1 Thessalonians 5:5-8</w:t>
      </w:r>
    </w:p>
    <w:p>
      <w:pPr>
        <w:spacing w:after="160"/>
        <w:ind w:left="317" w:right="317"/>
        <w:shd w:fill="F2F4F5"/>
      </w:pPr>
      <w:r>
        <w:rPr>
          <w:rFonts w:ascii="Liberation Serif" w:hAnsi="Liberation Serif" w:eastAsia="Liberation Serif"/>
          <w:i/>
          <w:color w:val="20262E"/>
          <w:sz w:val="20"/>
        </w:rPr>
        <w:t>I choose truth, righteousness, gospel peace, faith, the hope of salvation, the Word of God, and persevering prayer. The armor is not costume language; it is a daily life of allegiance to Christ, practiced in dependence on the Holy Spirit.</w:t>
      </w:r>
    </w:p>
    <w:p>
      <w:pPr>
        <w:pStyle w:val="Heading2"/>
        <w:keepNext/>
        <w:pBdr>
          <w:bottom w:val="single" w:sz="2" w:space="1" w:color="D5DBE0"/>
        </w:pBdr>
      </w:pPr>
      <w:r>
        <w:t>Household Prayer</w:t>
      </w:r>
    </w:p>
    <w:p>
      <w:pPr>
        <w:pStyle w:val="Guidance"/>
      </w:pPr>
      <w:r>
        <w:rPr>
          <w:rFonts w:ascii="Liberation Sans" w:hAnsi="Liberation Sans" w:eastAsia="Liberation Sans"/>
          <w:b/>
          <w:color w:val="18324A"/>
          <w:sz w:val="17"/>
        </w:rPr>
        <w:t xml:space="preserve">Scripture anchors: </w:t>
      </w:r>
      <w:r>
        <w:rPr>
          <w:rFonts w:ascii="Liberation Sans" w:hAnsi="Liberation Sans" w:eastAsia="Liberation Sans"/>
          <w:color w:val="20262E"/>
          <w:sz w:val="17"/>
        </w:rPr>
        <w:t>Deuteronomy 6:4-9; Psalm 121; John 10:27-30; 2 Thessalonians 3:1-3</w:t>
      </w:r>
    </w:p>
    <w:p>
      <w:pPr>
        <w:spacing w:after="160"/>
        <w:ind w:left="317" w:right="317"/>
        <w:shd w:fill="F2F4F5"/>
      </w:pPr>
      <w:r>
        <w:rPr>
          <w:rFonts w:ascii="Liberation Serif" w:hAnsi="Liberation Serif" w:eastAsia="Liberation Serif"/>
          <w:i/>
          <w:color w:val="20262E"/>
          <w:sz w:val="20"/>
        </w:rPr>
        <w:t>Lord, establish truth, worship, wisdom, peace, and healthy boundaries in this household. Guard each person from evil, make us attentive to Christ's voice, and teach us to practice Your Word in ordinary life. Give us courage to seek practical help wherever it is needed.</w:t>
      </w:r>
    </w:p>
    <w:p>
      <w:pPr>
        <w:pStyle w:val="Heading2"/>
        <w:keepNext/>
        <w:pBdr>
          <w:bottom w:val="single" w:sz="2" w:space="1" w:color="D5DBE0"/>
        </w:pBdr>
      </w:pPr>
      <w:r>
        <w:t>Healing with Wisdom and Compassion</w:t>
      </w:r>
    </w:p>
    <w:p>
      <w:pPr>
        <w:pStyle w:val="Guidance"/>
      </w:pPr>
      <w:r>
        <w:rPr>
          <w:rFonts w:ascii="Liberation Sans" w:hAnsi="Liberation Sans" w:eastAsia="Liberation Sans"/>
          <w:b/>
          <w:color w:val="18324A"/>
          <w:sz w:val="17"/>
        </w:rPr>
        <w:t xml:space="preserve">Scripture anchors: </w:t>
      </w:r>
      <w:r>
        <w:rPr>
          <w:rFonts w:ascii="Liberation Sans" w:hAnsi="Liberation Sans" w:eastAsia="Liberation Sans"/>
          <w:color w:val="20262E"/>
          <w:sz w:val="17"/>
        </w:rPr>
        <w:t>Matthew 8:14-17; Acts 10:38; James 5:13-16</w:t>
      </w:r>
    </w:p>
    <w:p>
      <w:pPr>
        <w:spacing w:after="160"/>
        <w:ind w:left="317" w:right="317"/>
        <w:shd w:fill="F2F4F5"/>
      </w:pPr>
      <w:r>
        <w:rPr>
          <w:rFonts w:ascii="Liberation Serif" w:hAnsi="Liberation Serif" w:eastAsia="Liberation Serif"/>
          <w:i/>
          <w:color w:val="20262E"/>
          <w:sz w:val="20"/>
        </w:rPr>
        <w:t>Jesus, have mercy and bring healing according to Your wisdom. We pray in faith while also welcoming appropriate medical, psychiatric, and trauma-informed care. Protect this person from shame, pressure, false certainty, and any demand to prove faith by refusing responsible treatment.</w:t>
      </w:r>
    </w:p>
    <w:p>
      <w:pPr>
        <w:pStyle w:val="Heading2"/>
        <w:keepNext/>
        <w:pBdr>
          <w:bottom w:val="single" w:sz="2" w:space="1" w:color="D5DBE0"/>
        </w:pBdr>
      </w:pPr>
      <w:r>
        <w:t>Aftercare and Continuing Freedom</w:t>
      </w:r>
    </w:p>
    <w:p>
      <w:pPr>
        <w:pStyle w:val="Guidance"/>
      </w:pPr>
      <w:r>
        <w:rPr>
          <w:rFonts w:ascii="Liberation Sans" w:hAnsi="Liberation Sans" w:eastAsia="Liberation Sans"/>
          <w:b/>
          <w:color w:val="18324A"/>
          <w:sz w:val="17"/>
        </w:rPr>
        <w:t xml:space="preserve">Scripture anchors: </w:t>
      </w:r>
      <w:r>
        <w:rPr>
          <w:rFonts w:ascii="Liberation Sans" w:hAnsi="Liberation Sans" w:eastAsia="Liberation Sans"/>
          <w:color w:val="20262E"/>
          <w:sz w:val="17"/>
        </w:rPr>
        <w:t>John 15:1-11; Acts 2:38-42; Colossians 3:1-17; 2 Peter 1:3-11</w:t>
      </w:r>
    </w:p>
    <w:p>
      <w:pPr>
        <w:spacing w:after="160"/>
        <w:ind w:left="317" w:right="317"/>
        <w:shd w:fill="F2F4F5"/>
      </w:pPr>
      <w:r>
        <w:rPr>
          <w:rFonts w:ascii="Liberation Serif" w:hAnsi="Liberation Serif" w:eastAsia="Liberation Serif"/>
          <w:i/>
          <w:color w:val="20262E"/>
          <w:sz w:val="20"/>
        </w:rPr>
        <w:t>I will remain in Christ through Scripture, prayer, fellowship, worship, confession, practical obedience, and wise support. I replace former patterns with truth and healthy action. Freedom is nurtured through discipleship, not maintained by fear-driven scanning for demons.</w:t>
      </w:r>
    </w:p>
    <w:p>
      <w:pPr>
        <w:pStyle w:val="Heading2"/>
        <w:keepNext/>
        <w:pBdr>
          <w:bottom w:val="single" w:sz="2" w:space="1" w:color="D5DBE0"/>
        </w:pBdr>
      </w:pPr>
      <w:r>
        <w:t>Corporate Intercession</w:t>
      </w:r>
    </w:p>
    <w:p>
      <w:pPr>
        <w:pStyle w:val="Guidance"/>
      </w:pPr>
      <w:r>
        <w:rPr>
          <w:rFonts w:ascii="Liberation Sans" w:hAnsi="Liberation Sans" w:eastAsia="Liberation Sans"/>
          <w:b/>
          <w:color w:val="18324A"/>
          <w:sz w:val="17"/>
        </w:rPr>
        <w:t xml:space="preserve">Scripture anchors: </w:t>
      </w:r>
      <w:r>
        <w:rPr>
          <w:rFonts w:ascii="Liberation Sans" w:hAnsi="Liberation Sans" w:eastAsia="Liberation Sans"/>
          <w:color w:val="20262E"/>
          <w:sz w:val="17"/>
        </w:rPr>
        <w:t>2 Chronicles 7:13-14; Nehemiah 1:4-11; 1 Timothy 2:1-6; Ephesians 3:8-12</w:t>
      </w:r>
    </w:p>
    <w:p>
      <w:pPr>
        <w:spacing w:after="160"/>
        <w:ind w:left="317" w:right="317"/>
        <w:shd w:fill="F2F4F5"/>
      </w:pPr>
      <w:r>
        <w:rPr>
          <w:rFonts w:ascii="Liberation Serif" w:hAnsi="Liberation Serif" w:eastAsia="Liberation Serif"/>
          <w:i/>
          <w:color w:val="20262E"/>
          <w:sz w:val="20"/>
        </w:rPr>
        <w:t>God, begin with Your people. Give us humility, repentance, justice, truth, and persevering prayer. We intercede for leaders and communities without demonizing human opponents. Make the church a faithful witness to Christ's wisdom, mercy, holiness, and reconciling power.</w:t>
      </w:r>
    </w:p>
    <w:p>
      <w:pPr>
        <w:pStyle w:val="Heading2"/>
        <w:keepNext/>
        <w:pBdr>
          <w:bottom w:val="single" w:sz="2" w:space="1" w:color="D5DBE0"/>
        </w:pBdr>
      </w:pPr>
      <w:r>
        <w:t>Endurance under Pressure</w:t>
      </w:r>
    </w:p>
    <w:p>
      <w:pPr>
        <w:pStyle w:val="Guidance"/>
      </w:pPr>
      <w:r>
        <w:rPr>
          <w:rFonts w:ascii="Liberation Sans" w:hAnsi="Liberation Sans" w:eastAsia="Liberation Sans"/>
          <w:b/>
          <w:color w:val="18324A"/>
          <w:sz w:val="17"/>
        </w:rPr>
        <w:t xml:space="preserve">Scripture anchors: </w:t>
      </w:r>
      <w:r>
        <w:rPr>
          <w:rFonts w:ascii="Liberation Sans" w:hAnsi="Liberation Sans" w:eastAsia="Liberation Sans"/>
          <w:color w:val="20262E"/>
          <w:sz w:val="17"/>
        </w:rPr>
        <w:t>John 16:33; Romans 5:1-5; 2 Corinthians 4:7-18; Hebrews 12:1-3</w:t>
      </w:r>
    </w:p>
    <w:p>
      <w:pPr>
        <w:spacing w:after="160"/>
        <w:ind w:left="317" w:right="317"/>
        <w:shd w:fill="F2F4F5"/>
      </w:pPr>
      <w:r>
        <w:rPr>
          <w:rFonts w:ascii="Liberation Serif" w:hAnsi="Liberation Serif" w:eastAsia="Liberation Serif"/>
          <w:i/>
          <w:color w:val="20262E"/>
          <w:sz w:val="20"/>
        </w:rPr>
        <w:t>In Christ I can face tribulation without surrendering hope. I fix my attention on Jesus, receive strength in weakness, and continue in patient faith. Suffering is not automatic proof of demonic activity, personal sin, or failed faith; God remains present and faithful.</w:t>
      </w:r>
    </w:p>
    <w:p>
      <w:pPr>
        <w:pStyle w:val="Heading1"/>
        <w:keepNext/>
        <w:pageBreakBefore/>
        <w:pBdr>
          <w:bottom w:val="single" w:sz="8" w:space="2" w:color="A67833"/>
        </w:pBdr>
      </w:pPr>
      <w:r>
        <w:t>8. Ministry-Source Profiles</w:t>
      </w:r>
    </w:p>
    <w:p>
      <w:pPr>
        <w:pStyle w:val="SmallNote"/>
      </w:pPr>
      <w:r>
        <w:t>12 reviewed ministry streams</w:t>
      </w:r>
    </w:p>
    <w:tbl>
      <w:tblPr>
        <w:tblW w:type="auto" w:w="0"/>
        <w:jc w:val="center"/>
        <w:tblLayout w:type="autofit"/>
        <w:tblLook w:firstColumn="1" w:firstRow="1" w:lastColumn="0" w:lastRow="0" w:noHBand="0" w:noVBand="1" w:val="04A0"/>
      </w:tblPr>
      <w:tblGrid>
        <w:gridCol w:w="10224"/>
      </w:tblGrid>
      <w:tr>
        <w:tc>
          <w:tcPr>
            <w:tcW w:type="dxa" w:w="10224"/>
            <w:shd w:fill="F2F4F5"/>
            <w:tcMar>
              <w:top w:w="110" w:type="dxa"/>
              <w:start w:w="130" w:type="dxa"/>
              <w:bottom w:w="110" w:type="dxa"/>
              <w:end w:w="130" w:type="dxa"/>
            </w:tcMar>
          </w:tcPr>
          <w:p>
            <w:r>
              <w:rPr>
                <w:rFonts w:ascii="Liberation Sans" w:hAnsi="Liberation Sans" w:eastAsia="Liberation Sans"/>
                <w:b/>
                <w:color w:val="18324A"/>
                <w:sz w:val="20"/>
              </w:rPr>
              <w:t>Profile rule</w:t>
            </w:r>
          </w:p>
          <w:p>
            <w:pPr>
              <w:spacing w:after="0"/>
            </w:pPr>
            <w:r>
              <w:rPr>
                <w:rFonts w:ascii="Liberation Sans" w:hAnsi="Liberation Sans" w:eastAsia="Liberation Sans"/>
                <w:color w:val="20262E"/>
                <w:sz w:val="17"/>
              </w:rPr>
              <w:t>A profile summarizes the reviewed source trail and its Scripture architecture. It does not endorse every doctrine, testimony, diagnosis, or ministry practice associated with that person or movement.</w:t>
            </w:r>
          </w:p>
        </w:tc>
      </w:tr>
    </w:tbl>
    <w:p>
      <w:pPr>
        <w:spacing w:after="0"/>
      </w:pPr>
    </w:p>
    <w:p>
      <w:pPr>
        <w:pStyle w:val="Heading2"/>
        <w:keepNext/>
        <w:pBdr>
          <w:bottom w:val="single" w:sz="4" w:space="1" w:color="A67833"/>
        </w:pBdr>
      </w:pPr>
      <w:r>
        <w:t>Derek Prince</w:t>
      </w:r>
    </w:p>
    <w:p>
      <w:pPr>
        <w:pStyle w:val="Guidance"/>
      </w:pPr>
      <w:r>
        <w:rPr>
          <w:rFonts w:ascii="Liberation Sans" w:hAnsi="Liberation Sans" w:eastAsia="Liberation Sans"/>
          <w:b/>
          <w:color w:val="18324A"/>
          <w:sz w:val="17"/>
        </w:rPr>
        <w:t xml:space="preserve">Research status: </w:t>
      </w:r>
      <w:r>
        <w:rPr>
          <w:rFonts w:ascii="Liberation Sans" w:hAnsi="Liberation Sans" w:eastAsia="Liberation Sans"/>
          <w:color w:val="20262E"/>
          <w:sz w:val="17"/>
        </w:rPr>
        <w:t>Directly reviewed - official pages and transcript</w:t>
      </w:r>
    </w:p>
    <w:p>
      <w:pPr>
        <w:pStyle w:val="Guidance"/>
      </w:pPr>
      <w:r>
        <w:rPr>
          <w:rFonts w:ascii="Liberation Sans" w:hAnsi="Liberation Sans" w:eastAsia="Liberation Sans"/>
          <w:b/>
          <w:color w:val="18324A"/>
          <w:sz w:val="17"/>
        </w:rPr>
        <w:t xml:space="preserve">Reviewed emphasis: </w:t>
      </w:r>
      <w:r>
        <w:rPr>
          <w:rFonts w:ascii="Liberation Sans" w:hAnsi="Liberation Sans" w:eastAsia="Liberation Sans"/>
          <w:color w:val="20262E"/>
          <w:sz w:val="17"/>
        </w:rPr>
        <w:t>Cross, blood, testimony, curses/blessing, occult renunciation, repentance, forgiveness, armor, direct deliverance, and staying free.</w:t>
      </w:r>
    </w:p>
    <w:p>
      <w:pPr>
        <w:pStyle w:val="Guidance"/>
      </w:pPr>
      <w:r>
        <w:rPr>
          <w:rFonts w:ascii="Liberation Sans" w:hAnsi="Liberation Sans" w:eastAsia="Liberation Sans"/>
          <w:b/>
          <w:color w:val="18324A"/>
          <w:sz w:val="17"/>
        </w:rPr>
        <w:t xml:space="preserve">Source IDs: </w:t>
      </w:r>
      <w:r>
        <w:rPr>
          <w:rFonts w:ascii="Liberation Sans" w:hAnsi="Liberation Sans" w:eastAsia="Liberation Sans"/>
          <w:color w:val="20262E"/>
          <w:sz w:val="17"/>
        </w:rPr>
        <w:t>S08, S09, S10, S11</w:t>
      </w:r>
    </w:p>
    <w:p>
      <w:pPr>
        <w:pStyle w:val="Guidance"/>
      </w:pPr>
      <w:r>
        <w:rPr>
          <w:rFonts w:ascii="Liberation Sans" w:hAnsi="Liberation Sans" w:eastAsia="Liberation Sans"/>
          <w:b/>
          <w:color w:val="18324A"/>
          <w:sz w:val="17"/>
        </w:rPr>
        <w:t xml:space="preserve">Scriptures surfaced: </w:t>
      </w:r>
      <w:r>
        <w:rPr>
          <w:rFonts w:ascii="Liberation Sans" w:hAnsi="Liberation Sans" w:eastAsia="Liberation Sans"/>
          <w:color w:val="20262E"/>
          <w:sz w:val="17"/>
        </w:rPr>
        <w:t>Revelation 12:11; Ephesians 1:7; 1 John 1:7-9; Romans 5:9; Hebrews 10:19; 12:24; 13:12; Romans 3:23-25; 6:13; 8:33-34; 1 Corinthians 6:13,19; Deuteronomy 18:10-12; Exodus 20:1-6; James 3:16; Ephesians 6:10-18.</w:t>
      </w:r>
    </w:p>
    <w:p>
      <w:pPr>
        <w:pStyle w:val="Guidance"/>
      </w:pPr>
      <w:r>
        <w:rPr>
          <w:rFonts w:ascii="Liberation Sans" w:hAnsi="Liberation Sans" w:eastAsia="Liberation Sans"/>
          <w:b/>
          <w:color w:val="18324A"/>
          <w:sz w:val="17"/>
        </w:rPr>
        <w:t xml:space="preserve">Editorial evaluation: </w:t>
      </w:r>
      <w:r>
        <w:rPr>
          <w:rFonts w:ascii="Liberation Sans" w:hAnsi="Liberation Sans" w:eastAsia="Liberation Sans"/>
          <w:color w:val="20262E"/>
          <w:sz w:val="17"/>
        </w:rPr>
        <w:t>Strong Christ/cross architecture. Experiential entry-point claims are labeled as ministry interpretation, not clinical causation.</w:t>
      </w:r>
    </w:p>
    <w:p>
      <w:pPr>
        <w:pStyle w:val="Heading2"/>
        <w:keepNext/>
        <w:pBdr>
          <w:bottom w:val="single" w:sz="4" w:space="1" w:color="A67833"/>
        </w:pBdr>
      </w:pPr>
      <w:r>
        <w:t>Win Worley</w:t>
      </w:r>
    </w:p>
    <w:p>
      <w:pPr>
        <w:pStyle w:val="Guidance"/>
      </w:pPr>
      <w:r>
        <w:rPr>
          <w:rFonts w:ascii="Liberation Sans" w:hAnsi="Liberation Sans" w:eastAsia="Liberation Sans"/>
          <w:b/>
          <w:color w:val="18324A"/>
          <w:sz w:val="17"/>
        </w:rPr>
        <w:t xml:space="preserve">Research status: </w:t>
      </w:r>
      <w:r>
        <w:rPr>
          <w:rFonts w:ascii="Liberation Sans" w:hAnsi="Liberation Sans" w:eastAsia="Liberation Sans"/>
          <w:color w:val="20262E"/>
          <w:sz w:val="17"/>
        </w:rPr>
        <w:t>Directly reviewed - LHBC ministry-controlled archive</w:t>
      </w:r>
    </w:p>
    <w:p>
      <w:pPr>
        <w:pStyle w:val="Guidance"/>
      </w:pPr>
      <w:r>
        <w:rPr>
          <w:rFonts w:ascii="Liberation Sans" w:hAnsi="Liberation Sans" w:eastAsia="Liberation Sans"/>
          <w:b/>
          <w:color w:val="18324A"/>
          <w:sz w:val="17"/>
        </w:rPr>
        <w:t xml:space="preserve">Reviewed emphasis: </w:t>
      </w:r>
      <w:r>
        <w:rPr>
          <w:rFonts w:ascii="Liberation Sans" w:hAnsi="Liberation Sans" w:eastAsia="Liberation Sans"/>
          <w:color w:val="20262E"/>
          <w:sz w:val="17"/>
        </w:rPr>
        <w:t>Authority in Christ, armor, forgiveness, occult, curses, soul ties, recognizing spirits, intercession, perseverance, and aftercare.</w:t>
      </w:r>
    </w:p>
    <w:p>
      <w:pPr>
        <w:pStyle w:val="Guidance"/>
      </w:pPr>
      <w:r>
        <w:rPr>
          <w:rFonts w:ascii="Liberation Sans" w:hAnsi="Liberation Sans" w:eastAsia="Liberation Sans"/>
          <w:b/>
          <w:color w:val="18324A"/>
          <w:sz w:val="17"/>
        </w:rPr>
        <w:t xml:space="preserve">Source IDs: </w:t>
      </w:r>
      <w:r>
        <w:rPr>
          <w:rFonts w:ascii="Liberation Sans" w:hAnsi="Liberation Sans" w:eastAsia="Liberation Sans"/>
          <w:color w:val="20262E"/>
          <w:sz w:val="17"/>
        </w:rPr>
        <w:t>S01, S02</w:t>
      </w:r>
    </w:p>
    <w:p>
      <w:pPr>
        <w:pStyle w:val="Guidance"/>
      </w:pPr>
      <w:r>
        <w:rPr>
          <w:rFonts w:ascii="Liberation Sans" w:hAnsi="Liberation Sans" w:eastAsia="Liberation Sans"/>
          <w:b/>
          <w:color w:val="18324A"/>
          <w:sz w:val="17"/>
        </w:rPr>
        <w:t xml:space="preserve">Scriptures surfaced: </w:t>
      </w:r>
      <w:r>
        <w:rPr>
          <w:rFonts w:ascii="Liberation Sans" w:hAnsi="Liberation Sans" w:eastAsia="Liberation Sans"/>
          <w:color w:val="20262E"/>
          <w:sz w:val="17"/>
        </w:rPr>
        <w:t>Ephesians 2:6; 6:10-18; 1 John 4:1; Hebrews 1:7-14; Matthew 6:12,14-15; Luke 11:4; Deuteronomy 18:9-14; Galatians 3:13; Colossians 2:13-15; Hebrews 4:14-16; 2 Chronicles 7:14; 1 Samuel 18:1-5; Numbers 13; Ezekiel 28.</w:t>
      </w:r>
    </w:p>
    <w:p>
      <w:pPr>
        <w:pStyle w:val="Guidance"/>
      </w:pPr>
      <w:r>
        <w:rPr>
          <w:rFonts w:ascii="Liberation Sans" w:hAnsi="Liberation Sans" w:eastAsia="Liberation Sans"/>
          <w:b/>
          <w:color w:val="18324A"/>
          <w:sz w:val="17"/>
        </w:rPr>
        <w:t xml:space="preserve">Editorial evaluation: </w:t>
      </w:r>
      <w:r>
        <w:rPr>
          <w:rFonts w:ascii="Liberation Sans" w:hAnsi="Liberation Sans" w:eastAsia="Liberation Sans"/>
          <w:color w:val="20262E"/>
          <w:sz w:val="17"/>
        </w:rPr>
        <w:t>Extensive deliverance archive. 'Legal ground,' 'loosing spirits,' transferring spirits, and soul-tie formulas are treated as models requiring whole-Bible controls.</w:t>
      </w:r>
    </w:p>
    <w:p>
      <w:pPr>
        <w:pStyle w:val="Heading2"/>
        <w:keepNext/>
        <w:pBdr>
          <w:bottom w:val="single" w:sz="4" w:space="1" w:color="A67833"/>
        </w:pBdr>
      </w:pPr>
      <w:r>
        <w:t>Frank and Ida Mae Hammond</w:t>
      </w:r>
    </w:p>
    <w:p>
      <w:pPr>
        <w:pStyle w:val="Guidance"/>
      </w:pPr>
      <w:r>
        <w:rPr>
          <w:rFonts w:ascii="Liberation Sans" w:hAnsi="Liberation Sans" w:eastAsia="Liberation Sans"/>
          <w:b/>
          <w:color w:val="18324A"/>
          <w:sz w:val="17"/>
        </w:rPr>
        <w:t xml:space="preserve">Research status: </w:t>
      </w:r>
      <w:r>
        <w:rPr>
          <w:rFonts w:ascii="Liberation Sans" w:hAnsi="Liberation Sans" w:eastAsia="Liberation Sans"/>
          <w:color w:val="20262E"/>
          <w:sz w:val="17"/>
        </w:rPr>
        <w:t>Directly reviewed - official publisher and LHBC archive</w:t>
      </w:r>
    </w:p>
    <w:p>
      <w:pPr>
        <w:pStyle w:val="Guidance"/>
      </w:pPr>
      <w:r>
        <w:rPr>
          <w:rFonts w:ascii="Liberation Sans" w:hAnsi="Liberation Sans" w:eastAsia="Liberation Sans"/>
          <w:b/>
          <w:color w:val="18324A"/>
          <w:sz w:val="17"/>
        </w:rPr>
        <w:t xml:space="preserve">Reviewed emphasis: </w:t>
      </w:r>
      <w:r>
        <w:rPr>
          <w:rFonts w:ascii="Liberation Sans" w:hAnsi="Liberation Sans" w:eastAsia="Liberation Sans"/>
          <w:color w:val="20262E"/>
          <w:sz w:val="17"/>
        </w:rPr>
        <w:t>Practical deliverance, weapons, entry, maintaining freedom, binding/loosing, strongman, mind, emotions, discernment, family, and gates.</w:t>
      </w:r>
    </w:p>
    <w:p>
      <w:pPr>
        <w:pStyle w:val="Guidance"/>
      </w:pPr>
      <w:r>
        <w:rPr>
          <w:rFonts w:ascii="Liberation Sans" w:hAnsi="Liberation Sans" w:eastAsia="Liberation Sans"/>
          <w:b/>
          <w:color w:val="18324A"/>
          <w:sz w:val="17"/>
        </w:rPr>
        <w:t xml:space="preserve">Source IDs: </w:t>
      </w:r>
      <w:r>
        <w:rPr>
          <w:rFonts w:ascii="Liberation Sans" w:hAnsi="Liberation Sans" w:eastAsia="Liberation Sans"/>
          <w:color w:val="20262E"/>
          <w:sz w:val="17"/>
        </w:rPr>
        <w:t>S04, S12, S13</w:t>
      </w:r>
    </w:p>
    <w:p>
      <w:pPr>
        <w:pStyle w:val="Guidance"/>
      </w:pPr>
      <w:r>
        <w:rPr>
          <w:rFonts w:ascii="Liberation Sans" w:hAnsi="Liberation Sans" w:eastAsia="Liberation Sans"/>
          <w:b/>
          <w:color w:val="18324A"/>
          <w:sz w:val="17"/>
        </w:rPr>
        <w:t xml:space="preserve">Scriptures surfaced: </w:t>
      </w:r>
      <w:r>
        <w:rPr>
          <w:rFonts w:ascii="Liberation Sans" w:hAnsi="Liberation Sans" w:eastAsia="Liberation Sans"/>
          <w:color w:val="20262E"/>
          <w:sz w:val="17"/>
        </w:rPr>
        <w:t>2 Corinthians 10:3-5; Mark 16:17; 1 Corinthians 12; John 17; Ephesians 5:26; Matthew 12:29; Nehemiah; Revelation 12:11.</w:t>
      </w:r>
    </w:p>
    <w:p>
      <w:pPr>
        <w:pStyle w:val="Guidance"/>
      </w:pPr>
      <w:r>
        <w:rPr>
          <w:rFonts w:ascii="Liberation Sans" w:hAnsi="Liberation Sans" w:eastAsia="Liberation Sans"/>
          <w:b/>
          <w:color w:val="18324A"/>
          <w:sz w:val="17"/>
        </w:rPr>
        <w:t xml:space="preserve">Editorial evaluation: </w:t>
      </w:r>
      <w:r>
        <w:rPr>
          <w:rFonts w:ascii="Liberation Sans" w:hAnsi="Liberation Sans" w:eastAsia="Liberation Sans"/>
          <w:color w:val="20262E"/>
          <w:sz w:val="17"/>
        </w:rPr>
        <w:t>Practical framework and strong aftercare emphasis. Schizophrenia and mental-illness demon classifications are rejected as clinical diagnoses.</w:t>
      </w:r>
    </w:p>
    <w:p>
      <w:pPr>
        <w:pStyle w:val="Heading2"/>
        <w:keepNext/>
        <w:pBdr>
          <w:bottom w:val="single" w:sz="4" w:space="1" w:color="A67833"/>
        </w:pBdr>
      </w:pPr>
      <w:r>
        <w:t>Dr. Marcus Haggard</w:t>
      </w:r>
    </w:p>
    <w:p>
      <w:pPr>
        <w:pStyle w:val="Guidance"/>
      </w:pPr>
      <w:r>
        <w:rPr>
          <w:rFonts w:ascii="Liberation Sans" w:hAnsi="Liberation Sans" w:eastAsia="Liberation Sans"/>
          <w:b/>
          <w:color w:val="18324A"/>
          <w:sz w:val="17"/>
        </w:rPr>
        <w:t xml:space="preserve">Research status: </w:t>
      </w:r>
      <w:r>
        <w:rPr>
          <w:rFonts w:ascii="Liberation Sans" w:hAnsi="Liberation Sans" w:eastAsia="Liberation Sans"/>
          <w:color w:val="20262E"/>
          <w:sz w:val="17"/>
        </w:rPr>
        <w:t>Directly reviewed - LHBC ministry-controlled archive</w:t>
      </w:r>
    </w:p>
    <w:p>
      <w:pPr>
        <w:pStyle w:val="Guidance"/>
      </w:pPr>
      <w:r>
        <w:rPr>
          <w:rFonts w:ascii="Liberation Sans" w:hAnsi="Liberation Sans" w:eastAsia="Liberation Sans"/>
          <w:b/>
          <w:color w:val="18324A"/>
          <w:sz w:val="17"/>
        </w:rPr>
        <w:t xml:space="preserve">Reviewed emphasis: </w:t>
      </w:r>
      <w:r>
        <w:rPr>
          <w:rFonts w:ascii="Liberation Sans" w:hAnsi="Liberation Sans" w:eastAsia="Liberation Sans"/>
          <w:color w:val="20262E"/>
          <w:sz w:val="17"/>
        </w:rPr>
        <w:t>Mind protection, armor, prayer in the Spirit, family prayer, truth, binding/loosing, and disciplined thought.</w:t>
      </w:r>
    </w:p>
    <w:p>
      <w:pPr>
        <w:pStyle w:val="Guidance"/>
      </w:pPr>
      <w:r>
        <w:rPr>
          <w:rFonts w:ascii="Liberation Sans" w:hAnsi="Liberation Sans" w:eastAsia="Liberation Sans"/>
          <w:b/>
          <w:color w:val="18324A"/>
          <w:sz w:val="17"/>
        </w:rPr>
        <w:t xml:space="preserve">Source IDs: </w:t>
      </w:r>
      <w:r>
        <w:rPr>
          <w:rFonts w:ascii="Liberation Sans" w:hAnsi="Liberation Sans" w:eastAsia="Liberation Sans"/>
          <w:color w:val="20262E"/>
          <w:sz w:val="17"/>
        </w:rPr>
        <w:t>S03</w:t>
      </w:r>
    </w:p>
    <w:p>
      <w:pPr>
        <w:pStyle w:val="Guidance"/>
      </w:pPr>
      <w:r>
        <w:rPr>
          <w:rFonts w:ascii="Liberation Sans" w:hAnsi="Liberation Sans" w:eastAsia="Liberation Sans"/>
          <w:b/>
          <w:color w:val="18324A"/>
          <w:sz w:val="17"/>
        </w:rPr>
        <w:t xml:space="preserve">Scriptures surfaced: </w:t>
      </w:r>
      <w:r>
        <w:rPr>
          <w:rFonts w:ascii="Liberation Sans" w:hAnsi="Liberation Sans" w:eastAsia="Liberation Sans"/>
          <w:color w:val="20262E"/>
          <w:sz w:val="17"/>
        </w:rPr>
        <w:t>1 Corinthians 2:16; Ephesians 6:10-18; 2 Timothy 1:7; Hebrews 1:14; Proverbs 13:22; Ecclesiastes 6:2; Job 27:16-17; Proverbs 10:4; John 6:29; Luke 21:19; John 8:32.</w:t>
      </w:r>
    </w:p>
    <w:p>
      <w:pPr>
        <w:pStyle w:val="Guidance"/>
      </w:pPr>
      <w:r>
        <w:rPr>
          <w:rFonts w:ascii="Liberation Sans" w:hAnsi="Liberation Sans" w:eastAsia="Liberation Sans"/>
          <w:b/>
          <w:color w:val="18324A"/>
          <w:sz w:val="17"/>
        </w:rPr>
        <w:t xml:space="preserve">Editorial evaluation: </w:t>
      </w:r>
      <w:r>
        <w:rPr>
          <w:rFonts w:ascii="Liberation Sans" w:hAnsi="Liberation Sans" w:eastAsia="Liberation Sans"/>
          <w:color w:val="20262E"/>
          <w:sz w:val="17"/>
        </w:rPr>
        <w:t>Useful mind and family emphasis. 'Twenty-one spirits of God' and loosing-spirit terminology are labeled as interpretive constructs.</w:t>
      </w:r>
    </w:p>
    <w:p>
      <w:pPr>
        <w:pStyle w:val="Heading2"/>
        <w:keepNext/>
        <w:pBdr>
          <w:bottom w:val="single" w:sz="4" w:space="1" w:color="A67833"/>
        </w:pBdr>
      </w:pPr>
      <w:r>
        <w:t>Phillip Morris</w:t>
      </w:r>
    </w:p>
    <w:p>
      <w:pPr>
        <w:pStyle w:val="Guidance"/>
      </w:pPr>
      <w:r>
        <w:rPr>
          <w:rFonts w:ascii="Liberation Sans" w:hAnsi="Liberation Sans" w:eastAsia="Liberation Sans"/>
          <w:b/>
          <w:color w:val="18324A"/>
          <w:sz w:val="17"/>
        </w:rPr>
        <w:t xml:space="preserve">Research status: </w:t>
      </w:r>
      <w:r>
        <w:rPr>
          <w:rFonts w:ascii="Liberation Sans" w:hAnsi="Liberation Sans" w:eastAsia="Liberation Sans"/>
          <w:color w:val="20262E"/>
          <w:sz w:val="17"/>
        </w:rPr>
        <w:t>Directly reviewed - LHBC ministry-controlled archive</w:t>
      </w:r>
    </w:p>
    <w:p>
      <w:pPr>
        <w:pStyle w:val="Guidance"/>
      </w:pPr>
      <w:r>
        <w:rPr>
          <w:rFonts w:ascii="Liberation Sans" w:hAnsi="Liberation Sans" w:eastAsia="Liberation Sans"/>
          <w:b/>
          <w:color w:val="18324A"/>
          <w:sz w:val="17"/>
        </w:rPr>
        <w:t xml:space="preserve">Reviewed emphasis: </w:t>
      </w:r>
      <w:r>
        <w:rPr>
          <w:rFonts w:ascii="Liberation Sans" w:hAnsi="Liberation Sans" w:eastAsia="Liberation Sans"/>
          <w:color w:val="20262E"/>
          <w:sz w:val="17"/>
        </w:rPr>
        <w:t>Repentance, rebellion, curses, direct deliverance, subconscious mind, and multiple-personality claims.</w:t>
      </w:r>
    </w:p>
    <w:p>
      <w:pPr>
        <w:pStyle w:val="Guidance"/>
      </w:pPr>
      <w:r>
        <w:rPr>
          <w:rFonts w:ascii="Liberation Sans" w:hAnsi="Liberation Sans" w:eastAsia="Liberation Sans"/>
          <w:b/>
          <w:color w:val="18324A"/>
          <w:sz w:val="17"/>
        </w:rPr>
        <w:t xml:space="preserve">Source IDs: </w:t>
      </w:r>
      <w:r>
        <w:rPr>
          <w:rFonts w:ascii="Liberation Sans" w:hAnsi="Liberation Sans" w:eastAsia="Liberation Sans"/>
          <w:color w:val="20262E"/>
          <w:sz w:val="17"/>
        </w:rPr>
        <w:t>S05</w:t>
      </w:r>
    </w:p>
    <w:p>
      <w:pPr>
        <w:pStyle w:val="Guidance"/>
      </w:pPr>
      <w:r>
        <w:rPr>
          <w:rFonts w:ascii="Liberation Sans" w:hAnsi="Liberation Sans" w:eastAsia="Liberation Sans"/>
          <w:b/>
          <w:color w:val="18324A"/>
          <w:sz w:val="17"/>
        </w:rPr>
        <w:t xml:space="preserve">Scriptures surfaced: </w:t>
      </w:r>
      <w:r>
        <w:rPr>
          <w:rFonts w:ascii="Liberation Sans" w:hAnsi="Liberation Sans" w:eastAsia="Liberation Sans"/>
          <w:color w:val="20262E"/>
          <w:sz w:val="17"/>
        </w:rPr>
        <w:t>The reviewed catalog summary does not print a complete Scripture list.</w:t>
      </w:r>
    </w:p>
    <w:p>
      <w:pPr>
        <w:pStyle w:val="Guidance"/>
      </w:pPr>
      <w:r>
        <w:rPr>
          <w:rFonts w:ascii="Liberation Sans" w:hAnsi="Liberation Sans" w:eastAsia="Liberation Sans"/>
          <w:b/>
          <w:color w:val="18324A"/>
          <w:sz w:val="17"/>
        </w:rPr>
        <w:t xml:space="preserve">Editorial evaluation: </w:t>
      </w:r>
      <w:r>
        <w:rPr>
          <w:rFonts w:ascii="Liberation Sans" w:hAnsi="Liberation Sans" w:eastAsia="Liberation Sans"/>
          <w:color w:val="20262E"/>
          <w:sz w:val="17"/>
        </w:rPr>
        <w:t>His equation of MPD/DID presentations with evil spirits is not accepted as clinical fact. Ministry must be trauma-informed and coordinated with licensed care.</w:t>
      </w:r>
    </w:p>
    <w:p>
      <w:pPr>
        <w:pStyle w:val="Heading2"/>
        <w:keepNext/>
        <w:pBdr>
          <w:bottom w:val="single" w:sz="4" w:space="1" w:color="A67833"/>
        </w:pBdr>
      </w:pPr>
      <w:r>
        <w:t>Gene and Earline Moody</w:t>
      </w:r>
    </w:p>
    <w:p>
      <w:pPr>
        <w:pStyle w:val="Guidance"/>
      </w:pPr>
      <w:r>
        <w:rPr>
          <w:rFonts w:ascii="Liberation Sans" w:hAnsi="Liberation Sans" w:eastAsia="Liberation Sans"/>
          <w:b/>
          <w:color w:val="18324A"/>
          <w:sz w:val="17"/>
        </w:rPr>
        <w:t xml:space="preserve">Research status: </w:t>
      </w:r>
      <w:r>
        <w:rPr>
          <w:rFonts w:ascii="Liberation Sans" w:hAnsi="Liberation Sans" w:eastAsia="Liberation Sans"/>
          <w:color w:val="20262E"/>
          <w:sz w:val="17"/>
        </w:rPr>
        <w:t>Directly reviewed - LHBC manual index and prayer chapter</w:t>
      </w:r>
    </w:p>
    <w:p>
      <w:pPr>
        <w:pStyle w:val="Guidance"/>
      </w:pPr>
      <w:r>
        <w:rPr>
          <w:rFonts w:ascii="Liberation Sans" w:hAnsi="Liberation Sans" w:eastAsia="Liberation Sans"/>
          <w:b/>
          <w:color w:val="18324A"/>
          <w:sz w:val="17"/>
        </w:rPr>
        <w:t xml:space="preserve">Reviewed emphasis: </w:t>
      </w:r>
      <w:r>
        <w:rPr>
          <w:rFonts w:ascii="Liberation Sans" w:hAnsi="Liberation Sans" w:eastAsia="Liberation Sans"/>
          <w:color w:val="20262E"/>
          <w:sz w:val="17"/>
        </w:rPr>
        <w:t>Large topical manual: general warfare, fear, pride, rebellion, lust, unbelief, rejection, occult, curses, house cleansing, mass ministry, and maintenance.</w:t>
      </w:r>
    </w:p>
    <w:p>
      <w:pPr>
        <w:pStyle w:val="Guidance"/>
      </w:pPr>
      <w:r>
        <w:rPr>
          <w:rFonts w:ascii="Liberation Sans" w:hAnsi="Liberation Sans" w:eastAsia="Liberation Sans"/>
          <w:b/>
          <w:color w:val="18324A"/>
          <w:sz w:val="17"/>
        </w:rPr>
        <w:t xml:space="preserve">Source IDs: </w:t>
      </w:r>
      <w:r>
        <w:rPr>
          <w:rFonts w:ascii="Liberation Sans" w:hAnsi="Liberation Sans" w:eastAsia="Liberation Sans"/>
          <w:color w:val="20262E"/>
          <w:sz w:val="17"/>
        </w:rPr>
        <w:t>S06, S07</w:t>
      </w:r>
    </w:p>
    <w:p>
      <w:pPr>
        <w:pStyle w:val="Guidance"/>
      </w:pPr>
      <w:r>
        <w:rPr>
          <w:rFonts w:ascii="Liberation Sans" w:hAnsi="Liberation Sans" w:eastAsia="Liberation Sans"/>
          <w:b/>
          <w:color w:val="18324A"/>
          <w:sz w:val="17"/>
        </w:rPr>
        <w:t xml:space="preserve">Scriptures surfaced: </w:t>
      </w:r>
      <w:r>
        <w:rPr>
          <w:rFonts w:ascii="Liberation Sans" w:hAnsi="Liberation Sans" w:eastAsia="Liberation Sans"/>
          <w:color w:val="20262E"/>
          <w:sz w:val="17"/>
        </w:rPr>
        <w:t>Proverbs 18:10; Mark 16:17; Luke 10:19; 2 Corinthians 10:3-5; Ephesians 6:10-18; James 4:7; 1 John 4:4-14; Revelation 12:11, plus the extended topical concordance.</w:t>
      </w:r>
    </w:p>
    <w:p>
      <w:pPr>
        <w:pStyle w:val="Guidance"/>
      </w:pPr>
      <w:r>
        <w:rPr>
          <w:rFonts w:ascii="Liberation Sans" w:hAnsi="Liberation Sans" w:eastAsia="Liberation Sans"/>
          <w:b/>
          <w:color w:val="18324A"/>
          <w:sz w:val="17"/>
        </w:rPr>
        <w:t xml:space="preserve">Editorial evaluation: </w:t>
      </w:r>
      <w:r>
        <w:rPr>
          <w:rFonts w:ascii="Liberation Sans" w:hAnsi="Liberation Sans" w:eastAsia="Liberation Sans"/>
          <w:color w:val="20262E"/>
          <w:sz w:val="17"/>
        </w:rPr>
        <w:t>Valuable as a historical topical index. Diagnostic and 'legal right' language is separated from explicit Scripture.</w:t>
      </w:r>
    </w:p>
    <w:p>
      <w:pPr>
        <w:pStyle w:val="Heading2"/>
        <w:keepNext/>
        <w:pBdr>
          <w:bottom w:val="single" w:sz="4" w:space="1" w:color="A67833"/>
        </w:pBdr>
      </w:pPr>
      <w:r>
        <w:t>Bill Subritzky</w:t>
      </w:r>
    </w:p>
    <w:p>
      <w:pPr>
        <w:pStyle w:val="Guidance"/>
      </w:pPr>
      <w:r>
        <w:rPr>
          <w:rFonts w:ascii="Liberation Sans" w:hAnsi="Liberation Sans" w:eastAsia="Liberation Sans"/>
          <w:b/>
          <w:color w:val="18324A"/>
          <w:sz w:val="17"/>
        </w:rPr>
        <w:t xml:space="preserve">Research status: </w:t>
      </w:r>
      <w:r>
        <w:rPr>
          <w:rFonts w:ascii="Liberation Sans" w:hAnsi="Liberation Sans" w:eastAsia="Liberation Sans"/>
          <w:color w:val="20262E"/>
          <w:sz w:val="17"/>
        </w:rPr>
        <w:t>Reviewed at official ministry-resource level</w:t>
      </w:r>
    </w:p>
    <w:p>
      <w:pPr>
        <w:pStyle w:val="Guidance"/>
      </w:pPr>
      <w:r>
        <w:rPr>
          <w:rFonts w:ascii="Liberation Sans" w:hAnsi="Liberation Sans" w:eastAsia="Liberation Sans"/>
          <w:b/>
          <w:color w:val="18324A"/>
          <w:sz w:val="17"/>
        </w:rPr>
        <w:t xml:space="preserve">Reviewed emphasis: </w:t>
      </w:r>
      <w:r>
        <w:rPr>
          <w:rFonts w:ascii="Liberation Sans" w:hAnsi="Liberation Sans" w:eastAsia="Liberation Sans"/>
          <w:color w:val="20262E"/>
          <w:sz w:val="17"/>
        </w:rPr>
        <w:t>Authority in Christ, Holy Spirit power, yielding to Christ, healing and deliverance, forgiveness and relational keys.</w:t>
      </w:r>
    </w:p>
    <w:p>
      <w:pPr>
        <w:pStyle w:val="Guidance"/>
      </w:pPr>
      <w:r>
        <w:rPr>
          <w:rFonts w:ascii="Liberation Sans" w:hAnsi="Liberation Sans" w:eastAsia="Liberation Sans"/>
          <w:b/>
          <w:color w:val="18324A"/>
          <w:sz w:val="17"/>
        </w:rPr>
        <w:t xml:space="preserve">Source IDs: </w:t>
      </w:r>
      <w:r>
        <w:rPr>
          <w:rFonts w:ascii="Liberation Sans" w:hAnsi="Liberation Sans" w:eastAsia="Liberation Sans"/>
          <w:color w:val="20262E"/>
          <w:sz w:val="17"/>
        </w:rPr>
        <w:t>S14</w:t>
      </w:r>
    </w:p>
    <w:p>
      <w:pPr>
        <w:pStyle w:val="Guidance"/>
      </w:pPr>
      <w:r>
        <w:rPr>
          <w:rFonts w:ascii="Liberation Sans" w:hAnsi="Liberation Sans" w:eastAsia="Liberation Sans"/>
          <w:b/>
          <w:color w:val="18324A"/>
          <w:sz w:val="17"/>
        </w:rPr>
        <w:t xml:space="preserve">Scriptures surfaced: </w:t>
      </w:r>
      <w:r>
        <w:rPr>
          <w:rFonts w:ascii="Liberation Sans" w:hAnsi="Liberation Sans" w:eastAsia="Liberation Sans"/>
          <w:color w:val="20262E"/>
          <w:sz w:val="17"/>
        </w:rPr>
        <w:t>Exact references were not printed on the reviewed landing page.</w:t>
      </w:r>
    </w:p>
    <w:p>
      <w:pPr>
        <w:pStyle w:val="Guidance"/>
      </w:pPr>
      <w:r>
        <w:rPr>
          <w:rFonts w:ascii="Liberation Sans" w:hAnsi="Liberation Sans" w:eastAsia="Liberation Sans"/>
          <w:b/>
          <w:color w:val="18324A"/>
          <w:sz w:val="17"/>
        </w:rPr>
        <w:t xml:space="preserve">Editorial evaluation: </w:t>
      </w:r>
      <w:r>
        <w:rPr>
          <w:rFonts w:ascii="Liberation Sans" w:hAnsi="Liberation Sans" w:eastAsia="Liberation Sans"/>
          <w:color w:val="20262E"/>
          <w:sz w:val="17"/>
        </w:rPr>
        <w:t>Theme-level attribution only in this edition.</w:t>
      </w:r>
    </w:p>
    <w:p>
      <w:pPr>
        <w:pStyle w:val="Heading2"/>
        <w:keepNext/>
        <w:pBdr>
          <w:bottom w:val="single" w:sz="4" w:space="1" w:color="A67833"/>
        </w:pBdr>
      </w:pPr>
      <w:r>
        <w:t>Peter Horrobin</w:t>
      </w:r>
    </w:p>
    <w:p>
      <w:pPr>
        <w:pStyle w:val="Guidance"/>
      </w:pPr>
      <w:r>
        <w:rPr>
          <w:rFonts w:ascii="Liberation Sans" w:hAnsi="Liberation Sans" w:eastAsia="Liberation Sans"/>
          <w:b/>
          <w:color w:val="18324A"/>
          <w:sz w:val="17"/>
        </w:rPr>
        <w:t xml:space="preserve">Research status: </w:t>
      </w:r>
      <w:r>
        <w:rPr>
          <w:rFonts w:ascii="Liberation Sans" w:hAnsi="Liberation Sans" w:eastAsia="Liberation Sans"/>
          <w:color w:val="20262E"/>
          <w:sz w:val="17"/>
        </w:rPr>
        <w:t>Reviewed at official ministry/publisher level</w:t>
      </w:r>
    </w:p>
    <w:p>
      <w:pPr>
        <w:pStyle w:val="Guidance"/>
      </w:pPr>
      <w:r>
        <w:rPr>
          <w:rFonts w:ascii="Liberation Sans" w:hAnsi="Liberation Sans" w:eastAsia="Liberation Sans"/>
          <w:b/>
          <w:color w:val="18324A"/>
          <w:sz w:val="17"/>
        </w:rPr>
        <w:t xml:space="preserve">Reviewed emphasis: </w:t>
      </w:r>
      <w:r>
        <w:rPr>
          <w:rFonts w:ascii="Liberation Sans" w:hAnsi="Liberation Sans" w:eastAsia="Liberation Sans"/>
          <w:color w:val="20262E"/>
          <w:sz w:val="17"/>
        </w:rPr>
        <w:t>Scriptural foundation, Great Commission, discipleship, safe practice, healing/deliverance, and land/building ministry.</w:t>
      </w:r>
    </w:p>
    <w:p>
      <w:pPr>
        <w:pStyle w:val="Guidance"/>
      </w:pPr>
      <w:r>
        <w:rPr>
          <w:rFonts w:ascii="Liberation Sans" w:hAnsi="Liberation Sans" w:eastAsia="Liberation Sans"/>
          <w:b/>
          <w:color w:val="18324A"/>
          <w:sz w:val="17"/>
        </w:rPr>
        <w:t xml:space="preserve">Source IDs: </w:t>
      </w:r>
      <w:r>
        <w:rPr>
          <w:rFonts w:ascii="Liberation Sans" w:hAnsi="Liberation Sans" w:eastAsia="Liberation Sans"/>
          <w:color w:val="20262E"/>
          <w:sz w:val="17"/>
        </w:rPr>
        <w:t>S15</w:t>
      </w:r>
    </w:p>
    <w:p>
      <w:pPr>
        <w:pStyle w:val="Guidance"/>
      </w:pPr>
      <w:r>
        <w:rPr>
          <w:rFonts w:ascii="Liberation Sans" w:hAnsi="Liberation Sans" w:eastAsia="Liberation Sans"/>
          <w:b/>
          <w:color w:val="18324A"/>
          <w:sz w:val="17"/>
        </w:rPr>
        <w:t xml:space="preserve">Scriptures surfaced: </w:t>
      </w:r>
      <w:r>
        <w:rPr>
          <w:rFonts w:ascii="Liberation Sans" w:hAnsi="Liberation Sans" w:eastAsia="Liberation Sans"/>
          <w:color w:val="20262E"/>
          <w:sz w:val="17"/>
        </w:rPr>
        <w:t>Exact references were not printed on the reviewed product page.</w:t>
      </w:r>
    </w:p>
    <w:p>
      <w:pPr>
        <w:pStyle w:val="Guidance"/>
      </w:pPr>
      <w:r>
        <w:rPr>
          <w:rFonts w:ascii="Liberation Sans" w:hAnsi="Liberation Sans" w:eastAsia="Liberation Sans"/>
          <w:b/>
          <w:color w:val="18324A"/>
          <w:sz w:val="17"/>
        </w:rPr>
        <w:t xml:space="preserve">Editorial evaluation: </w:t>
      </w:r>
      <w:r>
        <w:rPr>
          <w:rFonts w:ascii="Liberation Sans" w:hAnsi="Liberation Sans" w:eastAsia="Liberation Sans"/>
          <w:color w:val="20262E"/>
          <w:sz w:val="17"/>
        </w:rPr>
        <w:t>Strong safe-practice emphasis; land/building cleansing remains a later model, not a universal biblical command.</w:t>
      </w:r>
    </w:p>
    <w:p>
      <w:pPr>
        <w:pStyle w:val="Heading2"/>
        <w:keepNext/>
        <w:pBdr>
          <w:bottom w:val="single" w:sz="4" w:space="1" w:color="A67833"/>
        </w:pBdr>
      </w:pPr>
      <w:r>
        <w:t>Neil T. Anderson</w:t>
      </w:r>
    </w:p>
    <w:p>
      <w:pPr>
        <w:pStyle w:val="Guidance"/>
      </w:pPr>
      <w:r>
        <w:rPr>
          <w:rFonts w:ascii="Liberation Sans" w:hAnsi="Liberation Sans" w:eastAsia="Liberation Sans"/>
          <w:b/>
          <w:color w:val="18324A"/>
          <w:sz w:val="17"/>
        </w:rPr>
        <w:t xml:space="preserve">Research status: </w:t>
      </w:r>
      <w:r>
        <w:rPr>
          <w:rFonts w:ascii="Liberation Sans" w:hAnsi="Liberation Sans" w:eastAsia="Liberation Sans"/>
          <w:color w:val="20262E"/>
          <w:sz w:val="17"/>
        </w:rPr>
        <w:t>Reviewed at official ministry-stream level</w:t>
      </w:r>
    </w:p>
    <w:p>
      <w:pPr>
        <w:pStyle w:val="Guidance"/>
      </w:pPr>
      <w:r>
        <w:rPr>
          <w:rFonts w:ascii="Liberation Sans" w:hAnsi="Liberation Sans" w:eastAsia="Liberation Sans"/>
          <w:b/>
          <w:color w:val="18324A"/>
          <w:sz w:val="17"/>
        </w:rPr>
        <w:t xml:space="preserve">Reviewed emphasis: </w:t>
      </w:r>
      <w:r>
        <w:rPr>
          <w:rFonts w:ascii="Liberation Sans" w:hAnsi="Liberation Sans" w:eastAsia="Liberation Sans"/>
          <w:color w:val="20262E"/>
          <w:sz w:val="17"/>
        </w:rPr>
        <w:t>Identity in Christ, truth, mental strongholds, forgiveness, repentance, submission/resistance, authority, and discipleship.</w:t>
      </w:r>
    </w:p>
    <w:p>
      <w:pPr>
        <w:pStyle w:val="Guidance"/>
      </w:pPr>
      <w:r>
        <w:rPr>
          <w:rFonts w:ascii="Liberation Sans" w:hAnsi="Liberation Sans" w:eastAsia="Liberation Sans"/>
          <w:b/>
          <w:color w:val="18324A"/>
          <w:sz w:val="17"/>
        </w:rPr>
        <w:t xml:space="preserve">Source IDs: </w:t>
      </w:r>
      <w:r>
        <w:rPr>
          <w:rFonts w:ascii="Liberation Sans" w:hAnsi="Liberation Sans" w:eastAsia="Liberation Sans"/>
          <w:color w:val="20262E"/>
          <w:sz w:val="17"/>
        </w:rPr>
        <w:t>S16</w:t>
      </w:r>
    </w:p>
    <w:p>
      <w:pPr>
        <w:pStyle w:val="Guidance"/>
      </w:pPr>
      <w:r>
        <w:rPr>
          <w:rFonts w:ascii="Liberation Sans" w:hAnsi="Liberation Sans" w:eastAsia="Liberation Sans"/>
          <w:b/>
          <w:color w:val="18324A"/>
          <w:sz w:val="17"/>
        </w:rPr>
        <w:t xml:space="preserve">Scriptures surfaced: </w:t>
      </w:r>
      <w:r>
        <w:rPr>
          <w:rFonts w:ascii="Liberation Sans" w:hAnsi="Liberation Sans" w:eastAsia="Liberation Sans"/>
          <w:color w:val="20262E"/>
          <w:sz w:val="17"/>
        </w:rPr>
        <w:t>James 4:7 and identity/renewal passages are central in reviewed official summaries.</w:t>
      </w:r>
    </w:p>
    <w:p>
      <w:pPr>
        <w:pStyle w:val="Guidance"/>
      </w:pPr>
      <w:r>
        <w:rPr>
          <w:rFonts w:ascii="Liberation Sans" w:hAnsi="Liberation Sans" w:eastAsia="Liberation Sans"/>
          <w:b/>
          <w:color w:val="18324A"/>
          <w:sz w:val="17"/>
        </w:rPr>
        <w:t xml:space="preserve">Editorial evaluation: </w:t>
      </w:r>
      <w:r>
        <w:rPr>
          <w:rFonts w:ascii="Liberation Sans" w:hAnsi="Liberation Sans" w:eastAsia="Liberation Sans"/>
          <w:color w:val="20262E"/>
          <w:sz w:val="17"/>
        </w:rPr>
        <w:t>Useful truth/identity/discipleship balance; exact source extraction remains an expansion task.</w:t>
      </w:r>
    </w:p>
    <w:p>
      <w:pPr>
        <w:pStyle w:val="Heading2"/>
        <w:keepNext/>
        <w:pBdr>
          <w:bottom w:val="single" w:sz="4" w:space="1" w:color="A67833"/>
        </w:pBdr>
      </w:pPr>
      <w:r>
        <w:t>Mike Connell</w:t>
      </w:r>
    </w:p>
    <w:p>
      <w:pPr>
        <w:pStyle w:val="Guidance"/>
      </w:pPr>
      <w:r>
        <w:rPr>
          <w:rFonts w:ascii="Liberation Sans" w:hAnsi="Liberation Sans" w:eastAsia="Liberation Sans"/>
          <w:b/>
          <w:color w:val="18324A"/>
          <w:sz w:val="17"/>
        </w:rPr>
        <w:t xml:space="preserve">Research status: </w:t>
      </w:r>
      <w:r>
        <w:rPr>
          <w:rFonts w:ascii="Liberation Sans" w:hAnsi="Liberation Sans" w:eastAsia="Liberation Sans"/>
          <w:color w:val="20262E"/>
          <w:sz w:val="17"/>
        </w:rPr>
        <w:t>Reviewed at official ministry-resource level</w:t>
      </w:r>
    </w:p>
    <w:p>
      <w:pPr>
        <w:pStyle w:val="Guidance"/>
      </w:pPr>
      <w:r>
        <w:rPr>
          <w:rFonts w:ascii="Liberation Sans" w:hAnsi="Liberation Sans" w:eastAsia="Liberation Sans"/>
          <w:b/>
          <w:color w:val="18324A"/>
          <w:sz w:val="17"/>
        </w:rPr>
        <w:t xml:space="preserve">Reviewed emphasis: </w:t>
      </w:r>
      <w:r>
        <w:rPr>
          <w:rFonts w:ascii="Liberation Sans" w:hAnsi="Liberation Sans" w:eastAsia="Liberation Sans"/>
          <w:color w:val="20262E"/>
          <w:sz w:val="17"/>
        </w:rPr>
        <w:t>Entry, curses, bondages, direct commands, wounded heart, beliefs, discernment, house prayer, and aftercare through Word and prayer.</w:t>
      </w:r>
    </w:p>
    <w:p>
      <w:pPr>
        <w:pStyle w:val="Guidance"/>
      </w:pPr>
      <w:r>
        <w:rPr>
          <w:rFonts w:ascii="Liberation Sans" w:hAnsi="Liberation Sans" w:eastAsia="Liberation Sans"/>
          <w:b/>
          <w:color w:val="18324A"/>
          <w:sz w:val="17"/>
        </w:rPr>
        <w:t xml:space="preserve">Source IDs: </w:t>
      </w:r>
      <w:r>
        <w:rPr>
          <w:rFonts w:ascii="Liberation Sans" w:hAnsi="Liberation Sans" w:eastAsia="Liberation Sans"/>
          <w:color w:val="20262E"/>
          <w:sz w:val="17"/>
        </w:rPr>
        <w:t>S17</w:t>
      </w:r>
    </w:p>
    <w:p>
      <w:pPr>
        <w:pStyle w:val="Guidance"/>
      </w:pPr>
      <w:r>
        <w:rPr>
          <w:rFonts w:ascii="Liberation Sans" w:hAnsi="Liberation Sans" w:eastAsia="Liberation Sans"/>
          <w:b/>
          <w:color w:val="18324A"/>
          <w:sz w:val="17"/>
        </w:rPr>
        <w:t xml:space="preserve">Scriptures surfaced: </w:t>
      </w:r>
      <w:r>
        <w:rPr>
          <w:rFonts w:ascii="Liberation Sans" w:hAnsi="Liberation Sans" w:eastAsia="Liberation Sans"/>
          <w:color w:val="20262E"/>
          <w:sz w:val="17"/>
        </w:rPr>
        <w:t>Exact references await transcript-level extraction.</w:t>
      </w:r>
    </w:p>
    <w:p>
      <w:pPr>
        <w:pStyle w:val="Guidance"/>
      </w:pPr>
      <w:r>
        <w:rPr>
          <w:rFonts w:ascii="Liberation Sans" w:hAnsi="Liberation Sans" w:eastAsia="Liberation Sans"/>
          <w:b/>
          <w:color w:val="18324A"/>
          <w:sz w:val="17"/>
        </w:rPr>
        <w:t xml:space="preserve">Editorial evaluation: </w:t>
      </w:r>
      <w:r>
        <w:rPr>
          <w:rFonts w:ascii="Liberation Sans" w:hAnsi="Liberation Sans" w:eastAsia="Liberation Sans"/>
          <w:color w:val="20262E"/>
          <w:sz w:val="17"/>
        </w:rPr>
        <w:t>Theme-level attribution only; avoid converting experiential categories into diagnoses.</w:t>
      </w:r>
    </w:p>
    <w:p>
      <w:pPr>
        <w:pStyle w:val="Heading2"/>
        <w:keepNext/>
        <w:pBdr>
          <w:bottom w:val="single" w:sz="4" w:space="1" w:color="A67833"/>
        </w:pBdr>
      </w:pPr>
      <w:r>
        <w:t>Ed Murphy</w:t>
      </w:r>
    </w:p>
    <w:p>
      <w:pPr>
        <w:pStyle w:val="Guidance"/>
      </w:pPr>
      <w:r>
        <w:rPr>
          <w:rFonts w:ascii="Liberation Sans" w:hAnsi="Liberation Sans" w:eastAsia="Liberation Sans"/>
          <w:b/>
          <w:color w:val="18324A"/>
          <w:sz w:val="17"/>
        </w:rPr>
        <w:t xml:space="preserve">Research status: </w:t>
      </w:r>
      <w:r>
        <w:rPr>
          <w:rFonts w:ascii="Liberation Sans" w:hAnsi="Liberation Sans" w:eastAsia="Liberation Sans"/>
          <w:color w:val="20262E"/>
          <w:sz w:val="17"/>
        </w:rPr>
        <w:t>Reviewed at publisher-description level</w:t>
      </w:r>
    </w:p>
    <w:p>
      <w:pPr>
        <w:pStyle w:val="Guidance"/>
      </w:pPr>
      <w:r>
        <w:rPr>
          <w:rFonts w:ascii="Liberation Sans" w:hAnsi="Liberation Sans" w:eastAsia="Liberation Sans"/>
          <w:b/>
          <w:color w:val="18324A"/>
          <w:sz w:val="17"/>
        </w:rPr>
        <w:t xml:space="preserve">Reviewed emphasis: </w:t>
      </w:r>
      <w:r>
        <w:rPr>
          <w:rFonts w:ascii="Liberation Sans" w:hAnsi="Liberation Sans" w:eastAsia="Liberation Sans"/>
          <w:color w:val="20262E"/>
          <w:sz w:val="17"/>
        </w:rPr>
        <w:t>World, flesh, and devil; biblical/theological foundations; practical ministry; dangers and pitfalls.</w:t>
      </w:r>
    </w:p>
    <w:p>
      <w:pPr>
        <w:pStyle w:val="Guidance"/>
      </w:pPr>
      <w:r>
        <w:rPr>
          <w:rFonts w:ascii="Liberation Sans" w:hAnsi="Liberation Sans" w:eastAsia="Liberation Sans"/>
          <w:b/>
          <w:color w:val="18324A"/>
          <w:sz w:val="17"/>
        </w:rPr>
        <w:t xml:space="preserve">Source IDs: </w:t>
      </w:r>
      <w:r>
        <w:rPr>
          <w:rFonts w:ascii="Liberation Sans" w:hAnsi="Liberation Sans" w:eastAsia="Liberation Sans"/>
          <w:color w:val="20262E"/>
          <w:sz w:val="17"/>
        </w:rPr>
        <w:t>S18</w:t>
      </w:r>
    </w:p>
    <w:p>
      <w:pPr>
        <w:pStyle w:val="Guidance"/>
      </w:pPr>
      <w:r>
        <w:rPr>
          <w:rFonts w:ascii="Liberation Sans" w:hAnsi="Liberation Sans" w:eastAsia="Liberation Sans"/>
          <w:b/>
          <w:color w:val="18324A"/>
          <w:sz w:val="17"/>
        </w:rPr>
        <w:t xml:space="preserve">Scriptures surfaced: </w:t>
      </w:r>
      <w:r>
        <w:rPr>
          <w:rFonts w:ascii="Liberation Sans" w:hAnsi="Liberation Sans" w:eastAsia="Liberation Sans"/>
          <w:color w:val="20262E"/>
          <w:sz w:val="17"/>
        </w:rPr>
        <w:t>Exact references were not printed in the reviewed description.</w:t>
      </w:r>
    </w:p>
    <w:p>
      <w:pPr>
        <w:pStyle w:val="Guidance"/>
      </w:pPr>
      <w:r>
        <w:rPr>
          <w:rFonts w:ascii="Liberation Sans" w:hAnsi="Liberation Sans" w:eastAsia="Liberation Sans"/>
          <w:b/>
          <w:color w:val="18324A"/>
          <w:sz w:val="17"/>
        </w:rPr>
        <w:t xml:space="preserve">Editorial evaluation: </w:t>
      </w:r>
      <w:r>
        <w:rPr>
          <w:rFonts w:ascii="Liberation Sans" w:hAnsi="Liberation Sans" w:eastAsia="Liberation Sans"/>
          <w:color w:val="20262E"/>
          <w:sz w:val="17"/>
        </w:rPr>
        <w:t>Included as a broad evangelical control against demon-only explanations.</w:t>
      </w:r>
    </w:p>
    <w:p>
      <w:pPr>
        <w:pStyle w:val="Heading2"/>
        <w:keepNext/>
        <w:pBdr>
          <w:bottom w:val="single" w:sz="4" w:space="1" w:color="A67833"/>
        </w:pBdr>
      </w:pPr>
      <w:r>
        <w:t>Charles H. Kraft</w:t>
      </w:r>
    </w:p>
    <w:p>
      <w:pPr>
        <w:pStyle w:val="Guidance"/>
      </w:pPr>
      <w:r>
        <w:rPr>
          <w:rFonts w:ascii="Liberation Sans" w:hAnsi="Liberation Sans" w:eastAsia="Liberation Sans"/>
          <w:b/>
          <w:color w:val="18324A"/>
          <w:sz w:val="17"/>
        </w:rPr>
        <w:t xml:space="preserve">Research status: </w:t>
      </w:r>
      <w:r>
        <w:rPr>
          <w:rFonts w:ascii="Liberation Sans" w:hAnsi="Liberation Sans" w:eastAsia="Liberation Sans"/>
          <w:color w:val="20262E"/>
          <w:sz w:val="17"/>
        </w:rPr>
        <w:t>Reviewed at publisher-description level</w:t>
      </w:r>
    </w:p>
    <w:p>
      <w:pPr>
        <w:pStyle w:val="Guidance"/>
      </w:pPr>
      <w:r>
        <w:rPr>
          <w:rFonts w:ascii="Liberation Sans" w:hAnsi="Liberation Sans" w:eastAsia="Liberation Sans"/>
          <w:b/>
          <w:color w:val="18324A"/>
          <w:sz w:val="17"/>
        </w:rPr>
        <w:t xml:space="preserve">Reviewed emphasis: </w:t>
      </w:r>
      <w:r>
        <w:rPr>
          <w:rFonts w:ascii="Liberation Sans" w:hAnsi="Liberation Sans" w:eastAsia="Liberation Sans"/>
          <w:color w:val="20262E"/>
          <w:sz w:val="17"/>
        </w:rPr>
        <w:t>Authority, resisting oppression, psychological/spiritual differentiation, and counseling aftercare.</w:t>
      </w:r>
    </w:p>
    <w:p>
      <w:pPr>
        <w:pStyle w:val="Guidance"/>
      </w:pPr>
      <w:r>
        <w:rPr>
          <w:rFonts w:ascii="Liberation Sans" w:hAnsi="Liberation Sans" w:eastAsia="Liberation Sans"/>
          <w:b/>
          <w:color w:val="18324A"/>
          <w:sz w:val="17"/>
        </w:rPr>
        <w:t xml:space="preserve">Source IDs: </w:t>
      </w:r>
      <w:r>
        <w:rPr>
          <w:rFonts w:ascii="Liberation Sans" w:hAnsi="Liberation Sans" w:eastAsia="Liberation Sans"/>
          <w:color w:val="20262E"/>
          <w:sz w:val="17"/>
        </w:rPr>
        <w:t>S19</w:t>
      </w:r>
    </w:p>
    <w:p>
      <w:pPr>
        <w:pStyle w:val="Guidance"/>
      </w:pPr>
      <w:r>
        <w:rPr>
          <w:rFonts w:ascii="Liberation Sans" w:hAnsi="Liberation Sans" w:eastAsia="Liberation Sans"/>
          <w:b/>
          <w:color w:val="18324A"/>
          <w:sz w:val="17"/>
        </w:rPr>
        <w:t xml:space="preserve">Scriptures surfaced: </w:t>
      </w:r>
      <w:r>
        <w:rPr>
          <w:rFonts w:ascii="Liberation Sans" w:hAnsi="Liberation Sans" w:eastAsia="Liberation Sans"/>
          <w:color w:val="20262E"/>
          <w:sz w:val="17"/>
        </w:rPr>
        <w:t>Exact references were not printed in the reviewed description.</w:t>
      </w:r>
    </w:p>
    <w:p>
      <w:pPr>
        <w:pStyle w:val="Guidance"/>
      </w:pPr>
      <w:r>
        <w:rPr>
          <w:rFonts w:ascii="Liberation Sans" w:hAnsi="Liberation Sans" w:eastAsia="Liberation Sans"/>
          <w:b/>
          <w:color w:val="18324A"/>
          <w:sz w:val="17"/>
        </w:rPr>
        <w:t xml:space="preserve">Editorial evaluation: </w:t>
      </w:r>
      <w:r>
        <w:rPr>
          <w:rFonts w:ascii="Liberation Sans" w:hAnsi="Liberation Sans" w:eastAsia="Liberation Sans"/>
          <w:color w:val="20262E"/>
          <w:sz w:val="17"/>
        </w:rPr>
        <w:t>The counseling/aftercare and differential-assessment emphases are retained.</w:t>
      </w:r>
    </w:p>
    <w:p>
      <w:pPr>
        <w:pStyle w:val="Heading1"/>
        <w:keepNext/>
        <w:pageBreakBefore/>
        <w:pBdr>
          <w:bottom w:val="single" w:sz="8" w:space="2" w:color="A67833"/>
        </w:pBdr>
      </w:pPr>
      <w:r>
        <w:t>9. Interpretive Model Matrix</w:t>
      </w:r>
    </w:p>
    <w:p>
      <w:pPr>
        <w:pStyle w:val="SmallNote"/>
      </w:pPr>
      <w:r>
        <w:t>Direct text, responsible synthesis, later models, and disputed claims are kept distinct.</w:t>
      </w:r>
    </w:p>
    <w:p>
      <w:pPr>
        <w:pStyle w:val="Heading2"/>
        <w:spacing w:before="140" w:after="60"/>
        <w:keepNext/>
        <w:shd w:fill="EAF4EE"/>
      </w:pPr>
      <w:r>
        <w:rPr>
          <w:rFonts w:ascii="Liberation Sans" w:hAnsi="Liberation Sans" w:eastAsia="Liberation Sans"/>
          <w:b/>
          <w:color w:val="18324A"/>
          <w:sz w:val="23"/>
        </w:rPr>
        <w:t>Authority in Jesus' name</w:t>
      </w:r>
    </w:p>
    <w:p>
      <w:pPr>
        <w:pStyle w:val="Guidance"/>
      </w:pPr>
      <w:r>
        <w:rPr>
          <w:rFonts w:ascii="Liberation Sans" w:hAnsi="Liberation Sans" w:eastAsia="Liberation Sans"/>
          <w:b/>
          <w:color w:val="18324A"/>
          <w:sz w:val="17"/>
        </w:rPr>
        <w:t xml:space="preserve">Classification: </w:t>
      </w:r>
      <w:r>
        <w:rPr>
          <w:rFonts w:ascii="Liberation Sans" w:hAnsi="Liberation Sans" w:eastAsia="Liberation Sans"/>
          <w:color w:val="20262E"/>
          <w:sz w:val="17"/>
        </w:rPr>
        <w:t>Directly explicit</w:t>
      </w:r>
    </w:p>
    <w:p>
      <w:pPr>
        <w:pStyle w:val="Guidance"/>
      </w:pPr>
      <w:r>
        <w:rPr>
          <w:rFonts w:ascii="Liberation Sans" w:hAnsi="Liberation Sans" w:eastAsia="Liberation Sans"/>
          <w:b/>
          <w:color w:val="18324A"/>
          <w:sz w:val="17"/>
        </w:rPr>
        <w:t xml:space="preserve">Biblical anchors or controls: </w:t>
      </w:r>
      <w:r>
        <w:rPr>
          <w:rFonts w:ascii="Liberation Sans" w:hAnsi="Liberation Sans" w:eastAsia="Liberation Sans"/>
          <w:color w:val="20262E"/>
          <w:sz w:val="17"/>
        </w:rPr>
        <w:t>Matthew 10:1; Luke 9:1; Acts 16:18</w:t>
      </w:r>
    </w:p>
    <w:p>
      <w:pPr>
        <w:pStyle w:val="Guidance"/>
      </w:pPr>
      <w:r>
        <w:rPr>
          <w:rFonts w:ascii="Liberation Sans" w:hAnsi="Liberation Sans" w:eastAsia="Liberation Sans"/>
          <w:b/>
          <w:color w:val="18324A"/>
          <w:sz w:val="17"/>
        </w:rPr>
        <w:t xml:space="preserve">Evaluation: </w:t>
      </w:r>
      <w:r>
        <w:rPr>
          <w:rFonts w:ascii="Liberation Sans" w:hAnsi="Liberation Sans" w:eastAsia="Liberation Sans"/>
          <w:color w:val="20262E"/>
          <w:sz w:val="17"/>
        </w:rPr>
        <w:t>Use under Christ's lordship, with humility and consent.</w:t>
      </w:r>
    </w:p>
    <w:p>
      <w:pPr>
        <w:pStyle w:val="Heading2"/>
        <w:spacing w:before="140" w:after="60"/>
        <w:keepNext/>
        <w:shd w:fill="EAF4EE"/>
      </w:pPr>
      <w:r>
        <w:rPr>
          <w:rFonts w:ascii="Liberation Sans" w:hAnsi="Liberation Sans" w:eastAsia="Liberation Sans"/>
          <w:b/>
          <w:color w:val="18324A"/>
          <w:sz w:val="23"/>
        </w:rPr>
        <w:t>Armor of God</w:t>
      </w:r>
    </w:p>
    <w:p>
      <w:pPr>
        <w:pStyle w:val="Guidance"/>
      </w:pPr>
      <w:r>
        <w:rPr>
          <w:rFonts w:ascii="Liberation Sans" w:hAnsi="Liberation Sans" w:eastAsia="Liberation Sans"/>
          <w:b/>
          <w:color w:val="18324A"/>
          <w:sz w:val="17"/>
        </w:rPr>
        <w:t xml:space="preserve">Classification: </w:t>
      </w:r>
      <w:r>
        <w:rPr>
          <w:rFonts w:ascii="Liberation Sans" w:hAnsi="Liberation Sans" w:eastAsia="Liberation Sans"/>
          <w:color w:val="20262E"/>
          <w:sz w:val="17"/>
        </w:rPr>
        <w:t>Directly explicit</w:t>
      </w:r>
    </w:p>
    <w:p>
      <w:pPr>
        <w:pStyle w:val="Guidance"/>
      </w:pPr>
      <w:r>
        <w:rPr>
          <w:rFonts w:ascii="Liberation Sans" w:hAnsi="Liberation Sans" w:eastAsia="Liberation Sans"/>
          <w:b/>
          <w:color w:val="18324A"/>
          <w:sz w:val="17"/>
        </w:rPr>
        <w:t xml:space="preserve">Biblical anchors or controls: </w:t>
      </w:r>
      <w:r>
        <w:rPr>
          <w:rFonts w:ascii="Liberation Sans" w:hAnsi="Liberation Sans" w:eastAsia="Liberation Sans"/>
          <w:color w:val="20262E"/>
          <w:sz w:val="17"/>
        </w:rPr>
        <w:t>Ephesians 6:10-20</w:t>
      </w:r>
    </w:p>
    <w:p>
      <w:pPr>
        <w:pStyle w:val="Guidance"/>
      </w:pPr>
      <w:r>
        <w:rPr>
          <w:rFonts w:ascii="Liberation Sans" w:hAnsi="Liberation Sans" w:eastAsia="Liberation Sans"/>
          <w:b/>
          <w:color w:val="18324A"/>
          <w:sz w:val="17"/>
        </w:rPr>
        <w:t xml:space="preserve">Evaluation: </w:t>
      </w:r>
      <w:r>
        <w:rPr>
          <w:rFonts w:ascii="Liberation Sans" w:hAnsi="Liberation Sans" w:eastAsia="Liberation Sans"/>
          <w:color w:val="20262E"/>
          <w:sz w:val="17"/>
        </w:rPr>
        <w:t>A lived pattern of truth, righteousness, peace, faith, salvation, Word, and prayer.</w:t>
      </w:r>
    </w:p>
    <w:p>
      <w:pPr>
        <w:pStyle w:val="Heading2"/>
        <w:spacing w:before="140" w:after="60"/>
        <w:keepNext/>
        <w:shd w:fill="EAF4EE"/>
      </w:pPr>
      <w:r>
        <w:rPr>
          <w:rFonts w:ascii="Liberation Sans" w:hAnsi="Liberation Sans" w:eastAsia="Liberation Sans"/>
          <w:b/>
          <w:color w:val="18324A"/>
          <w:sz w:val="23"/>
        </w:rPr>
        <w:t>Submit to God and resist the devil</w:t>
      </w:r>
    </w:p>
    <w:p>
      <w:pPr>
        <w:pStyle w:val="Guidance"/>
      </w:pPr>
      <w:r>
        <w:rPr>
          <w:rFonts w:ascii="Liberation Sans" w:hAnsi="Liberation Sans" w:eastAsia="Liberation Sans"/>
          <w:b/>
          <w:color w:val="18324A"/>
          <w:sz w:val="17"/>
        </w:rPr>
        <w:t xml:space="preserve">Classification: </w:t>
      </w:r>
      <w:r>
        <w:rPr>
          <w:rFonts w:ascii="Liberation Sans" w:hAnsi="Liberation Sans" w:eastAsia="Liberation Sans"/>
          <w:color w:val="20262E"/>
          <w:sz w:val="17"/>
        </w:rPr>
        <w:t>Directly explicit</w:t>
      </w:r>
    </w:p>
    <w:p>
      <w:pPr>
        <w:pStyle w:val="Guidance"/>
      </w:pPr>
      <w:r>
        <w:rPr>
          <w:rFonts w:ascii="Liberation Sans" w:hAnsi="Liberation Sans" w:eastAsia="Liberation Sans"/>
          <w:b/>
          <w:color w:val="18324A"/>
          <w:sz w:val="17"/>
        </w:rPr>
        <w:t xml:space="preserve">Biblical anchors or controls: </w:t>
      </w:r>
      <w:r>
        <w:rPr>
          <w:rFonts w:ascii="Liberation Sans" w:hAnsi="Liberation Sans" w:eastAsia="Liberation Sans"/>
          <w:color w:val="20262E"/>
          <w:sz w:val="17"/>
        </w:rPr>
        <w:t>James 4:7</w:t>
      </w:r>
    </w:p>
    <w:p>
      <w:pPr>
        <w:pStyle w:val="Guidance"/>
      </w:pPr>
      <w:r>
        <w:rPr>
          <w:rFonts w:ascii="Liberation Sans" w:hAnsi="Liberation Sans" w:eastAsia="Liberation Sans"/>
          <w:b/>
          <w:color w:val="18324A"/>
          <w:sz w:val="17"/>
        </w:rPr>
        <w:t xml:space="preserve">Evaluation: </w:t>
      </w:r>
      <w:r>
        <w:rPr>
          <w:rFonts w:ascii="Liberation Sans" w:hAnsi="Liberation Sans" w:eastAsia="Liberation Sans"/>
          <w:color w:val="20262E"/>
          <w:sz w:val="17"/>
        </w:rPr>
        <w:t>Submission and repentance come before resistance.</w:t>
      </w:r>
    </w:p>
    <w:p>
      <w:pPr>
        <w:pStyle w:val="Heading2"/>
        <w:spacing w:before="140" w:after="60"/>
        <w:keepNext/>
        <w:shd w:fill="EAF4EE"/>
      </w:pPr>
      <w:r>
        <w:rPr>
          <w:rFonts w:ascii="Liberation Sans" w:hAnsi="Liberation Sans" w:eastAsia="Liberation Sans"/>
          <w:b/>
          <w:color w:val="18324A"/>
          <w:sz w:val="23"/>
        </w:rPr>
        <w:t>Testing spirits</w:t>
      </w:r>
    </w:p>
    <w:p>
      <w:pPr>
        <w:pStyle w:val="Guidance"/>
      </w:pPr>
      <w:r>
        <w:rPr>
          <w:rFonts w:ascii="Liberation Sans" w:hAnsi="Liberation Sans" w:eastAsia="Liberation Sans"/>
          <w:b/>
          <w:color w:val="18324A"/>
          <w:sz w:val="17"/>
        </w:rPr>
        <w:t xml:space="preserve">Classification: </w:t>
      </w:r>
      <w:r>
        <w:rPr>
          <w:rFonts w:ascii="Liberation Sans" w:hAnsi="Liberation Sans" w:eastAsia="Liberation Sans"/>
          <w:color w:val="20262E"/>
          <w:sz w:val="17"/>
        </w:rPr>
        <w:t>Directly explicit</w:t>
      </w:r>
    </w:p>
    <w:p>
      <w:pPr>
        <w:pStyle w:val="Guidance"/>
      </w:pPr>
      <w:r>
        <w:rPr>
          <w:rFonts w:ascii="Liberation Sans" w:hAnsi="Liberation Sans" w:eastAsia="Liberation Sans"/>
          <w:b/>
          <w:color w:val="18324A"/>
          <w:sz w:val="17"/>
        </w:rPr>
        <w:t xml:space="preserve">Biblical anchors or controls: </w:t>
      </w:r>
      <w:r>
        <w:rPr>
          <w:rFonts w:ascii="Liberation Sans" w:hAnsi="Liberation Sans" w:eastAsia="Liberation Sans"/>
          <w:color w:val="20262E"/>
          <w:sz w:val="17"/>
        </w:rPr>
        <w:t>1 John 4:1-6; 1 Corinthians 12:10</w:t>
      </w:r>
    </w:p>
    <w:p>
      <w:pPr>
        <w:pStyle w:val="Guidance"/>
      </w:pPr>
      <w:r>
        <w:rPr>
          <w:rFonts w:ascii="Liberation Sans" w:hAnsi="Liberation Sans" w:eastAsia="Liberation Sans"/>
          <w:b/>
          <w:color w:val="18324A"/>
          <w:sz w:val="17"/>
        </w:rPr>
        <w:t xml:space="preserve">Evaluation: </w:t>
      </w:r>
      <w:r>
        <w:rPr>
          <w:rFonts w:ascii="Liberation Sans" w:hAnsi="Liberation Sans" w:eastAsia="Liberation Sans"/>
          <w:color w:val="20262E"/>
          <w:sz w:val="17"/>
        </w:rPr>
        <w:t>Test doctrine, confession, fruit, facts, and accountability.</w:t>
      </w:r>
    </w:p>
    <w:p>
      <w:pPr>
        <w:pStyle w:val="Heading2"/>
        <w:spacing w:before="140" w:after="60"/>
        <w:keepNext/>
        <w:shd w:fill="F7F1E7"/>
      </w:pPr>
      <w:r>
        <w:rPr>
          <w:rFonts w:ascii="Liberation Sans" w:hAnsi="Liberation Sans" w:eastAsia="Liberation Sans"/>
          <w:b/>
          <w:color w:val="18324A"/>
          <w:sz w:val="23"/>
        </w:rPr>
        <w:t>Binding and loosing</w:t>
      </w:r>
    </w:p>
    <w:p>
      <w:pPr>
        <w:pStyle w:val="Guidance"/>
      </w:pPr>
      <w:r>
        <w:rPr>
          <w:rFonts w:ascii="Liberation Sans" w:hAnsi="Liberation Sans" w:eastAsia="Liberation Sans"/>
          <w:b/>
          <w:color w:val="18324A"/>
          <w:sz w:val="17"/>
        </w:rPr>
        <w:t xml:space="preserve">Classification: </w:t>
      </w:r>
      <w:r>
        <w:rPr>
          <w:rFonts w:ascii="Liberation Sans" w:hAnsi="Liberation Sans" w:eastAsia="Liberation Sans"/>
          <w:color w:val="20262E"/>
          <w:sz w:val="17"/>
        </w:rPr>
        <w:t>Explicit phrase; disputed scope</w:t>
      </w:r>
    </w:p>
    <w:p>
      <w:pPr>
        <w:pStyle w:val="Guidance"/>
      </w:pPr>
      <w:r>
        <w:rPr>
          <w:rFonts w:ascii="Liberation Sans" w:hAnsi="Liberation Sans" w:eastAsia="Liberation Sans"/>
          <w:b/>
          <w:color w:val="18324A"/>
          <w:sz w:val="17"/>
        </w:rPr>
        <w:t xml:space="preserve">Biblical anchors or controls: </w:t>
      </w:r>
      <w:r>
        <w:rPr>
          <w:rFonts w:ascii="Liberation Sans" w:hAnsi="Liberation Sans" w:eastAsia="Liberation Sans"/>
          <w:color w:val="20262E"/>
          <w:sz w:val="17"/>
        </w:rPr>
        <w:t>Matthew 16:19; 18:18</w:t>
      </w:r>
    </w:p>
    <w:p>
      <w:pPr>
        <w:pStyle w:val="Guidance"/>
      </w:pPr>
      <w:r>
        <w:rPr>
          <w:rFonts w:ascii="Liberation Sans" w:hAnsi="Liberation Sans" w:eastAsia="Liberation Sans"/>
          <w:b/>
          <w:color w:val="18324A"/>
          <w:sz w:val="17"/>
        </w:rPr>
        <w:t xml:space="preserve">Evaluation: </w:t>
      </w:r>
      <w:r>
        <w:rPr>
          <w:rFonts w:ascii="Liberation Sans" w:hAnsi="Liberation Sans" w:eastAsia="Liberation Sans"/>
          <w:color w:val="20262E"/>
          <w:sz w:val="17"/>
        </w:rPr>
        <w:t>Do not assume every later formula is contained in the phrase.</w:t>
      </w:r>
    </w:p>
    <w:p>
      <w:pPr>
        <w:pStyle w:val="Heading2"/>
        <w:spacing w:before="140" w:after="60"/>
        <w:keepNext/>
        <w:shd w:fill="F7F1E7"/>
      </w:pPr>
      <w:r>
        <w:rPr>
          <w:rFonts w:ascii="Liberation Sans" w:hAnsi="Liberation Sans" w:eastAsia="Liberation Sans"/>
          <w:b/>
          <w:color w:val="18324A"/>
          <w:sz w:val="23"/>
        </w:rPr>
        <w:t>Binding the strong man</w:t>
      </w:r>
    </w:p>
    <w:p>
      <w:pPr>
        <w:pStyle w:val="Guidance"/>
      </w:pPr>
      <w:r>
        <w:rPr>
          <w:rFonts w:ascii="Liberation Sans" w:hAnsi="Liberation Sans" w:eastAsia="Liberation Sans"/>
          <w:b/>
          <w:color w:val="18324A"/>
          <w:sz w:val="17"/>
        </w:rPr>
        <w:t xml:space="preserve">Classification: </w:t>
      </w:r>
      <w:r>
        <w:rPr>
          <w:rFonts w:ascii="Liberation Sans" w:hAnsi="Liberation Sans" w:eastAsia="Liberation Sans"/>
          <w:color w:val="20262E"/>
          <w:sz w:val="17"/>
        </w:rPr>
        <w:t>Explicit metaphor</w:t>
      </w:r>
    </w:p>
    <w:p>
      <w:pPr>
        <w:pStyle w:val="Guidance"/>
      </w:pPr>
      <w:r>
        <w:rPr>
          <w:rFonts w:ascii="Liberation Sans" w:hAnsi="Liberation Sans" w:eastAsia="Liberation Sans"/>
          <w:b/>
          <w:color w:val="18324A"/>
          <w:sz w:val="17"/>
        </w:rPr>
        <w:t xml:space="preserve">Biblical anchors or controls: </w:t>
      </w:r>
      <w:r>
        <w:rPr>
          <w:rFonts w:ascii="Liberation Sans" w:hAnsi="Liberation Sans" w:eastAsia="Liberation Sans"/>
          <w:color w:val="20262E"/>
          <w:sz w:val="17"/>
        </w:rPr>
        <w:t>Matthew 12:29; Mark 3:27</w:t>
      </w:r>
    </w:p>
    <w:p>
      <w:pPr>
        <w:pStyle w:val="Guidance"/>
      </w:pPr>
      <w:r>
        <w:rPr>
          <w:rFonts w:ascii="Liberation Sans" w:hAnsi="Liberation Sans" w:eastAsia="Liberation Sans"/>
          <w:b/>
          <w:color w:val="18324A"/>
          <w:sz w:val="17"/>
        </w:rPr>
        <w:t xml:space="preserve">Evaluation: </w:t>
      </w:r>
      <w:r>
        <w:rPr>
          <w:rFonts w:ascii="Liberation Sans" w:hAnsi="Liberation Sans" w:eastAsia="Liberation Sans"/>
          <w:color w:val="20262E"/>
          <w:sz w:val="17"/>
        </w:rPr>
        <w:t>Christ's kingdom victory is primary; avoid speculative demon hierarchies.</w:t>
      </w:r>
    </w:p>
    <w:p>
      <w:pPr>
        <w:pStyle w:val="Heading2"/>
        <w:spacing w:before="140" w:after="60"/>
        <w:keepNext/>
        <w:shd w:fill="F7F1E7"/>
      </w:pPr>
      <w:r>
        <w:rPr>
          <w:rFonts w:ascii="Liberation Sans" w:hAnsi="Liberation Sans" w:eastAsia="Liberation Sans"/>
          <w:b/>
          <w:color w:val="18324A"/>
          <w:sz w:val="23"/>
        </w:rPr>
        <w:t>Legal ground / legal rights</w:t>
      </w:r>
    </w:p>
    <w:p>
      <w:pPr>
        <w:pStyle w:val="Guidance"/>
      </w:pPr>
      <w:r>
        <w:rPr>
          <w:rFonts w:ascii="Liberation Sans" w:hAnsi="Liberation Sans" w:eastAsia="Liberation Sans"/>
          <w:b/>
          <w:color w:val="18324A"/>
          <w:sz w:val="17"/>
        </w:rPr>
        <w:t xml:space="preserve">Classification: </w:t>
      </w:r>
      <w:r>
        <w:rPr>
          <w:rFonts w:ascii="Liberation Sans" w:hAnsi="Liberation Sans" w:eastAsia="Liberation Sans"/>
          <w:color w:val="20262E"/>
          <w:sz w:val="17"/>
        </w:rPr>
        <w:t>Ministry model</w:t>
      </w:r>
    </w:p>
    <w:p>
      <w:pPr>
        <w:pStyle w:val="Guidance"/>
      </w:pPr>
      <w:r>
        <w:rPr>
          <w:rFonts w:ascii="Liberation Sans" w:hAnsi="Liberation Sans" w:eastAsia="Liberation Sans"/>
          <w:b/>
          <w:color w:val="18324A"/>
          <w:sz w:val="17"/>
        </w:rPr>
        <w:t xml:space="preserve">Biblical anchors or controls: </w:t>
      </w:r>
      <w:r>
        <w:rPr>
          <w:rFonts w:ascii="Liberation Sans" w:hAnsi="Liberation Sans" w:eastAsia="Liberation Sans"/>
          <w:color w:val="20262E"/>
          <w:sz w:val="17"/>
        </w:rPr>
        <w:t>Often linked to Ephesians 4:27; Matthew 5:25-26</w:t>
      </w:r>
    </w:p>
    <w:p>
      <w:pPr>
        <w:pStyle w:val="Guidance"/>
      </w:pPr>
      <w:r>
        <w:rPr>
          <w:rFonts w:ascii="Liberation Sans" w:hAnsi="Liberation Sans" w:eastAsia="Liberation Sans"/>
          <w:b/>
          <w:color w:val="18324A"/>
          <w:sz w:val="17"/>
        </w:rPr>
        <w:t xml:space="preserve">Evaluation: </w:t>
      </w:r>
      <w:r>
        <w:rPr>
          <w:rFonts w:ascii="Liberation Sans" w:hAnsi="Liberation Sans" w:eastAsia="Liberation Sans"/>
          <w:color w:val="20262E"/>
          <w:sz w:val="17"/>
        </w:rPr>
        <w:t>Useful shorthand for unresolved sin only if not turned into rigid demon law.</w:t>
      </w:r>
    </w:p>
    <w:p>
      <w:pPr>
        <w:pStyle w:val="Heading2"/>
        <w:spacing w:before="140" w:after="60"/>
        <w:keepNext/>
        <w:shd w:fill="F7F1E7"/>
      </w:pPr>
      <w:r>
        <w:rPr>
          <w:rFonts w:ascii="Liberation Sans" w:hAnsi="Liberation Sans" w:eastAsia="Liberation Sans"/>
          <w:b/>
          <w:color w:val="18324A"/>
          <w:sz w:val="23"/>
        </w:rPr>
        <w:t>Generational curses</w:t>
      </w:r>
    </w:p>
    <w:p>
      <w:pPr>
        <w:pStyle w:val="Guidance"/>
      </w:pPr>
      <w:r>
        <w:rPr>
          <w:rFonts w:ascii="Liberation Sans" w:hAnsi="Liberation Sans" w:eastAsia="Liberation Sans"/>
          <w:b/>
          <w:color w:val="18324A"/>
          <w:sz w:val="17"/>
        </w:rPr>
        <w:t xml:space="preserve">Classification: </w:t>
      </w:r>
      <w:r>
        <w:rPr>
          <w:rFonts w:ascii="Liberation Sans" w:hAnsi="Liberation Sans" w:eastAsia="Liberation Sans"/>
          <w:color w:val="20262E"/>
          <w:sz w:val="17"/>
        </w:rPr>
        <w:t>Mixed biblical data; later ritual model</w:t>
      </w:r>
    </w:p>
    <w:p>
      <w:pPr>
        <w:pStyle w:val="Guidance"/>
      </w:pPr>
      <w:r>
        <w:rPr>
          <w:rFonts w:ascii="Liberation Sans" w:hAnsi="Liberation Sans" w:eastAsia="Liberation Sans"/>
          <w:b/>
          <w:color w:val="18324A"/>
          <w:sz w:val="17"/>
        </w:rPr>
        <w:t xml:space="preserve">Biblical anchors or controls: </w:t>
      </w:r>
      <w:r>
        <w:rPr>
          <w:rFonts w:ascii="Liberation Sans" w:hAnsi="Liberation Sans" w:eastAsia="Liberation Sans"/>
          <w:color w:val="20262E"/>
          <w:sz w:val="17"/>
        </w:rPr>
        <w:t>Exodus 20:5-6; Ezekiel 18; Galatians 3:13</w:t>
      </w:r>
    </w:p>
    <w:p>
      <w:pPr>
        <w:pStyle w:val="Guidance"/>
      </w:pPr>
      <w:r>
        <w:rPr>
          <w:rFonts w:ascii="Liberation Sans" w:hAnsi="Liberation Sans" w:eastAsia="Liberation Sans"/>
          <w:b/>
          <w:color w:val="18324A"/>
          <w:sz w:val="17"/>
        </w:rPr>
        <w:t xml:space="preserve">Evaluation: </w:t>
      </w:r>
      <w:r>
        <w:rPr>
          <w:rFonts w:ascii="Liberation Sans" w:hAnsi="Liberation Sans" w:eastAsia="Liberation Sans"/>
          <w:color w:val="20262E"/>
          <w:sz w:val="17"/>
        </w:rPr>
        <w:t>Distinguish consequences and learned patterns from personal guilt; center on Christ.</w:t>
      </w:r>
    </w:p>
    <w:p>
      <w:pPr>
        <w:pStyle w:val="Heading2"/>
        <w:spacing w:before="140" w:after="60"/>
        <w:keepNext/>
        <w:shd w:fill="F7F1E7"/>
      </w:pPr>
      <w:r>
        <w:rPr>
          <w:rFonts w:ascii="Liberation Sans" w:hAnsi="Liberation Sans" w:eastAsia="Liberation Sans"/>
          <w:b/>
          <w:color w:val="18324A"/>
          <w:sz w:val="23"/>
        </w:rPr>
        <w:t>Soul ties</w:t>
      </w:r>
    </w:p>
    <w:p>
      <w:pPr>
        <w:pStyle w:val="Guidance"/>
      </w:pPr>
      <w:r>
        <w:rPr>
          <w:rFonts w:ascii="Liberation Sans" w:hAnsi="Liberation Sans" w:eastAsia="Liberation Sans"/>
          <w:b/>
          <w:color w:val="18324A"/>
          <w:sz w:val="17"/>
        </w:rPr>
        <w:t xml:space="preserve">Classification: </w:t>
      </w:r>
      <w:r>
        <w:rPr>
          <w:rFonts w:ascii="Liberation Sans" w:hAnsi="Liberation Sans" w:eastAsia="Liberation Sans"/>
          <w:color w:val="20262E"/>
          <w:sz w:val="17"/>
        </w:rPr>
        <w:t>Later relational model</w:t>
      </w:r>
    </w:p>
    <w:p>
      <w:pPr>
        <w:pStyle w:val="Guidance"/>
      </w:pPr>
      <w:r>
        <w:rPr>
          <w:rFonts w:ascii="Liberation Sans" w:hAnsi="Liberation Sans" w:eastAsia="Liberation Sans"/>
          <w:b/>
          <w:color w:val="18324A"/>
          <w:sz w:val="17"/>
        </w:rPr>
        <w:t xml:space="preserve">Biblical anchors or controls: </w:t>
      </w:r>
      <w:r>
        <w:rPr>
          <w:rFonts w:ascii="Liberation Sans" w:hAnsi="Liberation Sans" w:eastAsia="Liberation Sans"/>
          <w:color w:val="20262E"/>
          <w:sz w:val="17"/>
        </w:rPr>
        <w:t>1 Samuel 18:1; 1 Corinthians 6:16</w:t>
      </w:r>
    </w:p>
    <w:p>
      <w:pPr>
        <w:pStyle w:val="Guidance"/>
      </w:pPr>
      <w:r>
        <w:rPr>
          <w:rFonts w:ascii="Liberation Sans" w:hAnsi="Liberation Sans" w:eastAsia="Liberation Sans"/>
          <w:b/>
          <w:color w:val="18324A"/>
          <w:sz w:val="17"/>
        </w:rPr>
        <w:t xml:space="preserve">Evaluation: </w:t>
      </w:r>
      <w:r>
        <w:rPr>
          <w:rFonts w:ascii="Liberation Sans" w:hAnsi="Liberation Sans" w:eastAsia="Liberation Sans"/>
          <w:color w:val="20262E"/>
          <w:sz w:val="17"/>
        </w:rPr>
        <w:t>Scripture describes bonds and one-flesh union but not a universal cord-cutting ritual.</w:t>
      </w:r>
    </w:p>
    <w:p>
      <w:pPr>
        <w:pStyle w:val="Heading2"/>
        <w:spacing w:before="140" w:after="60"/>
        <w:keepNext/>
        <w:shd w:fill="F7F1E7"/>
      </w:pPr>
      <w:r>
        <w:rPr>
          <w:rFonts w:ascii="Liberation Sans" w:hAnsi="Liberation Sans" w:eastAsia="Liberation Sans"/>
          <w:b/>
          <w:color w:val="18324A"/>
          <w:sz w:val="23"/>
        </w:rPr>
        <w:t>Territorial spirits and mapping</w:t>
      </w:r>
    </w:p>
    <w:p>
      <w:pPr>
        <w:pStyle w:val="Guidance"/>
      </w:pPr>
      <w:r>
        <w:rPr>
          <w:rFonts w:ascii="Liberation Sans" w:hAnsi="Liberation Sans" w:eastAsia="Liberation Sans"/>
          <w:b/>
          <w:color w:val="18324A"/>
          <w:sz w:val="17"/>
        </w:rPr>
        <w:t xml:space="preserve">Classification: </w:t>
      </w:r>
      <w:r>
        <w:rPr>
          <w:rFonts w:ascii="Liberation Sans" w:hAnsi="Liberation Sans" w:eastAsia="Liberation Sans"/>
          <w:color w:val="20262E"/>
          <w:sz w:val="17"/>
        </w:rPr>
        <w:t>Limited narrative basis; later strategy</w:t>
      </w:r>
    </w:p>
    <w:p>
      <w:pPr>
        <w:pStyle w:val="Guidance"/>
      </w:pPr>
      <w:r>
        <w:rPr>
          <w:rFonts w:ascii="Liberation Sans" w:hAnsi="Liberation Sans" w:eastAsia="Liberation Sans"/>
          <w:b/>
          <w:color w:val="18324A"/>
          <w:sz w:val="17"/>
        </w:rPr>
        <w:t xml:space="preserve">Biblical anchors or controls: </w:t>
      </w:r>
      <w:r>
        <w:rPr>
          <w:rFonts w:ascii="Liberation Sans" w:hAnsi="Liberation Sans" w:eastAsia="Liberation Sans"/>
          <w:color w:val="20262E"/>
          <w:sz w:val="17"/>
        </w:rPr>
        <w:t>Daniel 10:13,20</w:t>
      </w:r>
    </w:p>
    <w:p>
      <w:pPr>
        <w:pStyle w:val="Guidance"/>
      </w:pPr>
      <w:r>
        <w:rPr>
          <w:rFonts w:ascii="Liberation Sans" w:hAnsi="Liberation Sans" w:eastAsia="Liberation Sans"/>
          <w:b/>
          <w:color w:val="18324A"/>
          <w:sz w:val="17"/>
        </w:rPr>
        <w:t xml:space="preserve">Evaluation: </w:t>
      </w:r>
      <w:r>
        <w:rPr>
          <w:rFonts w:ascii="Liberation Sans" w:hAnsi="Liberation Sans" w:eastAsia="Liberation Sans"/>
          <w:color w:val="20262E"/>
          <w:sz w:val="17"/>
        </w:rPr>
        <w:t>Pray for places and leaders without confident maps or demonizing populations.</w:t>
      </w:r>
    </w:p>
    <w:p>
      <w:pPr>
        <w:pStyle w:val="Heading2"/>
        <w:spacing w:before="140" w:after="60"/>
        <w:keepNext/>
        <w:shd w:fill="F7F1E7"/>
      </w:pPr>
      <w:r>
        <w:rPr>
          <w:rFonts w:ascii="Liberation Sans" w:hAnsi="Liberation Sans" w:eastAsia="Liberation Sans"/>
          <w:b/>
          <w:color w:val="18324A"/>
          <w:sz w:val="23"/>
        </w:rPr>
        <w:t>Cleansing houses/objects/land</w:t>
      </w:r>
    </w:p>
    <w:p>
      <w:pPr>
        <w:pStyle w:val="Guidance"/>
      </w:pPr>
      <w:r>
        <w:rPr>
          <w:rFonts w:ascii="Liberation Sans" w:hAnsi="Liberation Sans" w:eastAsia="Liberation Sans"/>
          <w:b/>
          <w:color w:val="18324A"/>
          <w:sz w:val="17"/>
        </w:rPr>
        <w:t xml:space="preserve">Classification: </w:t>
      </w:r>
      <w:r>
        <w:rPr>
          <w:rFonts w:ascii="Liberation Sans" w:hAnsi="Liberation Sans" w:eastAsia="Liberation Sans"/>
          <w:color w:val="20262E"/>
          <w:sz w:val="17"/>
        </w:rPr>
        <w:t>Mixed narrative and pastoral practice</w:t>
      </w:r>
    </w:p>
    <w:p>
      <w:pPr>
        <w:pStyle w:val="Guidance"/>
      </w:pPr>
      <w:r>
        <w:rPr>
          <w:rFonts w:ascii="Liberation Sans" w:hAnsi="Liberation Sans" w:eastAsia="Liberation Sans"/>
          <w:b/>
          <w:color w:val="18324A"/>
          <w:sz w:val="17"/>
        </w:rPr>
        <w:t xml:space="preserve">Biblical anchors or controls: </w:t>
      </w:r>
      <w:r>
        <w:rPr>
          <w:rFonts w:ascii="Liberation Sans" w:hAnsi="Liberation Sans" w:eastAsia="Liberation Sans"/>
          <w:color w:val="20262E"/>
          <w:sz w:val="17"/>
        </w:rPr>
        <w:t>Acts 19:19; Deuteronomy 7:25-26</w:t>
      </w:r>
    </w:p>
    <w:p>
      <w:pPr>
        <w:pStyle w:val="Guidance"/>
      </w:pPr>
      <w:r>
        <w:rPr>
          <w:rFonts w:ascii="Liberation Sans" w:hAnsi="Liberation Sans" w:eastAsia="Liberation Sans"/>
          <w:b/>
          <w:color w:val="18324A"/>
          <w:sz w:val="17"/>
        </w:rPr>
        <w:t xml:space="preserve">Evaluation: </w:t>
      </w:r>
      <w:r>
        <w:rPr>
          <w:rFonts w:ascii="Liberation Sans" w:hAnsi="Liberation Sans" w:eastAsia="Liberation Sans"/>
          <w:color w:val="20262E"/>
          <w:sz w:val="17"/>
        </w:rPr>
        <w:t>Owners may renounce their own occult materials; avoid superstition and unlawful destruction.</w:t>
      </w:r>
    </w:p>
    <w:p>
      <w:pPr>
        <w:pStyle w:val="Heading2"/>
        <w:spacing w:before="140" w:after="60"/>
        <w:keepNext/>
        <w:shd w:fill="F7F1E7"/>
      </w:pPr>
      <w:r>
        <w:rPr>
          <w:rFonts w:ascii="Liberation Sans" w:hAnsi="Liberation Sans" w:eastAsia="Liberation Sans"/>
          <w:b/>
          <w:color w:val="18324A"/>
          <w:sz w:val="23"/>
        </w:rPr>
        <w:t>Loosing spirits of God</w:t>
      </w:r>
    </w:p>
    <w:p>
      <w:pPr>
        <w:pStyle w:val="Guidance"/>
      </w:pPr>
      <w:r>
        <w:rPr>
          <w:rFonts w:ascii="Liberation Sans" w:hAnsi="Liberation Sans" w:eastAsia="Liberation Sans"/>
          <w:b/>
          <w:color w:val="18324A"/>
          <w:sz w:val="17"/>
        </w:rPr>
        <w:t xml:space="preserve">Classification: </w:t>
      </w:r>
      <w:r>
        <w:rPr>
          <w:rFonts w:ascii="Liberation Sans" w:hAnsi="Liberation Sans" w:eastAsia="Liberation Sans"/>
          <w:color w:val="20262E"/>
          <w:sz w:val="17"/>
        </w:rPr>
        <w:t>Later ministry model</w:t>
      </w:r>
    </w:p>
    <w:p>
      <w:pPr>
        <w:pStyle w:val="Guidance"/>
      </w:pPr>
      <w:r>
        <w:rPr>
          <w:rFonts w:ascii="Liberation Sans" w:hAnsi="Liberation Sans" w:eastAsia="Liberation Sans"/>
          <w:b/>
          <w:color w:val="18324A"/>
          <w:sz w:val="17"/>
        </w:rPr>
        <w:t xml:space="preserve">Biblical anchors or controls: </w:t>
      </w:r>
      <w:r>
        <w:rPr>
          <w:rFonts w:ascii="Liberation Sans" w:hAnsi="Liberation Sans" w:eastAsia="Liberation Sans"/>
          <w:color w:val="20262E"/>
          <w:sz w:val="17"/>
        </w:rPr>
        <w:t>Often linked to Matthew 18:18 and Isaiah 11:2</w:t>
      </w:r>
    </w:p>
    <w:p>
      <w:pPr>
        <w:pStyle w:val="Guidance"/>
      </w:pPr>
      <w:r>
        <w:rPr>
          <w:rFonts w:ascii="Liberation Sans" w:hAnsi="Liberation Sans" w:eastAsia="Liberation Sans"/>
          <w:b/>
          <w:color w:val="18324A"/>
          <w:sz w:val="17"/>
        </w:rPr>
        <w:t xml:space="preserve">Evaluation: </w:t>
      </w:r>
      <w:r>
        <w:rPr>
          <w:rFonts w:ascii="Liberation Sans" w:hAnsi="Liberation Sans" w:eastAsia="Liberation Sans"/>
          <w:color w:val="20262E"/>
          <w:sz w:val="17"/>
        </w:rPr>
        <w:t>Pray for the Holy Spirit's work rather than treating divine attributes as controllable entities.</w:t>
      </w:r>
    </w:p>
    <w:p>
      <w:pPr>
        <w:pStyle w:val="Heading2"/>
        <w:spacing w:before="140" w:after="60"/>
        <w:keepNext/>
        <w:shd w:fill="F7F1E7"/>
      </w:pPr>
      <w:r>
        <w:rPr>
          <w:rFonts w:ascii="Liberation Sans" w:hAnsi="Liberation Sans" w:eastAsia="Liberation Sans"/>
          <w:b/>
          <w:color w:val="18324A"/>
          <w:sz w:val="23"/>
        </w:rPr>
        <w:t>Courts of heaven</w:t>
      </w:r>
    </w:p>
    <w:p>
      <w:pPr>
        <w:pStyle w:val="Guidance"/>
      </w:pPr>
      <w:r>
        <w:rPr>
          <w:rFonts w:ascii="Liberation Sans" w:hAnsi="Liberation Sans" w:eastAsia="Liberation Sans"/>
          <w:b/>
          <w:color w:val="18324A"/>
          <w:sz w:val="17"/>
        </w:rPr>
        <w:t xml:space="preserve">Classification: </w:t>
      </w:r>
      <w:r>
        <w:rPr>
          <w:rFonts w:ascii="Liberation Sans" w:hAnsi="Liberation Sans" w:eastAsia="Liberation Sans"/>
          <w:color w:val="20262E"/>
          <w:sz w:val="17"/>
        </w:rPr>
        <w:t>Later prayer model</w:t>
      </w:r>
    </w:p>
    <w:p>
      <w:pPr>
        <w:pStyle w:val="Guidance"/>
      </w:pPr>
      <w:r>
        <w:rPr>
          <w:rFonts w:ascii="Liberation Sans" w:hAnsi="Liberation Sans" w:eastAsia="Liberation Sans"/>
          <w:b/>
          <w:color w:val="18324A"/>
          <w:sz w:val="17"/>
        </w:rPr>
        <w:t xml:space="preserve">Biblical anchors or controls: </w:t>
      </w:r>
      <w:r>
        <w:rPr>
          <w:rFonts w:ascii="Liberation Sans" w:hAnsi="Liberation Sans" w:eastAsia="Liberation Sans"/>
          <w:color w:val="20262E"/>
          <w:sz w:val="17"/>
        </w:rPr>
        <w:t>Often linked to Daniel 7; Zechariah 3; Hebrews 12</w:t>
      </w:r>
    </w:p>
    <w:p>
      <w:pPr>
        <w:pStyle w:val="Guidance"/>
      </w:pPr>
      <w:r>
        <w:rPr>
          <w:rFonts w:ascii="Liberation Sans" w:hAnsi="Liberation Sans" w:eastAsia="Liberation Sans"/>
          <w:b/>
          <w:color w:val="18324A"/>
          <w:sz w:val="17"/>
        </w:rPr>
        <w:t xml:space="preserve">Evaluation: </w:t>
      </w:r>
      <w:r>
        <w:rPr>
          <w:rFonts w:ascii="Liberation Sans" w:hAnsi="Liberation Sans" w:eastAsia="Liberation Sans"/>
          <w:color w:val="20262E"/>
          <w:sz w:val="17"/>
        </w:rPr>
        <w:t>Not required for deliverance; avoid elaborate formulas that overshadow Christ's completed mediation.</w:t>
      </w:r>
    </w:p>
    <w:p>
      <w:pPr>
        <w:pStyle w:val="Heading2"/>
        <w:spacing w:before="140" w:after="60"/>
        <w:keepNext/>
        <w:shd w:fill="F7F1E7"/>
      </w:pPr>
      <w:r>
        <w:rPr>
          <w:rFonts w:ascii="Liberation Sans" w:hAnsi="Liberation Sans" w:eastAsia="Liberation Sans"/>
          <w:b/>
          <w:color w:val="18324A"/>
          <w:sz w:val="23"/>
        </w:rPr>
        <w:t>Demon lists/groupings</w:t>
      </w:r>
    </w:p>
    <w:p>
      <w:pPr>
        <w:pStyle w:val="Guidance"/>
      </w:pPr>
      <w:r>
        <w:rPr>
          <w:rFonts w:ascii="Liberation Sans" w:hAnsi="Liberation Sans" w:eastAsia="Liberation Sans"/>
          <w:b/>
          <w:color w:val="18324A"/>
          <w:sz w:val="17"/>
        </w:rPr>
        <w:t xml:space="preserve">Classification: </w:t>
      </w:r>
      <w:r>
        <w:rPr>
          <w:rFonts w:ascii="Liberation Sans" w:hAnsi="Liberation Sans" w:eastAsia="Liberation Sans"/>
          <w:color w:val="20262E"/>
          <w:sz w:val="17"/>
        </w:rPr>
        <w:t>Experiential taxonomy</w:t>
      </w:r>
    </w:p>
    <w:p>
      <w:pPr>
        <w:pStyle w:val="Guidance"/>
      </w:pPr>
      <w:r>
        <w:rPr>
          <w:rFonts w:ascii="Liberation Sans" w:hAnsi="Liberation Sans" w:eastAsia="Liberation Sans"/>
          <w:b/>
          <w:color w:val="18324A"/>
          <w:sz w:val="17"/>
        </w:rPr>
        <w:t xml:space="preserve">Biblical anchors or controls: </w:t>
      </w:r>
      <w:r>
        <w:rPr>
          <w:rFonts w:ascii="Liberation Sans" w:hAnsi="Liberation Sans" w:eastAsia="Liberation Sans"/>
          <w:color w:val="20262E"/>
          <w:sz w:val="17"/>
        </w:rPr>
        <w:t>No canonical master list</w:t>
      </w:r>
    </w:p>
    <w:p>
      <w:pPr>
        <w:pStyle w:val="Guidance"/>
      </w:pPr>
      <w:r>
        <w:rPr>
          <w:rFonts w:ascii="Liberation Sans" w:hAnsi="Liberation Sans" w:eastAsia="Liberation Sans"/>
          <w:b/>
          <w:color w:val="18324A"/>
          <w:sz w:val="17"/>
        </w:rPr>
        <w:t xml:space="preserve">Evaluation: </w:t>
      </w:r>
      <w:r>
        <w:rPr>
          <w:rFonts w:ascii="Liberation Sans" w:hAnsi="Liberation Sans" w:eastAsia="Liberation Sans"/>
          <w:color w:val="20262E"/>
          <w:sz w:val="17"/>
        </w:rPr>
        <w:t>May organize observations but must never become diagnosis or substitute for discernment and care.</w:t>
      </w:r>
    </w:p>
    <w:p>
      <w:pPr>
        <w:pStyle w:val="Heading2"/>
        <w:spacing w:before="140" w:after="60"/>
        <w:keepNext/>
        <w:shd w:fill="FCEDED"/>
      </w:pPr>
      <w:r>
        <w:rPr>
          <w:rFonts w:ascii="Liberation Sans" w:hAnsi="Liberation Sans" w:eastAsia="Liberation Sans"/>
          <w:b/>
          <w:color w:val="18324A"/>
          <w:sz w:val="23"/>
        </w:rPr>
        <w:t>Schizophrenia/MPD as demons</w:t>
      </w:r>
    </w:p>
    <w:p>
      <w:pPr>
        <w:pStyle w:val="Guidance"/>
      </w:pPr>
      <w:r>
        <w:rPr>
          <w:rFonts w:ascii="Liberation Sans" w:hAnsi="Liberation Sans" w:eastAsia="Liberation Sans"/>
          <w:b/>
          <w:color w:val="18324A"/>
          <w:sz w:val="17"/>
        </w:rPr>
        <w:t xml:space="preserve">Classification: </w:t>
      </w:r>
      <w:r>
        <w:rPr>
          <w:rFonts w:ascii="Liberation Sans" w:hAnsi="Liberation Sans" w:eastAsia="Liberation Sans"/>
          <w:color w:val="20262E"/>
          <w:sz w:val="17"/>
        </w:rPr>
        <w:t>Disputed and unsafe diagnostic claim</w:t>
      </w:r>
    </w:p>
    <w:p>
      <w:pPr>
        <w:pStyle w:val="Guidance"/>
      </w:pPr>
      <w:r>
        <w:rPr>
          <w:rFonts w:ascii="Liberation Sans" w:hAnsi="Liberation Sans" w:eastAsia="Liberation Sans"/>
          <w:b/>
          <w:color w:val="18324A"/>
          <w:sz w:val="17"/>
        </w:rPr>
        <w:t xml:space="preserve">Biblical anchors or controls: </w:t>
      </w:r>
      <w:r>
        <w:rPr>
          <w:rFonts w:ascii="Liberation Sans" w:hAnsi="Liberation Sans" w:eastAsia="Liberation Sans"/>
          <w:color w:val="20262E"/>
          <w:sz w:val="17"/>
        </w:rPr>
        <w:t>No biblical text diagnoses modern psychiatric disorders</w:t>
      </w:r>
    </w:p>
    <w:p>
      <w:pPr>
        <w:pStyle w:val="Guidance"/>
      </w:pPr>
      <w:r>
        <w:rPr>
          <w:rFonts w:ascii="Liberation Sans" w:hAnsi="Liberation Sans" w:eastAsia="Liberation Sans"/>
          <w:b/>
          <w:color w:val="18324A"/>
          <w:sz w:val="17"/>
        </w:rPr>
        <w:t xml:space="preserve">Evaluation: </w:t>
      </w:r>
      <w:r>
        <w:rPr>
          <w:rFonts w:ascii="Liberation Sans" w:hAnsi="Liberation Sans" w:eastAsia="Liberation Sans"/>
          <w:color w:val="20262E"/>
          <w:sz w:val="17"/>
        </w:rPr>
        <w:t>Reject as medical diagnosis; require licensed psychiatric and trauma-informed care.</w:t>
      </w:r>
    </w:p>
    <w:p>
      <w:pPr>
        <w:pStyle w:val="Heading2"/>
        <w:spacing w:before="140" w:after="60"/>
        <w:keepNext/>
        <w:shd w:fill="F7F1E7"/>
      </w:pPr>
      <w:r>
        <w:rPr>
          <w:rFonts w:ascii="Liberation Sans" w:hAnsi="Liberation Sans" w:eastAsia="Liberation Sans"/>
          <w:b/>
          <w:color w:val="18324A"/>
          <w:sz w:val="23"/>
        </w:rPr>
        <w:t>Talking with/interrogating demons</w:t>
      </w:r>
    </w:p>
    <w:p>
      <w:pPr>
        <w:pStyle w:val="Guidance"/>
      </w:pPr>
      <w:r>
        <w:rPr>
          <w:rFonts w:ascii="Liberation Sans" w:hAnsi="Liberation Sans" w:eastAsia="Liberation Sans"/>
          <w:b/>
          <w:color w:val="18324A"/>
          <w:sz w:val="17"/>
        </w:rPr>
        <w:t xml:space="preserve">Classification: </w:t>
      </w:r>
      <w:r>
        <w:rPr>
          <w:rFonts w:ascii="Liberation Sans" w:hAnsi="Liberation Sans" w:eastAsia="Liberation Sans"/>
          <w:color w:val="20262E"/>
          <w:sz w:val="17"/>
        </w:rPr>
        <w:t>Narrative examples but no universal method</w:t>
      </w:r>
    </w:p>
    <w:p>
      <w:pPr>
        <w:pStyle w:val="Guidance"/>
      </w:pPr>
      <w:r>
        <w:rPr>
          <w:rFonts w:ascii="Liberation Sans" w:hAnsi="Liberation Sans" w:eastAsia="Liberation Sans"/>
          <w:b/>
          <w:color w:val="18324A"/>
          <w:sz w:val="17"/>
        </w:rPr>
        <w:t xml:space="preserve">Biblical anchors or controls: </w:t>
      </w:r>
      <w:r>
        <w:rPr>
          <w:rFonts w:ascii="Liberation Sans" w:hAnsi="Liberation Sans" w:eastAsia="Liberation Sans"/>
          <w:color w:val="20262E"/>
          <w:sz w:val="17"/>
        </w:rPr>
        <w:t>Mark 5:9; Luke 8:30</w:t>
      </w:r>
    </w:p>
    <w:p>
      <w:pPr>
        <w:pStyle w:val="Guidance"/>
      </w:pPr>
      <w:r>
        <w:rPr>
          <w:rFonts w:ascii="Liberation Sans" w:hAnsi="Liberation Sans" w:eastAsia="Liberation Sans"/>
          <w:b/>
          <w:color w:val="18324A"/>
          <w:sz w:val="17"/>
        </w:rPr>
        <w:t xml:space="preserve">Evaluation: </w:t>
      </w:r>
      <w:r>
        <w:rPr>
          <w:rFonts w:ascii="Liberation Sans" w:hAnsi="Liberation Sans" w:eastAsia="Liberation Sans"/>
          <w:color w:val="20262E"/>
          <w:sz w:val="17"/>
        </w:rPr>
        <w:t>Do not rely on alleged demon testimony, prolong manifestations, or create spectacle.</w:t>
      </w:r>
    </w:p>
    <w:p>
      <w:pPr>
        <w:pStyle w:val="Heading1"/>
        <w:keepNext/>
        <w:pageBreakBefore/>
        <w:pBdr>
          <w:bottom w:val="single" w:sz="8" w:space="2" w:color="A67833"/>
        </w:pBdr>
      </w:pPr>
      <w:r>
        <w:t>10. Minister and Ministry Research Roster</w:t>
      </w:r>
    </w:p>
    <w:p>
      <w:pPr>
        <w:pStyle w:val="SmallNote"/>
      </w:pPr>
      <w:r>
        <w:t>200 requested names preserved with transparent status</w:t>
      </w:r>
    </w:p>
    <w:tbl>
      <w:tblPr>
        <w:tblW w:type="auto" w:w="0"/>
        <w:jc w:val="center"/>
        <w:tblLayout w:type="autofit"/>
        <w:tblLook w:firstColumn="1" w:firstRow="1" w:lastColumn="0" w:lastRow="0" w:noHBand="0" w:noVBand="1" w:val="04A0"/>
      </w:tblPr>
      <w:tblGrid>
        <w:gridCol w:w="10224"/>
      </w:tblGrid>
      <w:tr>
        <w:tc>
          <w:tcPr>
            <w:tcW w:type="dxa" w:w="10224"/>
            <w:shd w:fill="FCEDED"/>
            <w:tcMar>
              <w:top w:w="110" w:type="dxa"/>
              <w:start w:w="130" w:type="dxa"/>
              <w:bottom w:w="110" w:type="dxa"/>
              <w:end w:w="130" w:type="dxa"/>
            </w:tcMar>
          </w:tcPr>
          <w:p>
            <w:r>
              <w:rPr>
                <w:rFonts w:ascii="Liberation Sans" w:hAnsi="Liberation Sans" w:eastAsia="Liberation Sans"/>
                <w:b/>
                <w:color w:val="8B2D2D"/>
                <w:sz w:val="20"/>
              </w:rPr>
              <w:t>Do not misread this roster</w:t>
            </w:r>
          </w:p>
          <w:p>
            <w:pPr>
              <w:spacing w:after="0"/>
            </w:pPr>
            <w:r>
              <w:rPr>
                <w:rFonts w:ascii="Liberation Sans" w:hAnsi="Liberation Sans" w:eastAsia="Liberation Sans"/>
                <w:color w:val="20262E"/>
                <w:sz w:val="17"/>
              </w:rPr>
              <w:t>Presence in this table is not evidence that the person taught the doctrines or passages in the manual. Only "Directly reviewed" rows support minister-specific attribution in this edition. Priority and adjacent rows remain future research work.</w:t>
            </w:r>
          </w:p>
        </w:tc>
      </w:tr>
    </w:tbl>
    <w:p>
      <w:pPr>
        <w:spacing w:after="0"/>
      </w:pPr>
    </w:p>
    <w:p>
      <w:pPr>
        <w:pStyle w:val="SmallNote"/>
      </w:pPr>
      <w:r>
        <w:t>Status totals: Broader historical or adjacent research roster: 149 | Priority source-research queue: 30 | Ambiguous, duplicate, or unverified identity: 10 | Directly reviewed: 11</w:t>
      </w:r>
    </w:p>
    <w:tbl>
      <w:tblPr>
        <w:tblStyle w:val="TableGrid"/>
        <w:tblW w:type="auto" w:w="0"/>
        <w:jc w:val="center"/>
        <w:tblLayout w:type="autofit"/>
        <w:tblLook w:firstColumn="1" w:firstRow="1" w:lastColumn="0" w:lastRow="0" w:noHBand="0" w:noVBand="1" w:val="04A0"/>
      </w:tblPr>
      <w:tblGrid>
        <w:gridCol w:w="5112"/>
        <w:gridCol w:w="5112"/>
      </w:tblGrid>
      <w:tr>
        <w:trPr>
          <w:tblHeader w:val="true"/>
        </w:trPr>
        <w:tc>
          <w:tcPr>
            <w:tcW w:type="dxa" w:w="5112"/>
            <w:shd w:fill="18324A"/>
          </w:tcPr>
          <w:p>
            <w:r>
              <w:rPr>
                <w:rFonts w:ascii="Liberation Sans" w:hAnsi="Liberation Sans" w:eastAsia="Liberation Sans"/>
                <w:b/>
                <w:color w:val="FFFFFF"/>
                <w:sz w:val="16"/>
              </w:rPr>
              <w:t>Name</w:t>
            </w:r>
          </w:p>
        </w:tc>
        <w:tc>
          <w:tcPr>
            <w:tcW w:type="dxa" w:w="5112"/>
            <w:shd w:fill="18324A"/>
          </w:tcPr>
          <w:p>
            <w:r>
              <w:rPr>
                <w:rFonts w:ascii="Liberation Sans" w:hAnsi="Liberation Sans" w:eastAsia="Liberation Sans"/>
                <w:b/>
                <w:color w:val="FFFFFF"/>
                <w:sz w:val="16"/>
              </w:rPr>
              <w:t>Research status and attribution note</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A. A. Allen</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A. B. Simpson</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A. C. Valdez Jr.</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A. C. Valdez Sr.</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A. J. Tomlinson</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A. W. Tozer</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Aimee Semple McPherson</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shd w:fill="F7F1E7"/>
            <w:vAlign w:val="top"/>
            <w:tcMar>
              <w:top w:w="50" w:type="dxa"/>
              <w:start w:w="75" w:type="dxa"/>
              <w:bottom w:w="50" w:type="dxa"/>
              <w:end w:w="75" w:type="dxa"/>
            </w:tcMar>
          </w:tcPr>
          <w:p>
            <w:pPr>
              <w:spacing w:after="0"/>
            </w:pPr>
            <w:r>
              <w:rPr>
                <w:rFonts w:ascii="Liberation Sans" w:hAnsi="Liberation Sans" w:eastAsia="Liberation Sans"/>
                <w:b/>
                <w:color w:val="20262E"/>
                <w:sz w:val="15"/>
              </w:rPr>
              <w:t>Alexander Pagani</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Priority source-research queue. Relevant to deliverance or spiritual-warfare research, but not directly attributed in this edition without a reviewed source trail.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Andrew Wommack</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Annette Capps Ministries</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Augustus Hopkins Strong</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Benson Idahosa</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shd w:fill="F7F1E7"/>
            <w:vAlign w:val="top"/>
            <w:tcMar>
              <w:top w:w="50" w:type="dxa"/>
              <w:start w:w="75" w:type="dxa"/>
              <w:bottom w:w="50" w:type="dxa"/>
              <w:end w:w="75" w:type="dxa"/>
            </w:tcMar>
          </w:tcPr>
          <w:p>
            <w:pPr>
              <w:spacing w:after="0"/>
            </w:pPr>
            <w:r>
              <w:rPr>
                <w:rFonts w:ascii="Liberation Sans" w:hAnsi="Liberation Sans" w:eastAsia="Liberation Sans"/>
                <w:b/>
                <w:color w:val="20262E"/>
                <w:sz w:val="15"/>
              </w:rPr>
              <w:t>Bill Banks</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Priority source-research queue. Relevant to deliverance or spiritual-warfare research, but not directly attributed in this edition without a reviewed source trail.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Bill Hamon</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Bill Johnson</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shd w:fill="FCEDED"/>
            <w:vAlign w:val="top"/>
            <w:tcMar>
              <w:top w:w="50" w:type="dxa"/>
              <w:start w:w="75" w:type="dxa"/>
              <w:bottom w:w="50" w:type="dxa"/>
              <w:end w:w="75" w:type="dxa"/>
            </w:tcMar>
          </w:tcPr>
          <w:p>
            <w:pPr>
              <w:spacing w:after="0"/>
            </w:pPr>
            <w:r>
              <w:rPr>
                <w:rFonts w:ascii="Liberation Sans" w:hAnsi="Liberation Sans" w:eastAsia="Liberation Sans"/>
                <w:b/>
                <w:color w:val="20262E"/>
                <w:sz w:val="15"/>
              </w:rPr>
              <w:t>Bill Null</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Ambiguous, duplicate, or unverified identity. Identity requires confirmation; possibly a spelling or name variant.</w:t>
            </w:r>
          </w:p>
        </w:tc>
      </w:tr>
      <w:tr>
        <w:trPr>
          <w:cantSplit/>
        </w:trPr>
        <w:tc>
          <w:tcPr>
            <w:tcW w:type="dxa" w:w="5112"/>
            <w:shd w:fill="EAF4EE"/>
            <w:vAlign w:val="top"/>
            <w:tcMar>
              <w:top w:w="50" w:type="dxa"/>
              <w:start w:w="75" w:type="dxa"/>
              <w:bottom w:w="50" w:type="dxa"/>
              <w:end w:w="75" w:type="dxa"/>
            </w:tcMar>
          </w:tcPr>
          <w:p>
            <w:pPr>
              <w:spacing w:after="0"/>
            </w:pPr>
            <w:r>
              <w:rPr>
                <w:rFonts w:ascii="Liberation Sans" w:hAnsi="Liberation Sans" w:eastAsia="Liberation Sans"/>
                <w:b/>
                <w:color w:val="20262E"/>
                <w:sz w:val="15"/>
              </w:rPr>
              <w:t>Bill Subritzky</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Directly reviewed. Official ministry resource level; S14.</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Bill Winston</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Billy Cole</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Billy Epperhart</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Billy Graham</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Billy Sunday</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Bob Jones</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Bob Mumford</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Brian Brodersen</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shd w:fill="F7F1E7"/>
            <w:vAlign w:val="top"/>
            <w:tcMar>
              <w:top w:w="50" w:type="dxa"/>
              <w:start w:w="75" w:type="dxa"/>
              <w:bottom w:w="50" w:type="dxa"/>
              <w:end w:w="75" w:type="dxa"/>
            </w:tcMar>
          </w:tcPr>
          <w:p>
            <w:pPr>
              <w:spacing w:after="0"/>
            </w:pPr>
            <w:r>
              <w:rPr>
                <w:rFonts w:ascii="Liberation Sans" w:hAnsi="Liberation Sans" w:eastAsia="Liberation Sans"/>
                <w:b/>
                <w:color w:val="20262E"/>
                <w:sz w:val="15"/>
              </w:rPr>
              <w:t>Buzz Milosh</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Priority source-research queue. Relevant to deliverance or spiritual-warfare research, but not directly attributed in this edition without a reviewed source trail.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C. H. Mason</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Carol Arnott</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Carrie Judd Montgomery</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Charles and Frances Hunter</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Charles Capps</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Charles Finney</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Charles Fox Parham</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shd w:fill="EAF4EE"/>
            <w:vAlign w:val="top"/>
            <w:tcMar>
              <w:top w:w="50" w:type="dxa"/>
              <w:start w:w="75" w:type="dxa"/>
              <w:bottom w:w="50" w:type="dxa"/>
              <w:end w:w="75" w:type="dxa"/>
            </w:tcMar>
          </w:tcPr>
          <w:p>
            <w:pPr>
              <w:spacing w:after="0"/>
            </w:pPr>
            <w:r>
              <w:rPr>
                <w:rFonts w:ascii="Liberation Sans" w:hAnsi="Liberation Sans" w:eastAsia="Liberation Sans"/>
                <w:b/>
                <w:color w:val="20262E"/>
                <w:sz w:val="15"/>
              </w:rPr>
              <w:t>Charles Kraft</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Directly reviewed. Publisher-description level; S19.</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Charles S. Price</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Charles Simpson</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Charles Spurgeon</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Chuck Missler</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Chuck Smith (Calvary Chapel)</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shd w:fill="F7F1E7"/>
            <w:vAlign w:val="top"/>
            <w:tcMar>
              <w:top w:w="50" w:type="dxa"/>
              <w:start w:w="75" w:type="dxa"/>
              <w:bottom w:w="50" w:type="dxa"/>
              <w:end w:w="75" w:type="dxa"/>
            </w:tcMar>
          </w:tcPr>
          <w:p>
            <w:pPr>
              <w:spacing w:after="0"/>
            </w:pPr>
            <w:r>
              <w:rPr>
                <w:rFonts w:ascii="Liberation Sans" w:hAnsi="Liberation Sans" w:eastAsia="Liberation Sans"/>
                <w:b/>
                <w:color w:val="20262E"/>
                <w:sz w:val="15"/>
              </w:rPr>
              <w:t>Cindy Jacobs</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Priority source-research queue. Relevant to deliverance or spiritual-warfare research, but not directly attributed in this edition without a reviewed source trail.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Clifton O. Erickson</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Creflo Dollar</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Curry Blake</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D. L. Moody</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Daisy Osborn</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Daniel Kolenda</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Dave Hunt</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David du Plessis</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David Hogan</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shd w:fill="F7F1E7"/>
            <w:vAlign w:val="top"/>
            <w:tcMar>
              <w:top w:w="50" w:type="dxa"/>
              <w:start w:w="75" w:type="dxa"/>
              <w:bottom w:w="50" w:type="dxa"/>
              <w:end w:w="75" w:type="dxa"/>
            </w:tcMar>
          </w:tcPr>
          <w:p>
            <w:pPr>
              <w:spacing w:after="0"/>
            </w:pPr>
            <w:r>
              <w:rPr>
                <w:rFonts w:ascii="Liberation Sans" w:hAnsi="Liberation Sans" w:eastAsia="Liberation Sans"/>
                <w:b/>
                <w:color w:val="20262E"/>
                <w:sz w:val="15"/>
              </w:rPr>
              <w:t>David Horton</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Priority source-research queue. Relevant to deliverance or spiritual-warfare research, but not directly attributed in this edition without a reviewed source trail.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David Ingles (singing ministry)</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David K. Bernard</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David Nunn</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David Pawson</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David Yonggi Cho</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shd w:fill="FCEDED"/>
            <w:vAlign w:val="top"/>
            <w:tcMar>
              <w:top w:w="50" w:type="dxa"/>
              <w:start w:w="75" w:type="dxa"/>
              <w:bottom w:w="50" w:type="dxa"/>
              <w:end w:w="75" w:type="dxa"/>
            </w:tcMar>
          </w:tcPr>
          <w:p>
            <w:pPr>
              <w:spacing w:after="0"/>
            </w:pPr>
            <w:r>
              <w:rPr>
                <w:rFonts w:ascii="Liberation Sans" w:hAnsi="Liberation Sans" w:eastAsia="Liberation Sans"/>
                <w:b/>
                <w:color w:val="20262E"/>
                <w:sz w:val="15"/>
              </w:rPr>
              <w:t>Demarcus Lacy TV</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Ambiguous, duplicate, or unverified identity. Channel/ministry identity requires confirmation before attribution.</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Demos Shakarian</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Dennis Bennett</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shd w:fill="EAF4EE"/>
            <w:vAlign w:val="top"/>
            <w:tcMar>
              <w:top w:w="50" w:type="dxa"/>
              <w:start w:w="75" w:type="dxa"/>
              <w:bottom w:w="50" w:type="dxa"/>
              <w:end w:w="75" w:type="dxa"/>
            </w:tcMar>
          </w:tcPr>
          <w:p>
            <w:pPr>
              <w:spacing w:after="0"/>
            </w:pPr>
            <w:r>
              <w:rPr>
                <w:rFonts w:ascii="Liberation Sans" w:hAnsi="Liberation Sans" w:eastAsia="Liberation Sans"/>
                <w:b/>
                <w:color w:val="20262E"/>
                <w:sz w:val="15"/>
              </w:rPr>
              <w:t>Derek Prince</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Directly reviewed. Official ministry pages and transcript; S08-S11.</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Dodie Osteen</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shd w:fill="F7F1E7"/>
            <w:vAlign w:val="top"/>
            <w:tcMar>
              <w:top w:w="50" w:type="dxa"/>
              <w:start w:w="75" w:type="dxa"/>
              <w:bottom w:w="50" w:type="dxa"/>
              <w:end w:w="75" w:type="dxa"/>
            </w:tcMar>
          </w:tcPr>
          <w:p>
            <w:pPr>
              <w:spacing w:after="0"/>
            </w:pPr>
            <w:r>
              <w:rPr>
                <w:rFonts w:ascii="Liberation Sans" w:hAnsi="Liberation Sans" w:eastAsia="Liberation Sans"/>
                <w:b/>
                <w:color w:val="20262E"/>
                <w:sz w:val="15"/>
              </w:rPr>
              <w:t>Don Basham</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Priority source-research queue. Relevant to deliverance or spiritual-warfare research, but not directly attributed in this edition without a reviewed source trail.</w:t>
            </w:r>
          </w:p>
        </w:tc>
      </w:tr>
      <w:tr>
        <w:trPr>
          <w:cantSplit/>
        </w:trPr>
        <w:tc>
          <w:tcPr>
            <w:tcW w:type="dxa" w:w="5112"/>
            <w:shd w:fill="FCEDED"/>
            <w:vAlign w:val="top"/>
            <w:tcMar>
              <w:top w:w="50" w:type="dxa"/>
              <w:start w:w="75" w:type="dxa"/>
              <w:bottom w:w="50" w:type="dxa"/>
              <w:end w:w="75" w:type="dxa"/>
            </w:tcMar>
          </w:tcPr>
          <w:p>
            <w:pPr>
              <w:spacing w:after="0"/>
            </w:pPr>
            <w:r>
              <w:rPr>
                <w:rFonts w:ascii="Liberation Sans" w:hAnsi="Liberation Sans" w:eastAsia="Liberation Sans"/>
                <w:b/>
                <w:color w:val="20262E"/>
                <w:sz w:val="15"/>
              </w:rPr>
              <w:t>Dr Hobart E Freeman</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Ambiguous, duplicate, or unverified identity. Duplicate or title variant of Hobart Freeman in this roster.</w:t>
            </w:r>
          </w:p>
        </w:tc>
      </w:tr>
      <w:tr>
        <w:trPr>
          <w:cantSplit/>
        </w:trPr>
        <w:tc>
          <w:tcPr>
            <w:tcW w:type="dxa" w:w="5112"/>
            <w:shd w:fill="EAF4EE"/>
            <w:vAlign w:val="top"/>
            <w:tcMar>
              <w:top w:w="50" w:type="dxa"/>
              <w:start w:w="75" w:type="dxa"/>
              <w:bottom w:w="50" w:type="dxa"/>
              <w:end w:w="75" w:type="dxa"/>
            </w:tcMar>
          </w:tcPr>
          <w:p>
            <w:pPr>
              <w:spacing w:after="0"/>
            </w:pPr>
            <w:r>
              <w:rPr>
                <w:rFonts w:ascii="Liberation Sans" w:hAnsi="Liberation Sans" w:eastAsia="Liberation Sans"/>
                <w:b/>
                <w:color w:val="20262E"/>
                <w:sz w:val="15"/>
              </w:rPr>
              <w:t>Dr. J. M. Haggard</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Directly reviewed. Archive identifies Dr. Marcus Haggard; treated here as the requested Haggard stream; S03.</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Dr. James Marocco</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Dr. Lilian B. Yeomans</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shd w:fill="F7F1E7"/>
            <w:vAlign w:val="top"/>
            <w:tcMar>
              <w:top w:w="50" w:type="dxa"/>
              <w:start w:w="75" w:type="dxa"/>
              <w:bottom w:w="50" w:type="dxa"/>
              <w:end w:w="75" w:type="dxa"/>
            </w:tcMar>
          </w:tcPr>
          <w:p>
            <w:pPr>
              <w:spacing w:after="0"/>
            </w:pPr>
            <w:r>
              <w:rPr>
                <w:rFonts w:ascii="Liberation Sans" w:hAnsi="Liberation Sans" w:eastAsia="Liberation Sans"/>
                <w:b/>
                <w:color w:val="20262E"/>
                <w:sz w:val="15"/>
              </w:rPr>
              <w:t>Dutch Sheets</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Priority source-research queue. Relevant to deliverance or spiritual-warfare research, but not directly attributed in this edition without a reviewed source trail.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E. A. Adeboye</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E. W. Kenyon</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shd w:fill="EAF4EE"/>
            <w:vAlign w:val="top"/>
            <w:tcMar>
              <w:top w:w="50" w:type="dxa"/>
              <w:start w:w="75" w:type="dxa"/>
              <w:bottom w:w="50" w:type="dxa"/>
              <w:end w:w="75" w:type="dxa"/>
            </w:tcMar>
          </w:tcPr>
          <w:p>
            <w:pPr>
              <w:spacing w:after="0"/>
            </w:pPr>
            <w:r>
              <w:rPr>
                <w:rFonts w:ascii="Liberation Sans" w:hAnsi="Liberation Sans" w:eastAsia="Liberation Sans"/>
                <w:b/>
                <w:color w:val="20262E"/>
                <w:sz w:val="15"/>
              </w:rPr>
              <w:t>Ed Murphy</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Directly reviewed. Publisher-description level; S18.</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Ern Baxter</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Evan Roberts</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Everett Parrott</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F. F. Bosworth</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Florence Crawford</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shd w:fill="F7F1E7"/>
            <w:vAlign w:val="top"/>
            <w:tcMar>
              <w:top w:w="50" w:type="dxa"/>
              <w:start w:w="75" w:type="dxa"/>
              <w:bottom w:w="50" w:type="dxa"/>
              <w:end w:w="75" w:type="dxa"/>
            </w:tcMar>
          </w:tcPr>
          <w:p>
            <w:pPr>
              <w:spacing w:after="0"/>
            </w:pPr>
            <w:r>
              <w:rPr>
                <w:rFonts w:ascii="Liberation Sans" w:hAnsi="Liberation Sans" w:eastAsia="Liberation Sans"/>
                <w:b/>
                <w:color w:val="20262E"/>
                <w:sz w:val="15"/>
              </w:rPr>
              <w:t>Francis Frangipane</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Priority source-research queue. Relevant to deliverance or spiritual-warfare research, but not directly attributed in this edition without a reviewed source trail.</w:t>
            </w:r>
          </w:p>
        </w:tc>
      </w:tr>
      <w:tr>
        <w:trPr>
          <w:cantSplit/>
        </w:trPr>
        <w:tc>
          <w:tcPr>
            <w:tcW w:type="dxa" w:w="5112"/>
            <w:shd w:fill="F7F1E7"/>
            <w:vAlign w:val="top"/>
            <w:tcMar>
              <w:top w:w="50" w:type="dxa"/>
              <w:start w:w="75" w:type="dxa"/>
              <w:bottom w:w="50" w:type="dxa"/>
              <w:end w:w="75" w:type="dxa"/>
            </w:tcMar>
          </w:tcPr>
          <w:p>
            <w:pPr>
              <w:spacing w:after="0"/>
            </w:pPr>
            <w:r>
              <w:rPr>
                <w:rFonts w:ascii="Liberation Sans" w:hAnsi="Liberation Sans" w:eastAsia="Liberation Sans"/>
                <w:b/>
                <w:color w:val="20262E"/>
                <w:sz w:val="15"/>
              </w:rPr>
              <w:t>Francis MacNutt</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Priority source-research queue. Relevant to deliverance or spiritual-warfare research, but not directly attributed in this edition without a reviewed source trail.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Frank Bartleman</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shd w:fill="EAF4EE"/>
            <w:vAlign w:val="top"/>
            <w:tcMar>
              <w:top w:w="50" w:type="dxa"/>
              <w:start w:w="75" w:type="dxa"/>
              <w:bottom w:w="50" w:type="dxa"/>
              <w:end w:w="75" w:type="dxa"/>
            </w:tcMar>
          </w:tcPr>
          <w:p>
            <w:pPr>
              <w:spacing w:after="0"/>
            </w:pPr>
            <w:r>
              <w:rPr>
                <w:rFonts w:ascii="Liberation Sans" w:hAnsi="Liberation Sans" w:eastAsia="Liberation Sans"/>
                <w:b/>
                <w:color w:val="20262E"/>
                <w:sz w:val="15"/>
              </w:rPr>
              <w:t>Frank Hammond</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Directly reviewed. Reviewed jointly with Ida Mae Hammond through LHBC and official publisher sources; S04, S12-S13.</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Fred K. C. Price</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G. A. Mangun</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G. B. Cashwell</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G. T. Haywood</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George Jeffreys</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George Whitefield</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Gloria Copeland</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Gordon Lindsay</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Graham Cooke</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Greg Laurie</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Hal Lindsey</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Harald Bredesen</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Harry Greenwood</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Heidi Baker</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shd w:fill="F7F1E7"/>
            <w:vAlign w:val="top"/>
            <w:tcMar>
              <w:top w:w="50" w:type="dxa"/>
              <w:start w:w="75" w:type="dxa"/>
              <w:bottom w:w="50" w:type="dxa"/>
              <w:end w:w="75" w:type="dxa"/>
            </w:tcMar>
          </w:tcPr>
          <w:p>
            <w:pPr>
              <w:spacing w:after="0"/>
            </w:pPr>
            <w:r>
              <w:rPr>
                <w:rFonts w:ascii="Liberation Sans" w:hAnsi="Liberation Sans" w:eastAsia="Liberation Sans"/>
                <w:b/>
                <w:color w:val="20262E"/>
                <w:sz w:val="15"/>
              </w:rPr>
              <w:t>Henry W. Wright</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Priority source-research queue. Relevant to deliverance or spiritual-warfare research, but not directly attributed in this edition without a reviewed source trail.</w:t>
            </w:r>
          </w:p>
        </w:tc>
      </w:tr>
      <w:tr>
        <w:trPr>
          <w:cantSplit/>
        </w:trPr>
        <w:tc>
          <w:tcPr>
            <w:tcW w:type="dxa" w:w="5112"/>
            <w:shd w:fill="FCEDED"/>
            <w:vAlign w:val="top"/>
            <w:tcMar>
              <w:top w:w="50" w:type="dxa"/>
              <w:start w:w="75" w:type="dxa"/>
              <w:bottom w:w="50" w:type="dxa"/>
              <w:end w:w="75" w:type="dxa"/>
            </w:tcMar>
          </w:tcPr>
          <w:p>
            <w:pPr>
              <w:spacing w:after="0"/>
            </w:pPr>
            <w:r>
              <w:rPr>
                <w:rFonts w:ascii="Liberation Sans" w:hAnsi="Liberation Sans" w:eastAsia="Liberation Sans"/>
                <w:b/>
                <w:color w:val="20262E"/>
                <w:sz w:val="15"/>
              </w:rPr>
              <w:t>Hobart Freeman</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Ambiguous, duplicate, or unverified identity. Duplicate or title variant also listed as Dr Hobart E Freeman.</w:t>
            </w:r>
          </w:p>
        </w:tc>
      </w:tr>
      <w:tr>
        <w:trPr>
          <w:cantSplit/>
        </w:trPr>
        <w:tc>
          <w:tcPr>
            <w:tcW w:type="dxa" w:w="5112"/>
            <w:shd w:fill="F7F1E7"/>
            <w:vAlign w:val="top"/>
            <w:tcMar>
              <w:top w:w="50" w:type="dxa"/>
              <w:start w:w="75" w:type="dxa"/>
              <w:bottom w:w="50" w:type="dxa"/>
              <w:end w:w="75" w:type="dxa"/>
            </w:tcMar>
          </w:tcPr>
          <w:p>
            <w:pPr>
              <w:spacing w:after="0"/>
            </w:pPr>
            <w:r>
              <w:rPr>
                <w:rFonts w:ascii="Liberation Sans" w:hAnsi="Liberation Sans" w:eastAsia="Liberation Sans"/>
                <w:b/>
                <w:color w:val="20262E"/>
                <w:sz w:val="15"/>
              </w:rPr>
              <w:t>Howard Pittman</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Priority source-research queue. Relevant to deliverance or spiritual-warfare research, but not directly attributed in this edition without a reviewed source trail.</w:t>
            </w:r>
          </w:p>
        </w:tc>
      </w:tr>
      <w:tr>
        <w:trPr>
          <w:cantSplit/>
        </w:trPr>
        <w:tc>
          <w:tcPr>
            <w:tcW w:type="dxa" w:w="5112"/>
            <w:shd w:fill="F7F1E7"/>
            <w:vAlign w:val="top"/>
            <w:tcMar>
              <w:top w:w="50" w:type="dxa"/>
              <w:start w:w="75" w:type="dxa"/>
              <w:bottom w:w="50" w:type="dxa"/>
              <w:end w:w="75" w:type="dxa"/>
            </w:tcMar>
          </w:tcPr>
          <w:p>
            <w:pPr>
              <w:spacing w:after="0"/>
            </w:pPr>
            <w:r>
              <w:rPr>
                <w:rFonts w:ascii="Liberation Sans" w:hAnsi="Liberation Sans" w:eastAsia="Liberation Sans"/>
                <w:b/>
                <w:color w:val="20262E"/>
                <w:sz w:val="15"/>
              </w:rPr>
              <w:t>Ivory Hopkins</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Priority source-research queue. Relevant to deliverance or spiritual-warfare research, but not directly attributed in this edition without a reviewed source trail.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J. T. Pugh</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J. Vernon McGee</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Jack Coe</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shd w:fill="F7F1E7"/>
            <w:vAlign w:val="top"/>
            <w:tcMar>
              <w:top w:w="50" w:type="dxa"/>
              <w:start w:w="75" w:type="dxa"/>
              <w:bottom w:w="50" w:type="dxa"/>
              <w:end w:w="75" w:type="dxa"/>
            </w:tcMar>
          </w:tcPr>
          <w:p>
            <w:pPr>
              <w:spacing w:after="0"/>
            </w:pPr>
            <w:r>
              <w:rPr>
                <w:rFonts w:ascii="Liberation Sans" w:hAnsi="Liberation Sans" w:eastAsia="Liberation Sans"/>
                <w:b/>
                <w:color w:val="20262E"/>
                <w:sz w:val="15"/>
              </w:rPr>
              <w:t>Jack Hayford</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Priority source-research queue. Relevant to deliverance or spiritual-warfare research, but not directly attributed in this edition without a reviewed source trail.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Jack Moore</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shd w:fill="F7F1E7"/>
            <w:vAlign w:val="top"/>
            <w:tcMar>
              <w:top w:w="50" w:type="dxa"/>
              <w:start w:w="75" w:type="dxa"/>
              <w:bottom w:w="50" w:type="dxa"/>
              <w:end w:w="75" w:type="dxa"/>
            </w:tcMar>
          </w:tcPr>
          <w:p>
            <w:pPr>
              <w:spacing w:after="0"/>
            </w:pPr>
            <w:r>
              <w:rPr>
                <w:rFonts w:ascii="Liberation Sans" w:hAnsi="Liberation Sans" w:eastAsia="Liberation Sans"/>
                <w:b/>
                <w:color w:val="20262E"/>
                <w:sz w:val="15"/>
              </w:rPr>
              <w:t>James Goll</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Priority source-research queue. Relevant to deliverance or spiritual-warfare research, but not directly attributed in this edition without a reviewed source trail.</w:t>
            </w:r>
          </w:p>
        </w:tc>
      </w:tr>
      <w:tr>
        <w:trPr>
          <w:cantSplit/>
        </w:trPr>
        <w:tc>
          <w:tcPr>
            <w:tcW w:type="dxa" w:w="5112"/>
            <w:shd w:fill="FCEDED"/>
            <w:vAlign w:val="top"/>
            <w:tcMar>
              <w:top w:w="50" w:type="dxa"/>
              <w:start w:w="75" w:type="dxa"/>
              <w:bottom w:w="50" w:type="dxa"/>
              <w:end w:w="75" w:type="dxa"/>
            </w:tcMar>
          </w:tcPr>
          <w:p>
            <w:pPr>
              <w:spacing w:after="0"/>
            </w:pPr>
            <w:r>
              <w:rPr>
                <w:rFonts w:ascii="Liberation Sans" w:hAnsi="Liberation Sans" w:eastAsia="Liberation Sans"/>
                <w:b/>
                <w:color w:val="20262E"/>
                <w:sz w:val="15"/>
              </w:rPr>
              <w:t>James Mobley</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Ambiguous, duplicate, or unverified identity. Multiple people share this name; source identity requires confirmation.</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James Robison</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Jerry Savelle</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Jesse Duplantis</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John Alexander Dowie</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John Arnott</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John Bevere</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shd w:fill="F7F1E7"/>
            <w:vAlign w:val="top"/>
            <w:tcMar>
              <w:top w:w="50" w:type="dxa"/>
              <w:start w:w="75" w:type="dxa"/>
              <w:bottom w:w="50" w:type="dxa"/>
              <w:end w:w="75" w:type="dxa"/>
            </w:tcMar>
          </w:tcPr>
          <w:p>
            <w:pPr>
              <w:spacing w:after="0"/>
            </w:pPr>
            <w:r>
              <w:rPr>
                <w:rFonts w:ascii="Liberation Sans" w:hAnsi="Liberation Sans" w:eastAsia="Liberation Sans"/>
                <w:b/>
                <w:color w:val="20262E"/>
                <w:sz w:val="15"/>
              </w:rPr>
              <w:t>John Eckhardt</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Priority source-research queue. Relevant to deliverance or spiritual-warfare research, but not directly attributed in this edition without a reviewed source trail.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John G. Lake</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John Kilpatrick</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shd w:fill="F7F1E7"/>
            <w:vAlign w:val="top"/>
            <w:tcMar>
              <w:top w:w="50" w:type="dxa"/>
              <w:start w:w="75" w:type="dxa"/>
              <w:bottom w:w="50" w:type="dxa"/>
              <w:end w:w="75" w:type="dxa"/>
            </w:tcMar>
          </w:tcPr>
          <w:p>
            <w:pPr>
              <w:spacing w:after="0"/>
            </w:pPr>
            <w:r>
              <w:rPr>
                <w:rFonts w:ascii="Liberation Sans" w:hAnsi="Liberation Sans" w:eastAsia="Liberation Sans"/>
                <w:b/>
                <w:color w:val="20262E"/>
                <w:sz w:val="15"/>
              </w:rPr>
              <w:t>John Loren Sandford</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Priority source-research queue. Relevant to deliverance or spiritual-warfare research, but not directly attributed in this edition without a reviewed source trail.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John Osteen</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John Wesley</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shd w:fill="F7F1E7"/>
            <w:vAlign w:val="top"/>
            <w:tcMar>
              <w:top w:w="50" w:type="dxa"/>
              <w:start w:w="75" w:type="dxa"/>
              <w:bottom w:w="50" w:type="dxa"/>
              <w:end w:w="75" w:type="dxa"/>
            </w:tcMar>
          </w:tcPr>
          <w:p>
            <w:pPr>
              <w:spacing w:after="0"/>
            </w:pPr>
            <w:r>
              <w:rPr>
                <w:rFonts w:ascii="Liberation Sans" w:hAnsi="Liberation Sans" w:eastAsia="Liberation Sans"/>
                <w:b/>
                <w:color w:val="20262E"/>
                <w:sz w:val="15"/>
              </w:rPr>
              <w:t>John Wimber</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Priority source-research queue. Relevant to deliverance or spiritual-warfare research, but not directly attributed in this edition without a reviewed source trail.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Jon Courson</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Jonathan Edwards</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Joseph Ayo Babalola</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Joyce Meyer</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shd w:fill="F7F1E7"/>
            <w:vAlign w:val="top"/>
            <w:tcMar>
              <w:top w:w="50" w:type="dxa"/>
              <w:start w:w="75" w:type="dxa"/>
              <w:bottom w:w="50" w:type="dxa"/>
              <w:end w:w="75" w:type="dxa"/>
            </w:tcMar>
          </w:tcPr>
          <w:p>
            <w:pPr>
              <w:spacing w:after="0"/>
            </w:pPr>
            <w:r>
              <w:rPr>
                <w:rFonts w:ascii="Liberation Sans" w:hAnsi="Liberation Sans" w:eastAsia="Liberation Sans"/>
                <w:b/>
                <w:color w:val="20262E"/>
                <w:sz w:val="15"/>
              </w:rPr>
              <w:t>Judith MacNutt</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Priority source-research queue. Relevant to deliverance or spiritual-warfare research, but not directly attributed in this edition without a reviewed source trail.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Kathryn Kuhlman</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Keith Moore</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Kenneth Copeland</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Kenneth E. Hagin</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Kenneth W. Hagin</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Kim Clement</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Kobus van Rensburg</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Kris Vallotton</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Larry Christenson</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Lee Stoneking</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Leonard Ravenhill</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shd w:fill="F7F1E7"/>
            <w:vAlign w:val="top"/>
            <w:tcMar>
              <w:top w:w="50" w:type="dxa"/>
              <w:start w:w="75" w:type="dxa"/>
              <w:bottom w:w="50" w:type="dxa"/>
              <w:end w:w="75" w:type="dxa"/>
            </w:tcMar>
          </w:tcPr>
          <w:p>
            <w:pPr>
              <w:spacing w:after="0"/>
            </w:pPr>
            <w:r>
              <w:rPr>
                <w:rFonts w:ascii="Liberation Sans" w:hAnsi="Liberation Sans" w:eastAsia="Liberation Sans"/>
                <w:b/>
                <w:color w:val="20262E"/>
                <w:sz w:val="15"/>
              </w:rPr>
              <w:t>Lester Sumrall</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Priority source-research queue. Relevant to deliverance or spiritual-warfare research, but not directly attributed in this edition without a reviewed source trail.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Lewi Pethrus</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Lou Engle</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Louise Nankivell</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Lucy F. Farrow</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Mac Hammond</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shd w:fill="F7F1E7"/>
            <w:vAlign w:val="top"/>
            <w:tcMar>
              <w:top w:w="50" w:type="dxa"/>
              <w:start w:w="75" w:type="dxa"/>
              <w:bottom w:w="50" w:type="dxa"/>
              <w:end w:w="75" w:type="dxa"/>
            </w:tcMar>
          </w:tcPr>
          <w:p>
            <w:pPr>
              <w:spacing w:after="0"/>
            </w:pPr>
            <w:r>
              <w:rPr>
                <w:rFonts w:ascii="Liberation Sans" w:hAnsi="Liberation Sans" w:eastAsia="Liberation Sans"/>
                <w:b/>
                <w:color w:val="20262E"/>
                <w:sz w:val="15"/>
              </w:rPr>
              <w:t>Mahesh Chavda</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Priority source-research queue. Relevant to deliverance or spiritual-warfare research, but not directly attributed in this edition without a reviewed source trail.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Maria Woodworth-Etter</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Marilyn Hickey</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Mark Hemans</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shd w:fill="F7F1E7"/>
            <w:vAlign w:val="top"/>
            <w:tcMar>
              <w:top w:w="50" w:type="dxa"/>
              <w:start w:w="75" w:type="dxa"/>
              <w:bottom w:w="50" w:type="dxa"/>
              <w:end w:w="75" w:type="dxa"/>
            </w:tcMar>
          </w:tcPr>
          <w:p>
            <w:pPr>
              <w:spacing w:after="0"/>
            </w:pPr>
            <w:r>
              <w:rPr>
                <w:rFonts w:ascii="Liberation Sans" w:hAnsi="Liberation Sans" w:eastAsia="Liberation Sans"/>
                <w:b/>
                <w:color w:val="20262E"/>
                <w:sz w:val="15"/>
              </w:rPr>
              <w:t>Marty Blackwelder</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Priority source-research queue. Relevant to deliverance or spiritual-warfare research, but not directly attributed in this edition without a reviewed source trail.</w:t>
            </w:r>
          </w:p>
        </w:tc>
      </w:tr>
      <w:tr>
        <w:trPr>
          <w:cantSplit/>
        </w:trPr>
        <w:tc>
          <w:tcPr>
            <w:tcW w:type="dxa" w:w="5112"/>
            <w:shd w:fill="F7F1E7"/>
            <w:vAlign w:val="top"/>
            <w:tcMar>
              <w:top w:w="50" w:type="dxa"/>
              <w:start w:w="75" w:type="dxa"/>
              <w:bottom w:w="50" w:type="dxa"/>
              <w:end w:w="75" w:type="dxa"/>
            </w:tcMar>
          </w:tcPr>
          <w:p>
            <w:pPr>
              <w:spacing w:after="0"/>
            </w:pPr>
            <w:r>
              <w:rPr>
                <w:rFonts w:ascii="Liberation Sans" w:hAnsi="Liberation Sans" w:eastAsia="Liberation Sans"/>
                <w:b/>
                <w:color w:val="20262E"/>
                <w:sz w:val="15"/>
              </w:rPr>
              <w:t>Maxwell Whyte</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Priority source-research queue. Relevant to deliverance or spiritual-warfare research, but not directly attributed in this edition without a reviewed source trail.</w:t>
            </w:r>
          </w:p>
        </w:tc>
      </w:tr>
      <w:tr>
        <w:trPr>
          <w:cantSplit/>
        </w:trPr>
        <w:tc>
          <w:tcPr>
            <w:tcW w:type="dxa" w:w="5112"/>
            <w:shd w:fill="F7F1E7"/>
            <w:vAlign w:val="top"/>
            <w:tcMar>
              <w:top w:w="50" w:type="dxa"/>
              <w:start w:w="75" w:type="dxa"/>
              <w:bottom w:w="50" w:type="dxa"/>
              <w:end w:w="75" w:type="dxa"/>
            </w:tcMar>
          </w:tcPr>
          <w:p>
            <w:pPr>
              <w:spacing w:after="0"/>
            </w:pPr>
            <w:r>
              <w:rPr>
                <w:rFonts w:ascii="Liberation Sans" w:hAnsi="Liberation Sans" w:eastAsia="Liberation Sans"/>
                <w:b/>
                <w:color w:val="20262E"/>
                <w:sz w:val="15"/>
              </w:rPr>
              <w:t>Micah Bell</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Priority source-research queue. Relevant to deliverance or spiritual-warfare research, but not directly attributed in this edition without a reviewed source trail.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Michael Brown</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shd w:fill="F7F1E7"/>
            <w:vAlign w:val="top"/>
            <w:tcMar>
              <w:top w:w="50" w:type="dxa"/>
              <w:start w:w="75" w:type="dxa"/>
              <w:bottom w:w="50" w:type="dxa"/>
              <w:end w:w="75" w:type="dxa"/>
            </w:tcMar>
          </w:tcPr>
          <w:p>
            <w:pPr>
              <w:spacing w:after="0"/>
            </w:pPr>
            <w:r>
              <w:rPr>
                <w:rFonts w:ascii="Liberation Sans" w:hAnsi="Liberation Sans" w:eastAsia="Liberation Sans"/>
                <w:b/>
                <w:color w:val="20262E"/>
                <w:sz w:val="15"/>
              </w:rPr>
              <w:t>Michael Hoggard</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Priority source-research queue. Relevant to deliverance or spiritual-warfare research, but not directly attributed in this edition without a reviewed source trail.</w:t>
            </w:r>
          </w:p>
        </w:tc>
      </w:tr>
      <w:tr>
        <w:trPr>
          <w:cantSplit/>
        </w:trPr>
        <w:tc>
          <w:tcPr>
            <w:tcW w:type="dxa" w:w="5112"/>
            <w:shd w:fill="F7F1E7"/>
            <w:vAlign w:val="top"/>
            <w:tcMar>
              <w:top w:w="50" w:type="dxa"/>
              <w:start w:w="75" w:type="dxa"/>
              <w:bottom w:w="50" w:type="dxa"/>
              <w:end w:w="75" w:type="dxa"/>
            </w:tcMar>
          </w:tcPr>
          <w:p>
            <w:pPr>
              <w:spacing w:after="0"/>
            </w:pPr>
            <w:r>
              <w:rPr>
                <w:rFonts w:ascii="Liberation Sans" w:hAnsi="Liberation Sans" w:eastAsia="Liberation Sans"/>
                <w:b/>
                <w:color w:val="20262E"/>
                <w:sz w:val="15"/>
              </w:rPr>
              <w:t>Miguel Bustillos</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Priority source-research queue. Relevant to deliverance or spiritual-warfare research, but not directly attributed in this edition without a reviewed source trail.</w:t>
            </w:r>
          </w:p>
        </w:tc>
      </w:tr>
      <w:tr>
        <w:trPr>
          <w:cantSplit/>
        </w:trPr>
        <w:tc>
          <w:tcPr>
            <w:tcW w:type="dxa" w:w="5112"/>
            <w:shd w:fill="EAF4EE"/>
            <w:vAlign w:val="top"/>
            <w:tcMar>
              <w:top w:w="50" w:type="dxa"/>
              <w:start w:w="75" w:type="dxa"/>
              <w:bottom w:w="50" w:type="dxa"/>
              <w:end w:w="75" w:type="dxa"/>
            </w:tcMar>
          </w:tcPr>
          <w:p>
            <w:pPr>
              <w:spacing w:after="0"/>
            </w:pPr>
            <w:r>
              <w:rPr>
                <w:rFonts w:ascii="Liberation Sans" w:hAnsi="Liberation Sans" w:eastAsia="Liberation Sans"/>
                <w:b/>
                <w:color w:val="20262E"/>
                <w:sz w:val="15"/>
              </w:rPr>
              <w:t>Mike Connell</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Directly reviewed. Official ministry-resource level; S17.</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Mike MacIntosh</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Minnie F. Abrams</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Morris Cerullo</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Nathaniel A. Urshan</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shd w:fill="EAF4EE"/>
            <w:vAlign w:val="top"/>
            <w:tcMar>
              <w:top w:w="50" w:type="dxa"/>
              <w:start w:w="75" w:type="dxa"/>
              <w:bottom w:w="50" w:type="dxa"/>
              <w:end w:w="75" w:type="dxa"/>
            </w:tcMar>
          </w:tcPr>
          <w:p>
            <w:pPr>
              <w:spacing w:after="0"/>
            </w:pPr>
            <w:r>
              <w:rPr>
                <w:rFonts w:ascii="Liberation Sans" w:hAnsi="Liberation Sans" w:eastAsia="Liberation Sans"/>
                <w:b/>
                <w:color w:val="20262E"/>
                <w:sz w:val="15"/>
              </w:rPr>
              <w:t>Neil T. Anderson</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Directly reviewed. Official ministry-stream level; S16.</w:t>
            </w:r>
          </w:p>
        </w:tc>
      </w:tr>
      <w:tr>
        <w:trPr>
          <w:cantSplit/>
        </w:trPr>
        <w:tc>
          <w:tcPr>
            <w:tcW w:type="dxa" w:w="5112"/>
            <w:shd w:fill="FCEDED"/>
            <w:vAlign w:val="top"/>
            <w:tcMar>
              <w:top w:w="50" w:type="dxa"/>
              <w:start w:w="75" w:type="dxa"/>
              <w:bottom w:w="50" w:type="dxa"/>
              <w:end w:w="75" w:type="dxa"/>
            </w:tcMar>
          </w:tcPr>
          <w:p>
            <w:pPr>
              <w:spacing w:after="0"/>
            </w:pPr>
            <w:r>
              <w:rPr>
                <w:rFonts w:ascii="Liberation Sans" w:hAnsi="Liberation Sans" w:eastAsia="Liberation Sans"/>
                <w:b/>
                <w:color w:val="20262E"/>
                <w:sz w:val="15"/>
              </w:rPr>
              <w:t>Norman Parrish</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Ambiguous, duplicate, or unverified identity. Source identity requires confirmation before attribution.</w:t>
            </w:r>
          </w:p>
        </w:tc>
      </w:tr>
      <w:tr>
        <w:trPr>
          <w:cantSplit/>
        </w:trPr>
        <w:tc>
          <w:tcPr>
            <w:tcW w:type="dxa" w:w="5112"/>
            <w:shd w:fill="F7F1E7"/>
            <w:vAlign w:val="top"/>
            <w:tcMar>
              <w:top w:w="50" w:type="dxa"/>
              <w:start w:w="75" w:type="dxa"/>
              <w:bottom w:w="50" w:type="dxa"/>
              <w:end w:w="75" w:type="dxa"/>
            </w:tcMar>
          </w:tcPr>
          <w:p>
            <w:pPr>
              <w:spacing w:after="0"/>
            </w:pPr>
            <w:r>
              <w:rPr>
                <w:rFonts w:ascii="Liberation Sans" w:hAnsi="Liberation Sans" w:eastAsia="Liberation Sans"/>
                <w:b/>
                <w:color w:val="20262E"/>
                <w:sz w:val="15"/>
              </w:rPr>
              <w:t>Norvel Hayes</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Priority source-research queue. Relevant to deliverance or spiritual-warfare research, but not directly attributed in this edition without a reviewed source trail.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O. L. Jaggers</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Oral Roberts</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P. C. Nelson</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Pandita Ramabai</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Paris Reidhead</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Pat Robertson</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Paul Cain</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shd w:fill="F7F1E7"/>
            <w:vAlign w:val="top"/>
            <w:tcMar>
              <w:top w:w="50" w:type="dxa"/>
              <w:start w:w="75" w:type="dxa"/>
              <w:bottom w:w="50" w:type="dxa"/>
              <w:end w:w="75" w:type="dxa"/>
            </w:tcMar>
          </w:tcPr>
          <w:p>
            <w:pPr>
              <w:spacing w:after="0"/>
            </w:pPr>
            <w:r>
              <w:rPr>
                <w:rFonts w:ascii="Liberation Sans" w:hAnsi="Liberation Sans" w:eastAsia="Liberation Sans"/>
                <w:b/>
                <w:color w:val="20262E"/>
                <w:sz w:val="15"/>
              </w:rPr>
              <w:t>Paula Sandford</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Priority source-research queue. Relevant to deliverance or spiritual-warfare research, but not directly attributed in this edition without a reviewed source trail.</w:t>
            </w:r>
          </w:p>
        </w:tc>
      </w:tr>
      <w:tr>
        <w:trPr>
          <w:cantSplit/>
        </w:trPr>
        <w:tc>
          <w:tcPr>
            <w:tcW w:type="dxa" w:w="5112"/>
            <w:shd w:fill="EAF4EE"/>
            <w:vAlign w:val="top"/>
            <w:tcMar>
              <w:top w:w="50" w:type="dxa"/>
              <w:start w:w="75" w:type="dxa"/>
              <w:bottom w:w="50" w:type="dxa"/>
              <w:end w:w="75" w:type="dxa"/>
            </w:tcMar>
          </w:tcPr>
          <w:p>
            <w:pPr>
              <w:spacing w:after="0"/>
            </w:pPr>
            <w:r>
              <w:rPr>
                <w:rFonts w:ascii="Liberation Sans" w:hAnsi="Liberation Sans" w:eastAsia="Liberation Sans"/>
                <w:b/>
                <w:color w:val="20262E"/>
                <w:sz w:val="15"/>
              </w:rPr>
              <w:t>Peter Horrobin</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Directly reviewed. Official ministry/publisher level; S15.</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Phil and Fern Halverson</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shd w:fill="EAF4EE"/>
            <w:vAlign w:val="top"/>
            <w:tcMar>
              <w:top w:w="50" w:type="dxa"/>
              <w:start w:w="75" w:type="dxa"/>
              <w:bottom w:w="50" w:type="dxa"/>
              <w:end w:w="75" w:type="dxa"/>
            </w:tcMar>
          </w:tcPr>
          <w:p>
            <w:pPr>
              <w:spacing w:after="0"/>
            </w:pPr>
            <w:r>
              <w:rPr>
                <w:rFonts w:ascii="Liberation Sans" w:hAnsi="Liberation Sans" w:eastAsia="Liberation Sans"/>
                <w:b/>
                <w:color w:val="20262E"/>
                <w:sz w:val="15"/>
              </w:rPr>
              <w:t>Philip Morris</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Directly reviewed. Archive spells the name Phillip Morris; S05.</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Prophet T. B. Joshua</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shd w:fill="FCEDED"/>
            <w:vAlign w:val="top"/>
            <w:tcMar>
              <w:top w:w="50" w:type="dxa"/>
              <w:start w:w="75" w:type="dxa"/>
              <w:bottom w:w="50" w:type="dxa"/>
              <w:end w:w="75" w:type="dxa"/>
            </w:tcMar>
          </w:tcPr>
          <w:p>
            <w:pPr>
              <w:spacing w:after="0"/>
            </w:pPr>
            <w:r>
              <w:rPr>
                <w:rFonts w:ascii="Liberation Sans" w:hAnsi="Liberation Sans" w:eastAsia="Liberation Sans"/>
                <w:b/>
                <w:color w:val="20262E"/>
                <w:sz w:val="15"/>
              </w:rPr>
              <w:t>Prophetess Julia Williams</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Ambiguous, duplicate, or unverified identity. Multiple ministry identities may match; source confirmation required.</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R. A. Torrey</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R. W. Schambach</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Randy Clark</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shd w:fill="FCEDED"/>
            <w:vAlign w:val="top"/>
            <w:tcMar>
              <w:top w:w="50" w:type="dxa"/>
              <w:start w:w="75" w:type="dxa"/>
              <w:bottom w:w="50" w:type="dxa"/>
              <w:end w:w="75" w:type="dxa"/>
            </w:tcMar>
          </w:tcPr>
          <w:p>
            <w:pPr>
              <w:spacing w:after="0"/>
            </w:pPr>
            <w:r>
              <w:rPr>
                <w:rFonts w:ascii="Liberation Sans" w:hAnsi="Liberation Sans" w:eastAsia="Liberation Sans"/>
                <w:b/>
                <w:color w:val="20262E"/>
                <w:sz w:val="15"/>
              </w:rPr>
              <w:t>Raymond T. Richards</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Ambiguous, duplicate, or unverified identity. Source identity requires confirmation before attribution.</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Raymond T. Richey</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Reinhard Bonnke</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shd w:fill="FCEDED"/>
            <w:vAlign w:val="top"/>
            <w:tcMar>
              <w:top w:w="50" w:type="dxa"/>
              <w:start w:w="75" w:type="dxa"/>
              <w:bottom w:w="50" w:type="dxa"/>
              <w:end w:w="75" w:type="dxa"/>
            </w:tcMar>
          </w:tcPr>
          <w:p>
            <w:pPr>
              <w:spacing w:after="0"/>
            </w:pPr>
            <w:r>
              <w:rPr>
                <w:rFonts w:ascii="Liberation Sans" w:hAnsi="Liberation Sans" w:eastAsia="Liberation Sans"/>
                <w:b/>
                <w:color w:val="20262E"/>
                <w:sz w:val="15"/>
              </w:rPr>
              <w:t>ReJeanna Jolliff</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Ambiguous, duplicate, or unverified identity. Spelling and source identity require confirmation.</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Rick Joyner</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shd w:fill="F7F1E7"/>
            <w:vAlign w:val="top"/>
            <w:tcMar>
              <w:top w:w="50" w:type="dxa"/>
              <w:start w:w="75" w:type="dxa"/>
              <w:bottom w:w="50" w:type="dxa"/>
              <w:end w:w="75" w:type="dxa"/>
            </w:tcMar>
          </w:tcPr>
          <w:p>
            <w:pPr>
              <w:spacing w:after="0"/>
            </w:pPr>
            <w:r>
              <w:rPr>
                <w:rFonts w:ascii="Liberation Sans" w:hAnsi="Liberation Sans" w:eastAsia="Liberation Sans"/>
                <w:b/>
                <w:color w:val="20262E"/>
                <w:sz w:val="15"/>
              </w:rPr>
              <w:t>Rick Renner</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Priority source-research queue. Relevant to deliverance or spiritual-warfare research, but not directly attributed in this edition without a reviewed source trail.</w:t>
            </w:r>
          </w:p>
        </w:tc>
      </w:tr>
      <w:tr>
        <w:trPr>
          <w:cantSplit/>
        </w:trPr>
        <w:tc>
          <w:tcPr>
            <w:tcW w:type="dxa" w:w="5112"/>
            <w:shd w:fill="F7F1E7"/>
            <w:vAlign w:val="top"/>
            <w:tcMar>
              <w:top w:w="50" w:type="dxa"/>
              <w:start w:w="75" w:type="dxa"/>
              <w:bottom w:w="50" w:type="dxa"/>
              <w:end w:w="75" w:type="dxa"/>
            </w:tcMar>
          </w:tcPr>
          <w:p>
            <w:pPr>
              <w:spacing w:after="0"/>
            </w:pPr>
            <w:r>
              <w:rPr>
                <w:rFonts w:ascii="Liberation Sans" w:hAnsi="Liberation Sans" w:eastAsia="Liberation Sans"/>
                <w:b/>
                <w:color w:val="20262E"/>
                <w:sz w:val="15"/>
              </w:rPr>
              <w:t>Robert Henderson</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Priority source-research queue. Relevant to deliverance or spiritual-warfare research, but not directly attributed in this edition without a reviewed source trail.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Roberts Liardon</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Rodney Howard-Browne</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Rolland Baker</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Skip Heitzig</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Smith Wigglesworth</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Sophia Ruffin</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Steve Hill</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T. L. Osborn</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shd w:fill="F7F1E7"/>
            <w:vAlign w:val="top"/>
            <w:tcMar>
              <w:top w:w="50" w:type="dxa"/>
              <w:start w:w="75" w:type="dxa"/>
              <w:bottom w:w="50" w:type="dxa"/>
              <w:end w:w="75" w:type="dxa"/>
            </w:tcMar>
          </w:tcPr>
          <w:p>
            <w:pPr>
              <w:spacing w:after="0"/>
            </w:pPr>
            <w:r>
              <w:rPr>
                <w:rFonts w:ascii="Liberation Sans" w:hAnsi="Liberation Sans" w:eastAsia="Liberation Sans"/>
                <w:b/>
                <w:color w:val="20262E"/>
                <w:sz w:val="15"/>
              </w:rPr>
              <w:t>T. W. Barnes</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Priority source-research queue. Relevant to deliverance or spiritual-warfare research, but not directly attributed in this edition without a reviewed source trail.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Thomas Ball Barratt</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Todd White</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Tommy Hicks</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Velmer Gardner</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Verbal Bean</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Vicki Jamison-Peterson</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W. V. Grant Sr.</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William Branham</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shd w:fill="FCEDED"/>
            <w:vAlign w:val="top"/>
            <w:tcMar>
              <w:top w:w="50" w:type="dxa"/>
              <w:start w:w="75" w:type="dxa"/>
              <w:bottom w:w="50" w:type="dxa"/>
              <w:end w:w="75" w:type="dxa"/>
            </w:tcMar>
          </w:tcPr>
          <w:p>
            <w:pPr>
              <w:spacing w:after="0"/>
            </w:pPr>
            <w:r>
              <w:rPr>
                <w:rFonts w:ascii="Liberation Sans" w:hAnsi="Liberation Sans" w:eastAsia="Liberation Sans"/>
                <w:b/>
                <w:color w:val="20262E"/>
                <w:sz w:val="15"/>
              </w:rPr>
              <w:t>William f Burton</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Ambiguous, duplicate, or unverified identity. Capitalization/spelling should be normalized after source verification.</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William Freeman</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vAlign w:val="top"/>
            <w:tcMar>
              <w:top w:w="50" w:type="dxa"/>
              <w:start w:w="75" w:type="dxa"/>
              <w:bottom w:w="50" w:type="dxa"/>
              <w:end w:w="75" w:type="dxa"/>
            </w:tcMar>
          </w:tcPr>
          <w:p>
            <w:pPr>
              <w:spacing w:after="0"/>
            </w:pPr>
            <w:r>
              <w:rPr>
                <w:rFonts w:ascii="Liberation Sans" w:hAnsi="Liberation Sans" w:eastAsia="Liberation Sans"/>
                <w:b/>
                <w:color w:val="20262E"/>
                <w:sz w:val="15"/>
              </w:rPr>
              <w:t>William J. Seymour</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Broader historical or adjacent research roster. Retained at the owner's request for future expansion. Presence here is not evidence that this person taught every doctrine or passage in the manual.</w:t>
            </w:r>
          </w:p>
        </w:tc>
      </w:tr>
      <w:tr>
        <w:trPr>
          <w:cantSplit/>
        </w:trPr>
        <w:tc>
          <w:tcPr>
            <w:tcW w:type="dxa" w:w="5112"/>
            <w:shd w:fill="EAF4EE"/>
            <w:vAlign w:val="top"/>
            <w:tcMar>
              <w:top w:w="50" w:type="dxa"/>
              <w:start w:w="75" w:type="dxa"/>
              <w:bottom w:w="50" w:type="dxa"/>
              <w:end w:w="75" w:type="dxa"/>
            </w:tcMar>
          </w:tcPr>
          <w:p>
            <w:pPr>
              <w:spacing w:after="0"/>
            </w:pPr>
            <w:r>
              <w:rPr>
                <w:rFonts w:ascii="Liberation Sans" w:hAnsi="Liberation Sans" w:eastAsia="Liberation Sans"/>
                <w:b/>
                <w:color w:val="20262E"/>
                <w:sz w:val="15"/>
              </w:rPr>
              <w:t>Win Worley</w:t>
            </w:r>
          </w:p>
        </w:tc>
        <w:tc>
          <w:tcPr>
            <w:tcW w:type="dxa" w:w="5112"/>
            <w:vAlign w:val="top"/>
            <w:tcMar>
              <w:top w:w="50" w:type="dxa"/>
              <w:start w:w="75" w:type="dxa"/>
              <w:bottom w:w="50" w:type="dxa"/>
              <w:end w:w="75" w:type="dxa"/>
            </w:tcMar>
          </w:tcPr>
          <w:p>
            <w:pPr>
              <w:spacing w:after="0"/>
            </w:pPr>
            <w:r>
              <w:rPr>
                <w:rFonts w:ascii="Liberation Sans" w:hAnsi="Liberation Sans" w:eastAsia="Liberation Sans"/>
                <w:b w:val="0"/>
                <w:color w:val="20262E"/>
                <w:sz w:val="15"/>
              </w:rPr>
              <w:t>Directly reviewed. Lake Hamilton Bible Camp ministry-controlled archive; S01-S02.</w:t>
            </w:r>
          </w:p>
        </w:tc>
      </w:tr>
    </w:tbl>
    <w:p>
      <w:pPr>
        <w:pStyle w:val="Heading1"/>
        <w:keepNext/>
        <w:pageBreakBefore/>
        <w:pBdr>
          <w:bottom w:val="single" w:sz="8" w:space="2" w:color="A67833"/>
        </w:pBdr>
      </w:pPr>
      <w:r>
        <w:t>11. Source Ledger</w:t>
      </w:r>
    </w:p>
    <w:p>
      <w:pPr>
        <w:pStyle w:val="SmallNote"/>
      </w:pPr>
      <w:r>
        <w:t>21 source records</w:t>
      </w:r>
    </w:p>
    <w:tbl>
      <w:tblPr>
        <w:tblW w:type="auto" w:w="0"/>
        <w:jc w:val="center"/>
        <w:tblLayout w:type="autofit"/>
        <w:tblLook w:firstColumn="1" w:firstRow="1" w:lastColumn="0" w:lastRow="0" w:noHBand="0" w:noVBand="1" w:val="04A0"/>
      </w:tblPr>
      <w:tblGrid>
        <w:gridCol w:w="10224"/>
      </w:tblGrid>
      <w:tr>
        <w:tc>
          <w:tcPr>
            <w:tcW w:type="dxa" w:w="10224"/>
            <w:shd w:fill="F2F4F5"/>
            <w:tcMar>
              <w:top w:w="110" w:type="dxa"/>
              <w:start w:w="130" w:type="dxa"/>
              <w:bottom w:w="110" w:type="dxa"/>
              <w:end w:w="130" w:type="dxa"/>
            </w:tcMar>
          </w:tcPr>
          <w:p>
            <w:r>
              <w:rPr>
                <w:rFonts w:ascii="Liberation Sans" w:hAnsi="Liberation Sans" w:eastAsia="Liberation Sans"/>
                <w:b/>
                <w:color w:val="18324A"/>
                <w:sz w:val="20"/>
              </w:rPr>
              <w:t>Source hierarchy</w:t>
            </w:r>
          </w:p>
          <w:p>
            <w:pPr>
              <w:spacing w:after="0"/>
            </w:pPr>
            <w:r>
              <w:rPr>
                <w:rFonts w:ascii="Liberation Sans" w:hAnsi="Liberation Sans" w:eastAsia="Liberation Sans"/>
                <w:color w:val="20262E"/>
                <w:sz w:val="17"/>
              </w:rPr>
              <w:t>Official ministry pages, ministry-controlled archives, transcripts, and publisher descriptions are used according to their strength. Catalog summaries are not treated as complete sermon transcripts. The limits field records what each source cannot establish.</w:t>
            </w:r>
          </w:p>
        </w:tc>
      </w:tr>
    </w:tbl>
    <w:p>
      <w:pPr>
        <w:spacing w:after="0"/>
      </w:pPr>
    </w:p>
    <w:p>
      <w:pPr>
        <w:pStyle w:val="Heading2"/>
        <w:keepNext/>
        <w:pBdr>
          <w:bottom w:val="single" w:sz="2" w:space="1" w:color="D5DBE0"/>
        </w:pBdr>
      </w:pPr>
      <w:r>
        <w:t>S01 - Lake Hamilton Bible Camp</w:t>
      </w:r>
    </w:p>
    <w:p>
      <w:pPr>
        <w:pStyle w:val="Guidance"/>
      </w:pPr>
      <w:r>
        <w:rPr>
          <w:rFonts w:ascii="Liberation Sans" w:hAnsi="Liberation Sans" w:eastAsia="Liberation Sans"/>
          <w:b/>
          <w:color w:val="18324A"/>
          <w:sz w:val="17"/>
        </w:rPr>
        <w:t xml:space="preserve">Source: </w:t>
      </w:r>
      <w:r>
        <w:rPr>
          <w:rFonts w:ascii="Liberation Sans" w:hAnsi="Liberation Sans" w:eastAsia="Liberation Sans"/>
          <w:color w:val="20262E"/>
          <w:sz w:val="17"/>
        </w:rPr>
        <w:t>Spiritual Warfare resource page</w:t>
      </w:r>
    </w:p>
    <w:p>
      <w:pPr>
        <w:pStyle w:val="Guidance"/>
      </w:pPr>
      <w:r>
        <w:rPr>
          <w:rFonts w:ascii="Liberation Sans" w:hAnsi="Liberation Sans" w:eastAsia="Liberation Sans"/>
          <w:b/>
          <w:color w:val="18324A"/>
          <w:sz w:val="17"/>
        </w:rPr>
        <w:t xml:space="preserve">URL: </w:t>
      </w:r>
      <w:hyperlink r:id="rId11">
        <w:r>
          <w:rPr>
            <w:color w:val="1F4E79"/>
            <w:u w:val="single"/>
          </w:rPr>
          <w:t>https://lakehamiltonbiblecamp.com/spiritual-warfare/</w:t>
        </w:r>
      </w:hyperlink>
    </w:p>
    <w:p>
      <w:pPr>
        <w:pStyle w:val="Guidance"/>
      </w:pPr>
      <w:r>
        <w:rPr>
          <w:rFonts w:ascii="Liberation Sans" w:hAnsi="Liberation Sans" w:eastAsia="Liberation Sans"/>
          <w:b/>
          <w:color w:val="18324A"/>
          <w:sz w:val="17"/>
        </w:rPr>
        <w:t xml:space="preserve">Source type: </w:t>
      </w:r>
      <w:r>
        <w:rPr>
          <w:rFonts w:ascii="Liberation Sans" w:hAnsi="Liberation Sans" w:eastAsia="Liberation Sans"/>
          <w:color w:val="20262E"/>
          <w:sz w:val="17"/>
        </w:rPr>
        <w:t>Ministry-controlled archive/catalog</w:t>
      </w:r>
    </w:p>
    <w:p>
      <w:pPr>
        <w:pStyle w:val="Guidance"/>
      </w:pPr>
      <w:r>
        <w:rPr>
          <w:rFonts w:ascii="Liberation Sans" w:hAnsi="Liberation Sans" w:eastAsia="Liberation Sans"/>
          <w:b/>
          <w:color w:val="18324A"/>
          <w:sz w:val="17"/>
        </w:rPr>
        <w:t xml:space="preserve">Themes surfaced: </w:t>
      </w:r>
      <w:r>
        <w:rPr>
          <w:rFonts w:ascii="Liberation Sans" w:hAnsi="Liberation Sans" w:eastAsia="Liberation Sans"/>
          <w:color w:val="20262E"/>
          <w:sz w:val="17"/>
        </w:rPr>
        <w:t>Prayer, fasting, Scripture, protection, submission and resistance, repentance, armor, thoughts, binding/loosing, self-deliverance and aftercare.</w:t>
      </w:r>
    </w:p>
    <w:p>
      <w:pPr>
        <w:pStyle w:val="Guidance"/>
      </w:pPr>
      <w:r>
        <w:rPr>
          <w:rFonts w:ascii="Liberation Sans" w:hAnsi="Liberation Sans" w:eastAsia="Liberation Sans"/>
          <w:b/>
          <w:color w:val="18324A"/>
          <w:sz w:val="17"/>
        </w:rPr>
        <w:t xml:space="preserve">References surfaced: </w:t>
      </w:r>
      <w:r>
        <w:rPr>
          <w:rFonts w:ascii="Liberation Sans" w:hAnsi="Liberation Sans" w:eastAsia="Liberation Sans"/>
          <w:color w:val="20262E"/>
          <w:sz w:val="17"/>
        </w:rPr>
        <w:t>Numbers 23:18-24; Zechariah 2:4 (catalog citation; wall-of-fire phrase is in 2:5); Psalm 34:7; Ecclesiastes 12:1-7; James 4:7; Revelation 9:1-11; 11:7; 17:8; Ephesians 6; 2 Corinthians 10:4.</w:t>
      </w:r>
    </w:p>
    <w:p>
      <w:pPr>
        <w:pStyle w:val="Guidance"/>
        <w:spacing w:after="140"/>
      </w:pPr>
      <w:r>
        <w:rPr>
          <w:rFonts w:ascii="Liberation Sans" w:hAnsi="Liberation Sans" w:eastAsia="Liberation Sans"/>
          <w:b/>
          <w:color w:val="18324A"/>
          <w:sz w:val="17"/>
        </w:rPr>
        <w:t xml:space="preserve">Limits: </w:t>
      </w:r>
      <w:r>
        <w:rPr>
          <w:rFonts w:ascii="Liberation Sans" w:hAnsi="Liberation Sans" w:eastAsia="Liberation Sans"/>
          <w:color w:val="20262E"/>
          <w:sz w:val="17"/>
        </w:rPr>
        <w:t>Catalog descriptions summarize recordings; they are not complete transcripts and may contain citation slips.</w:t>
      </w:r>
    </w:p>
    <w:p>
      <w:pPr>
        <w:pStyle w:val="Heading2"/>
        <w:keepNext/>
        <w:pBdr>
          <w:bottom w:val="single" w:sz="2" w:space="1" w:color="D5DBE0"/>
        </w:pBdr>
      </w:pPr>
      <w:r>
        <w:t>S02 - Win Worley / LHBC</w:t>
      </w:r>
    </w:p>
    <w:p>
      <w:pPr>
        <w:pStyle w:val="Guidance"/>
      </w:pPr>
      <w:r>
        <w:rPr>
          <w:rFonts w:ascii="Liberation Sans" w:hAnsi="Liberation Sans" w:eastAsia="Liberation Sans"/>
          <w:b/>
          <w:color w:val="18324A"/>
          <w:sz w:val="17"/>
        </w:rPr>
        <w:t xml:space="preserve">Source: </w:t>
      </w:r>
      <w:r>
        <w:rPr>
          <w:rFonts w:ascii="Liberation Sans" w:hAnsi="Liberation Sans" w:eastAsia="Liberation Sans"/>
          <w:color w:val="20262E"/>
          <w:sz w:val="17"/>
        </w:rPr>
        <w:t>Win Worley free-audio archive</w:t>
      </w:r>
    </w:p>
    <w:p>
      <w:pPr>
        <w:pStyle w:val="Guidance"/>
      </w:pPr>
      <w:r>
        <w:rPr>
          <w:rFonts w:ascii="Liberation Sans" w:hAnsi="Liberation Sans" w:eastAsia="Liberation Sans"/>
          <w:b/>
          <w:color w:val="18324A"/>
          <w:sz w:val="17"/>
        </w:rPr>
        <w:t xml:space="preserve">URL: </w:t>
      </w:r>
      <w:hyperlink r:id="rId12">
        <w:r>
          <w:rPr>
            <w:color w:val="1F4E79"/>
            <w:u w:val="single"/>
          </w:rPr>
          <w:t>https://lhbconline.com/win-worley/</w:t>
        </w:r>
      </w:hyperlink>
    </w:p>
    <w:p>
      <w:pPr>
        <w:pStyle w:val="Guidance"/>
      </w:pPr>
      <w:r>
        <w:rPr>
          <w:rFonts w:ascii="Liberation Sans" w:hAnsi="Liberation Sans" w:eastAsia="Liberation Sans"/>
          <w:b/>
          <w:color w:val="18324A"/>
          <w:sz w:val="17"/>
        </w:rPr>
        <w:t xml:space="preserve">Source type: </w:t>
      </w:r>
      <w:r>
        <w:rPr>
          <w:rFonts w:ascii="Liberation Sans" w:hAnsi="Liberation Sans" w:eastAsia="Liberation Sans"/>
          <w:color w:val="20262E"/>
          <w:sz w:val="17"/>
        </w:rPr>
        <w:t>Ministry-controlled archive/catalog</w:t>
      </w:r>
    </w:p>
    <w:p>
      <w:pPr>
        <w:pStyle w:val="Guidance"/>
      </w:pPr>
      <w:r>
        <w:rPr>
          <w:rFonts w:ascii="Liberation Sans" w:hAnsi="Liberation Sans" w:eastAsia="Liberation Sans"/>
          <w:b/>
          <w:color w:val="18324A"/>
          <w:sz w:val="17"/>
        </w:rPr>
        <w:t xml:space="preserve">Themes surfaced: </w:t>
      </w:r>
      <w:r>
        <w:rPr>
          <w:rFonts w:ascii="Liberation Sans" w:hAnsi="Liberation Sans" w:eastAsia="Liberation Sans"/>
          <w:color w:val="20262E"/>
          <w:sz w:val="17"/>
        </w:rPr>
        <w:t>Christ's authority, armor, forgiveness, occult renunciation, curses, soul ties, recognizing spirits, perseverance, intercession, and post-deliverance discipline.</w:t>
      </w:r>
    </w:p>
    <w:p>
      <w:pPr>
        <w:pStyle w:val="Guidance"/>
      </w:pPr>
      <w:r>
        <w:rPr>
          <w:rFonts w:ascii="Liberation Sans" w:hAnsi="Liberation Sans" w:eastAsia="Liberation Sans"/>
          <w:b/>
          <w:color w:val="18324A"/>
          <w:sz w:val="17"/>
        </w:rPr>
        <w:t xml:space="preserve">References surfaced: </w:t>
      </w:r>
      <w:r>
        <w:rPr>
          <w:rFonts w:ascii="Liberation Sans" w:hAnsi="Liberation Sans" w:eastAsia="Liberation Sans"/>
          <w:color w:val="20262E"/>
          <w:sz w:val="17"/>
        </w:rPr>
        <w:t>Ephesians 2:6; Ephesians 6:10-18; 1 John 4:1; Hebrews 1:7-14; Matthew 6:12,14-15; Luke 11:4; Deuteronomy 18:9-14; Galatians 3:13; Colossians 2:13-15; Hebrews 4:14-16; 2 Chronicles 7:14; 1 Samuel 18:1-5; Numbers 13; Ezekiel 28.</w:t>
      </w:r>
    </w:p>
    <w:p>
      <w:pPr>
        <w:pStyle w:val="Guidance"/>
        <w:spacing w:after="140"/>
      </w:pPr>
      <w:r>
        <w:rPr>
          <w:rFonts w:ascii="Liberation Sans" w:hAnsi="Liberation Sans" w:eastAsia="Liberation Sans"/>
          <w:b/>
          <w:color w:val="18324A"/>
          <w:sz w:val="17"/>
        </w:rPr>
        <w:t xml:space="preserve">Limits: </w:t>
      </w:r>
      <w:r>
        <w:rPr>
          <w:rFonts w:ascii="Liberation Sans" w:hAnsi="Liberation Sans" w:eastAsia="Liberation Sans"/>
          <w:color w:val="20262E"/>
          <w:sz w:val="17"/>
        </w:rPr>
        <w:t>Archive descriptions preserve Worley's teaching stream but include experiential claims and later models that require biblical and clinical evaluation.</w:t>
      </w:r>
    </w:p>
    <w:p>
      <w:pPr>
        <w:pStyle w:val="Heading2"/>
        <w:keepNext/>
        <w:pBdr>
          <w:bottom w:val="single" w:sz="2" w:space="1" w:color="D5DBE0"/>
        </w:pBdr>
      </w:pPr>
      <w:r>
        <w:t>S03 - Dr. Marcus Haggard / LHBC</w:t>
      </w:r>
    </w:p>
    <w:p>
      <w:pPr>
        <w:pStyle w:val="Guidance"/>
      </w:pPr>
      <w:r>
        <w:rPr>
          <w:rFonts w:ascii="Liberation Sans" w:hAnsi="Liberation Sans" w:eastAsia="Liberation Sans"/>
          <w:b/>
          <w:color w:val="18324A"/>
          <w:sz w:val="17"/>
        </w:rPr>
        <w:t xml:space="preserve">Source: </w:t>
      </w:r>
      <w:r>
        <w:rPr>
          <w:rFonts w:ascii="Liberation Sans" w:hAnsi="Liberation Sans" w:eastAsia="Liberation Sans"/>
          <w:color w:val="20262E"/>
          <w:sz w:val="17"/>
        </w:rPr>
        <w:t>Marcus Haggard free-audio archive</w:t>
      </w:r>
    </w:p>
    <w:p>
      <w:pPr>
        <w:pStyle w:val="Guidance"/>
      </w:pPr>
      <w:r>
        <w:rPr>
          <w:rFonts w:ascii="Liberation Sans" w:hAnsi="Liberation Sans" w:eastAsia="Liberation Sans"/>
          <w:b/>
          <w:color w:val="18324A"/>
          <w:sz w:val="17"/>
        </w:rPr>
        <w:t xml:space="preserve">URL: </w:t>
      </w:r>
      <w:hyperlink r:id="rId13">
        <w:r>
          <w:rPr>
            <w:color w:val="1F4E79"/>
            <w:u w:val="single"/>
          </w:rPr>
          <w:t>https://lhbconline.com/marcus-haggard/</w:t>
        </w:r>
      </w:hyperlink>
    </w:p>
    <w:p>
      <w:pPr>
        <w:pStyle w:val="Guidance"/>
      </w:pPr>
      <w:r>
        <w:rPr>
          <w:rFonts w:ascii="Liberation Sans" w:hAnsi="Liberation Sans" w:eastAsia="Liberation Sans"/>
          <w:b/>
          <w:color w:val="18324A"/>
          <w:sz w:val="17"/>
        </w:rPr>
        <w:t xml:space="preserve">Source type: </w:t>
      </w:r>
      <w:r>
        <w:rPr>
          <w:rFonts w:ascii="Liberation Sans" w:hAnsi="Liberation Sans" w:eastAsia="Liberation Sans"/>
          <w:color w:val="20262E"/>
          <w:sz w:val="17"/>
        </w:rPr>
        <w:t>Ministry-controlled archive/catalog</w:t>
      </w:r>
    </w:p>
    <w:p>
      <w:pPr>
        <w:pStyle w:val="Guidance"/>
      </w:pPr>
      <w:r>
        <w:rPr>
          <w:rFonts w:ascii="Liberation Sans" w:hAnsi="Liberation Sans" w:eastAsia="Liberation Sans"/>
          <w:b/>
          <w:color w:val="18324A"/>
          <w:sz w:val="17"/>
        </w:rPr>
        <w:t xml:space="preserve">Themes surfaced: </w:t>
      </w:r>
      <w:r>
        <w:rPr>
          <w:rFonts w:ascii="Liberation Sans" w:hAnsi="Liberation Sans" w:eastAsia="Liberation Sans"/>
          <w:color w:val="20262E"/>
          <w:sz w:val="17"/>
        </w:rPr>
        <w:t>Protecting the mind, prayer in the Spirit, armor, binding/loosing, family prayer, truth, and disciplined thought.</w:t>
      </w:r>
    </w:p>
    <w:p>
      <w:pPr>
        <w:pStyle w:val="Guidance"/>
      </w:pPr>
      <w:r>
        <w:rPr>
          <w:rFonts w:ascii="Liberation Sans" w:hAnsi="Liberation Sans" w:eastAsia="Liberation Sans"/>
          <w:b/>
          <w:color w:val="18324A"/>
          <w:sz w:val="17"/>
        </w:rPr>
        <w:t xml:space="preserve">References surfaced: </w:t>
      </w:r>
      <w:r>
        <w:rPr>
          <w:rFonts w:ascii="Liberation Sans" w:hAnsi="Liberation Sans" w:eastAsia="Liberation Sans"/>
          <w:color w:val="20262E"/>
          <w:sz w:val="17"/>
        </w:rPr>
        <w:t>1 Corinthians 2:16; Ephesians 6:10-18; 2 Timothy 1:7; Hebrews 1:14; Proverbs 13:22; Ecclesiastes 6:2; Job 27:16-17; Proverbs 10:4; John 6:29; Luke 21:19; John 8:32.</w:t>
      </w:r>
    </w:p>
    <w:p>
      <w:pPr>
        <w:pStyle w:val="Guidance"/>
        <w:spacing w:after="140"/>
      </w:pPr>
      <w:r>
        <w:rPr>
          <w:rFonts w:ascii="Liberation Sans" w:hAnsi="Liberation Sans" w:eastAsia="Liberation Sans"/>
          <w:b/>
          <w:color w:val="18324A"/>
          <w:sz w:val="17"/>
        </w:rPr>
        <w:t xml:space="preserve">Limits: </w:t>
      </w:r>
      <w:r>
        <w:rPr>
          <w:rFonts w:ascii="Liberation Sans" w:hAnsi="Liberation Sans" w:eastAsia="Liberation Sans"/>
          <w:color w:val="20262E"/>
          <w:sz w:val="17"/>
        </w:rPr>
        <w:t>Catalog summaries do not supply complete sermon transcripts; 'loosing spirits' is treated as a ministry model, not an automatic reading of every cited text.</w:t>
      </w:r>
    </w:p>
    <w:p>
      <w:pPr>
        <w:pStyle w:val="Heading2"/>
        <w:keepNext/>
        <w:pBdr>
          <w:bottom w:val="single" w:sz="2" w:space="1" w:color="D5DBE0"/>
        </w:pBdr>
      </w:pPr>
      <w:r>
        <w:t>S04 - Frank and Ida Mae Hammond / LHBC</w:t>
      </w:r>
    </w:p>
    <w:p>
      <w:pPr>
        <w:pStyle w:val="Guidance"/>
      </w:pPr>
      <w:r>
        <w:rPr>
          <w:rFonts w:ascii="Liberation Sans" w:hAnsi="Liberation Sans" w:eastAsia="Liberation Sans"/>
          <w:b/>
          <w:color w:val="18324A"/>
          <w:sz w:val="17"/>
        </w:rPr>
        <w:t xml:space="preserve">Source: </w:t>
      </w:r>
      <w:r>
        <w:rPr>
          <w:rFonts w:ascii="Liberation Sans" w:hAnsi="Liberation Sans" w:eastAsia="Liberation Sans"/>
          <w:color w:val="20262E"/>
          <w:sz w:val="17"/>
        </w:rPr>
        <w:t>Frank and Ida Mae Hammond free-audio archive</w:t>
      </w:r>
    </w:p>
    <w:p>
      <w:pPr>
        <w:pStyle w:val="Guidance"/>
      </w:pPr>
      <w:r>
        <w:rPr>
          <w:rFonts w:ascii="Liberation Sans" w:hAnsi="Liberation Sans" w:eastAsia="Liberation Sans"/>
          <w:b/>
          <w:color w:val="18324A"/>
          <w:sz w:val="17"/>
        </w:rPr>
        <w:t xml:space="preserve">URL: </w:t>
      </w:r>
      <w:hyperlink r:id="rId14">
        <w:r>
          <w:rPr>
            <w:color w:val="1F4E79"/>
            <w:u w:val="single"/>
          </w:rPr>
          <w:t>https://lhbconline.com/frank-ida-mae-hammond/</w:t>
        </w:r>
      </w:hyperlink>
    </w:p>
    <w:p>
      <w:pPr>
        <w:pStyle w:val="Guidance"/>
      </w:pPr>
      <w:r>
        <w:rPr>
          <w:rFonts w:ascii="Liberation Sans" w:hAnsi="Liberation Sans" w:eastAsia="Liberation Sans"/>
          <w:b/>
          <w:color w:val="18324A"/>
          <w:sz w:val="17"/>
        </w:rPr>
        <w:t xml:space="preserve">Source type: </w:t>
      </w:r>
      <w:r>
        <w:rPr>
          <w:rFonts w:ascii="Liberation Sans" w:hAnsi="Liberation Sans" w:eastAsia="Liberation Sans"/>
          <w:color w:val="20262E"/>
          <w:sz w:val="17"/>
        </w:rPr>
        <w:t>Ministry-controlled archive/catalog</w:t>
      </w:r>
    </w:p>
    <w:p>
      <w:pPr>
        <w:pStyle w:val="Guidance"/>
      </w:pPr>
      <w:r>
        <w:rPr>
          <w:rFonts w:ascii="Liberation Sans" w:hAnsi="Liberation Sans" w:eastAsia="Liberation Sans"/>
          <w:b/>
          <w:color w:val="18324A"/>
          <w:sz w:val="17"/>
        </w:rPr>
        <w:t xml:space="preserve">Themes surfaced: </w:t>
      </w:r>
      <w:r>
        <w:rPr>
          <w:rFonts w:ascii="Liberation Sans" w:hAnsi="Liberation Sans" w:eastAsia="Liberation Sans"/>
          <w:color w:val="20262E"/>
          <w:sz w:val="17"/>
        </w:rPr>
        <w:t>Weapons, conditions for deliverance, family, curses, rejection, strongman, mind and emotions, discernment, disciplines, maintaining deliverance, and gates of the soul.</w:t>
      </w:r>
    </w:p>
    <w:p>
      <w:pPr>
        <w:pStyle w:val="Guidance"/>
      </w:pPr>
      <w:r>
        <w:rPr>
          <w:rFonts w:ascii="Liberation Sans" w:hAnsi="Liberation Sans" w:eastAsia="Liberation Sans"/>
          <w:b/>
          <w:color w:val="18324A"/>
          <w:sz w:val="17"/>
        </w:rPr>
        <w:t xml:space="preserve">References surfaced: </w:t>
      </w:r>
      <w:r>
        <w:rPr>
          <w:rFonts w:ascii="Liberation Sans" w:hAnsi="Liberation Sans" w:eastAsia="Liberation Sans"/>
          <w:color w:val="20262E"/>
          <w:sz w:val="17"/>
        </w:rPr>
        <w:t>2 Corinthians 10:3-5; John 17; Ephesians 5:26; Matthew 12:29; 1 Corinthians 12; Nehemiah; Revelation 12:11; Mark 16:17.</w:t>
      </w:r>
    </w:p>
    <w:p>
      <w:pPr>
        <w:pStyle w:val="Guidance"/>
        <w:spacing w:after="140"/>
      </w:pPr>
      <w:r>
        <w:rPr>
          <w:rFonts w:ascii="Liberation Sans" w:hAnsi="Liberation Sans" w:eastAsia="Liberation Sans"/>
          <w:b/>
          <w:color w:val="18324A"/>
          <w:sz w:val="17"/>
        </w:rPr>
        <w:t xml:space="preserve">Limits: </w:t>
      </w:r>
      <w:r>
        <w:rPr>
          <w:rFonts w:ascii="Liberation Sans" w:hAnsi="Liberation Sans" w:eastAsia="Liberation Sans"/>
          <w:color w:val="20262E"/>
          <w:sz w:val="17"/>
        </w:rPr>
        <w:t>The archive also preserves schizophrenia/deliverance claims that are not accepted here as medical fact and must never replace licensed psychiatric care.</w:t>
      </w:r>
    </w:p>
    <w:p>
      <w:pPr>
        <w:pStyle w:val="Heading2"/>
        <w:keepNext/>
        <w:pBdr>
          <w:bottom w:val="single" w:sz="2" w:space="1" w:color="D5DBE0"/>
        </w:pBdr>
      </w:pPr>
      <w:r>
        <w:t>S05 - Phillip Morris / LHBC</w:t>
      </w:r>
    </w:p>
    <w:p>
      <w:pPr>
        <w:pStyle w:val="Guidance"/>
      </w:pPr>
      <w:r>
        <w:rPr>
          <w:rFonts w:ascii="Liberation Sans" w:hAnsi="Liberation Sans" w:eastAsia="Liberation Sans"/>
          <w:b/>
          <w:color w:val="18324A"/>
          <w:sz w:val="17"/>
        </w:rPr>
        <w:t xml:space="preserve">Source: </w:t>
      </w:r>
      <w:r>
        <w:rPr>
          <w:rFonts w:ascii="Liberation Sans" w:hAnsi="Liberation Sans" w:eastAsia="Liberation Sans"/>
          <w:color w:val="20262E"/>
          <w:sz w:val="17"/>
        </w:rPr>
        <w:t>Phillip Morris free-audio archive</w:t>
      </w:r>
    </w:p>
    <w:p>
      <w:pPr>
        <w:pStyle w:val="Guidance"/>
      </w:pPr>
      <w:r>
        <w:rPr>
          <w:rFonts w:ascii="Liberation Sans" w:hAnsi="Liberation Sans" w:eastAsia="Liberation Sans"/>
          <w:b/>
          <w:color w:val="18324A"/>
          <w:sz w:val="17"/>
        </w:rPr>
        <w:t xml:space="preserve">URL: </w:t>
      </w:r>
      <w:hyperlink r:id="rId15">
        <w:r>
          <w:rPr>
            <w:color w:val="1F4E79"/>
            <w:u w:val="single"/>
          </w:rPr>
          <w:t>https://lhbconline.com/phillip-morris/</w:t>
        </w:r>
      </w:hyperlink>
    </w:p>
    <w:p>
      <w:pPr>
        <w:pStyle w:val="Guidance"/>
      </w:pPr>
      <w:r>
        <w:rPr>
          <w:rFonts w:ascii="Liberation Sans" w:hAnsi="Liberation Sans" w:eastAsia="Liberation Sans"/>
          <w:b/>
          <w:color w:val="18324A"/>
          <w:sz w:val="17"/>
        </w:rPr>
        <w:t xml:space="preserve">Source type: </w:t>
      </w:r>
      <w:r>
        <w:rPr>
          <w:rFonts w:ascii="Liberation Sans" w:hAnsi="Liberation Sans" w:eastAsia="Liberation Sans"/>
          <w:color w:val="20262E"/>
          <w:sz w:val="17"/>
        </w:rPr>
        <w:t>Ministry-controlled archive/catalog</w:t>
      </w:r>
    </w:p>
    <w:p>
      <w:pPr>
        <w:pStyle w:val="Guidance"/>
      </w:pPr>
      <w:r>
        <w:rPr>
          <w:rFonts w:ascii="Liberation Sans" w:hAnsi="Liberation Sans" w:eastAsia="Liberation Sans"/>
          <w:b/>
          <w:color w:val="18324A"/>
          <w:sz w:val="17"/>
        </w:rPr>
        <w:t xml:space="preserve">Themes surfaced: </w:t>
      </w:r>
      <w:r>
        <w:rPr>
          <w:rFonts w:ascii="Liberation Sans" w:hAnsi="Liberation Sans" w:eastAsia="Liberation Sans"/>
          <w:color w:val="20262E"/>
          <w:sz w:val="17"/>
        </w:rPr>
        <w:t>Repentance, rebellion, curses, direct deliverance, subconscious-mind teaching, and claimed MPD/demon interpretation.</w:t>
      </w:r>
    </w:p>
    <w:p>
      <w:pPr>
        <w:pStyle w:val="Guidance"/>
      </w:pPr>
      <w:r>
        <w:rPr>
          <w:rFonts w:ascii="Liberation Sans" w:hAnsi="Liberation Sans" w:eastAsia="Liberation Sans"/>
          <w:b/>
          <w:color w:val="18324A"/>
          <w:sz w:val="17"/>
        </w:rPr>
        <w:t xml:space="preserve">References surfaced: </w:t>
      </w:r>
      <w:r>
        <w:rPr>
          <w:rFonts w:ascii="Liberation Sans" w:hAnsi="Liberation Sans" w:eastAsia="Liberation Sans"/>
          <w:color w:val="20262E"/>
          <w:sz w:val="17"/>
        </w:rPr>
        <w:t>No complete reference list is printed in the reviewed catalog summary.</w:t>
      </w:r>
    </w:p>
    <w:p>
      <w:pPr>
        <w:pStyle w:val="Guidance"/>
        <w:spacing w:after="140"/>
      </w:pPr>
      <w:r>
        <w:rPr>
          <w:rFonts w:ascii="Liberation Sans" w:hAnsi="Liberation Sans" w:eastAsia="Liberation Sans"/>
          <w:b/>
          <w:color w:val="18324A"/>
          <w:sz w:val="17"/>
        </w:rPr>
        <w:t xml:space="preserve">Limits: </w:t>
      </w:r>
      <w:r>
        <w:rPr>
          <w:rFonts w:ascii="Liberation Sans" w:hAnsi="Liberation Sans" w:eastAsia="Liberation Sans"/>
          <w:color w:val="20262E"/>
          <w:sz w:val="17"/>
        </w:rPr>
        <w:t>The claim that dissociative identity disorder or multiple personality disorder is demonic is rejected as a clinical diagnosis; trauma-informed licensed care is required.</w:t>
      </w:r>
    </w:p>
    <w:p>
      <w:pPr>
        <w:pStyle w:val="Heading2"/>
        <w:keepNext/>
        <w:pBdr>
          <w:bottom w:val="single" w:sz="2" w:space="1" w:color="D5DBE0"/>
        </w:pBdr>
      </w:pPr>
      <w:r>
        <w:t>S06 - Gene and Earline Moody / LHBC</w:t>
      </w:r>
    </w:p>
    <w:p>
      <w:pPr>
        <w:pStyle w:val="Guidance"/>
      </w:pPr>
      <w:r>
        <w:rPr>
          <w:rFonts w:ascii="Liberation Sans" w:hAnsi="Liberation Sans" w:eastAsia="Liberation Sans"/>
          <w:b/>
          <w:color w:val="18324A"/>
          <w:sz w:val="17"/>
        </w:rPr>
        <w:t xml:space="preserve">Source: </w:t>
      </w:r>
      <w:r>
        <w:rPr>
          <w:rFonts w:ascii="Liberation Sans" w:hAnsi="Liberation Sans" w:eastAsia="Liberation Sans"/>
          <w:color w:val="20262E"/>
          <w:sz w:val="17"/>
        </w:rPr>
        <w:t>The Deliverance Manual</w:t>
      </w:r>
    </w:p>
    <w:p>
      <w:pPr>
        <w:pStyle w:val="Guidance"/>
      </w:pPr>
      <w:r>
        <w:rPr>
          <w:rFonts w:ascii="Liberation Sans" w:hAnsi="Liberation Sans" w:eastAsia="Liberation Sans"/>
          <w:b/>
          <w:color w:val="18324A"/>
          <w:sz w:val="17"/>
        </w:rPr>
        <w:t xml:space="preserve">URL: </w:t>
      </w:r>
      <w:hyperlink r:id="rId16">
        <w:r>
          <w:rPr>
            <w:color w:val="1F4E79"/>
            <w:u w:val="single"/>
          </w:rPr>
          <w:t>https://lhbconline.com/the-deliverance-manual/</w:t>
        </w:r>
      </w:hyperlink>
    </w:p>
    <w:p>
      <w:pPr>
        <w:pStyle w:val="Guidance"/>
      </w:pPr>
      <w:r>
        <w:rPr>
          <w:rFonts w:ascii="Liberation Sans" w:hAnsi="Liberation Sans" w:eastAsia="Liberation Sans"/>
          <w:b/>
          <w:color w:val="18324A"/>
          <w:sz w:val="17"/>
        </w:rPr>
        <w:t xml:space="preserve">Source type: </w:t>
      </w:r>
      <w:r>
        <w:rPr>
          <w:rFonts w:ascii="Liberation Sans" w:hAnsi="Liberation Sans" w:eastAsia="Liberation Sans"/>
          <w:color w:val="20262E"/>
          <w:sz w:val="17"/>
        </w:rPr>
        <w:t>Ministry-controlled manual index</w:t>
      </w:r>
    </w:p>
    <w:p>
      <w:pPr>
        <w:pStyle w:val="Guidance"/>
      </w:pPr>
      <w:r>
        <w:rPr>
          <w:rFonts w:ascii="Liberation Sans" w:hAnsi="Liberation Sans" w:eastAsia="Liberation Sans"/>
          <w:b/>
          <w:color w:val="18324A"/>
          <w:sz w:val="17"/>
        </w:rPr>
        <w:t xml:space="preserve">Themes surfaced: </w:t>
      </w:r>
      <w:r>
        <w:rPr>
          <w:rFonts w:ascii="Liberation Sans" w:hAnsi="Liberation Sans" w:eastAsia="Liberation Sans"/>
          <w:color w:val="20262E"/>
          <w:sz w:val="17"/>
        </w:rPr>
        <w:t>Basic and advanced deliverance, daily prayer, ancestors, rejection, bitterness, rebellion, unforgiveness, occult, curses, mind, mass ministry, house cleansing, and maintenance.</w:t>
      </w:r>
    </w:p>
    <w:p>
      <w:pPr>
        <w:pStyle w:val="Guidance"/>
      </w:pPr>
      <w:r>
        <w:rPr>
          <w:rFonts w:ascii="Liberation Sans" w:hAnsi="Liberation Sans" w:eastAsia="Liberation Sans"/>
          <w:b/>
          <w:color w:val="18324A"/>
          <w:sz w:val="17"/>
        </w:rPr>
        <w:t xml:space="preserve">References surfaced: </w:t>
      </w:r>
      <w:r>
        <w:rPr>
          <w:rFonts w:ascii="Liberation Sans" w:hAnsi="Liberation Sans" w:eastAsia="Liberation Sans"/>
          <w:color w:val="20262E"/>
          <w:sz w:val="17"/>
        </w:rPr>
        <w:t>Large topical Scripture bank; exact entries are separately indexed in this edition where the prayer/manual pages print references.</w:t>
      </w:r>
    </w:p>
    <w:p>
      <w:pPr>
        <w:pStyle w:val="Guidance"/>
        <w:spacing w:after="140"/>
      </w:pPr>
      <w:r>
        <w:rPr>
          <w:rFonts w:ascii="Liberation Sans" w:hAnsi="Liberation Sans" w:eastAsia="Liberation Sans"/>
          <w:b/>
          <w:color w:val="18324A"/>
          <w:sz w:val="17"/>
        </w:rPr>
        <w:t xml:space="preserve">Limits: </w:t>
      </w:r>
      <w:r>
        <w:rPr>
          <w:rFonts w:ascii="Liberation Sans" w:hAnsi="Liberation Sans" w:eastAsia="Liberation Sans"/>
          <w:color w:val="20262E"/>
          <w:sz w:val="17"/>
        </w:rPr>
        <w:t>Contains broad ministry models and diagnostic language that require contextual, pastoral, and clinical safeguards.</w:t>
      </w:r>
    </w:p>
    <w:p>
      <w:pPr>
        <w:pStyle w:val="Heading2"/>
        <w:keepNext/>
        <w:pBdr>
          <w:bottom w:val="single" w:sz="2" w:space="1" w:color="D5DBE0"/>
        </w:pBdr>
      </w:pPr>
      <w:r>
        <w:t>S07 - Gene and Earline Moody / LHBC</w:t>
      </w:r>
    </w:p>
    <w:p>
      <w:pPr>
        <w:pStyle w:val="Guidance"/>
      </w:pPr>
      <w:r>
        <w:rPr>
          <w:rFonts w:ascii="Liberation Sans" w:hAnsi="Liberation Sans" w:eastAsia="Liberation Sans"/>
          <w:b/>
          <w:color w:val="18324A"/>
          <w:sz w:val="17"/>
        </w:rPr>
        <w:t xml:space="preserve">Source: </w:t>
      </w:r>
      <w:r>
        <w:rPr>
          <w:rFonts w:ascii="Liberation Sans" w:hAnsi="Liberation Sans" w:eastAsia="Liberation Sans"/>
          <w:color w:val="20262E"/>
          <w:sz w:val="17"/>
        </w:rPr>
        <w:t>Deliverance Prayers and Scripture lists</w:t>
      </w:r>
    </w:p>
    <w:p>
      <w:pPr>
        <w:pStyle w:val="Guidance"/>
      </w:pPr>
      <w:r>
        <w:rPr>
          <w:rFonts w:ascii="Liberation Sans" w:hAnsi="Liberation Sans" w:eastAsia="Liberation Sans"/>
          <w:b/>
          <w:color w:val="18324A"/>
          <w:sz w:val="17"/>
        </w:rPr>
        <w:t xml:space="preserve">URL: </w:t>
      </w:r>
      <w:hyperlink r:id="rId17">
        <w:r>
          <w:rPr>
            <w:color w:val="1F4E79"/>
            <w:u w:val="single"/>
          </w:rPr>
          <w:t>https://lhbconline.com/deliverance-prayers/</w:t>
        </w:r>
      </w:hyperlink>
    </w:p>
    <w:p>
      <w:pPr>
        <w:pStyle w:val="Guidance"/>
      </w:pPr>
      <w:r>
        <w:rPr>
          <w:rFonts w:ascii="Liberation Sans" w:hAnsi="Liberation Sans" w:eastAsia="Liberation Sans"/>
          <w:b/>
          <w:color w:val="18324A"/>
          <w:sz w:val="17"/>
        </w:rPr>
        <w:t xml:space="preserve">Source type: </w:t>
      </w:r>
      <w:r>
        <w:rPr>
          <w:rFonts w:ascii="Liberation Sans" w:hAnsi="Liberation Sans" w:eastAsia="Liberation Sans"/>
          <w:color w:val="20262E"/>
          <w:sz w:val="17"/>
        </w:rPr>
        <w:t>Ministry-controlled manual chapter</w:t>
      </w:r>
    </w:p>
    <w:p>
      <w:pPr>
        <w:pStyle w:val="Guidance"/>
      </w:pPr>
      <w:r>
        <w:rPr>
          <w:rFonts w:ascii="Liberation Sans" w:hAnsi="Liberation Sans" w:eastAsia="Liberation Sans"/>
          <w:b/>
          <w:color w:val="18324A"/>
          <w:sz w:val="17"/>
        </w:rPr>
        <w:t xml:space="preserve">Themes surfaced: </w:t>
      </w:r>
      <w:r>
        <w:rPr>
          <w:rFonts w:ascii="Liberation Sans" w:hAnsi="Liberation Sans" w:eastAsia="Liberation Sans"/>
          <w:color w:val="20262E"/>
          <w:sz w:val="17"/>
        </w:rPr>
        <w:t>General warfare, hate, pride, self-pity, fear, rebellion, lust, unbelief, rejection, fasting, praise, Scripture, blood, and alleged legal grounds.</w:t>
      </w:r>
    </w:p>
    <w:p>
      <w:pPr>
        <w:pStyle w:val="Guidance"/>
      </w:pPr>
      <w:r>
        <w:rPr>
          <w:rFonts w:ascii="Liberation Sans" w:hAnsi="Liberation Sans" w:eastAsia="Liberation Sans"/>
          <w:b/>
          <w:color w:val="18324A"/>
          <w:sz w:val="17"/>
        </w:rPr>
        <w:t xml:space="preserve">References surfaced: </w:t>
      </w:r>
      <w:r>
        <w:rPr>
          <w:rFonts w:ascii="Liberation Sans" w:hAnsi="Liberation Sans" w:eastAsia="Liberation Sans"/>
          <w:color w:val="20262E"/>
          <w:sz w:val="17"/>
        </w:rPr>
        <w:t>Proverbs 18:10; Mark 16:17; Luke 10:19; 2 Corinthians 10:3-5; Ephesians 6:10-18; James 4:7; 1 John 4:4-14; Revelation 12:11, plus topical lists reproduced in the source matrix.</w:t>
      </w:r>
    </w:p>
    <w:p>
      <w:pPr>
        <w:pStyle w:val="Guidance"/>
        <w:spacing w:after="140"/>
      </w:pPr>
      <w:r>
        <w:rPr>
          <w:rFonts w:ascii="Liberation Sans" w:hAnsi="Liberation Sans" w:eastAsia="Liberation Sans"/>
          <w:b/>
          <w:color w:val="18324A"/>
          <w:sz w:val="17"/>
        </w:rPr>
        <w:t xml:space="preserve">Limits: </w:t>
      </w:r>
      <w:r>
        <w:rPr>
          <w:rFonts w:ascii="Liberation Sans" w:hAnsi="Liberation Sans" w:eastAsia="Liberation Sans"/>
          <w:color w:val="20262E"/>
          <w:sz w:val="17"/>
        </w:rPr>
        <w:t>Prayer wording is not reproduced; this edition supplies original prayers. 'Legal right/ground' is labeled as a ministry model.</w:t>
      </w:r>
    </w:p>
    <w:p>
      <w:pPr>
        <w:pStyle w:val="Heading2"/>
        <w:keepNext/>
        <w:pBdr>
          <w:bottom w:val="single" w:sz="2" w:space="1" w:color="D5DBE0"/>
        </w:pBdr>
      </w:pPr>
      <w:r>
        <w:t>S08 - Derek Prince Ministries</w:t>
      </w:r>
    </w:p>
    <w:p>
      <w:pPr>
        <w:pStyle w:val="Guidance"/>
      </w:pPr>
      <w:r>
        <w:rPr>
          <w:rFonts w:ascii="Liberation Sans" w:hAnsi="Liberation Sans" w:eastAsia="Liberation Sans"/>
          <w:b/>
          <w:color w:val="18324A"/>
          <w:sz w:val="17"/>
        </w:rPr>
        <w:t xml:space="preserve">Source: </w:t>
      </w:r>
      <w:r>
        <w:rPr>
          <w:rFonts w:ascii="Liberation Sans" w:hAnsi="Liberation Sans" w:eastAsia="Liberation Sans"/>
          <w:color w:val="20262E"/>
          <w:sz w:val="17"/>
        </w:rPr>
        <w:t>By This I Overcome the Devil</w:t>
      </w:r>
    </w:p>
    <w:p>
      <w:pPr>
        <w:pStyle w:val="Guidance"/>
      </w:pPr>
      <w:r>
        <w:rPr>
          <w:rFonts w:ascii="Liberation Sans" w:hAnsi="Liberation Sans" w:eastAsia="Liberation Sans"/>
          <w:b/>
          <w:color w:val="18324A"/>
          <w:sz w:val="17"/>
        </w:rPr>
        <w:t xml:space="preserve">URL: </w:t>
      </w:r>
      <w:hyperlink r:id="rId18">
        <w:r>
          <w:rPr>
            <w:color w:val="1F4E79"/>
            <w:u w:val="single"/>
          </w:rPr>
          <w:t>https://www.derekprince.com/cards/c-pc03-100</w:t>
        </w:r>
      </w:hyperlink>
    </w:p>
    <w:p>
      <w:pPr>
        <w:pStyle w:val="Guidance"/>
      </w:pPr>
      <w:r>
        <w:rPr>
          <w:rFonts w:ascii="Liberation Sans" w:hAnsi="Liberation Sans" w:eastAsia="Liberation Sans"/>
          <w:b/>
          <w:color w:val="18324A"/>
          <w:sz w:val="17"/>
        </w:rPr>
        <w:t xml:space="preserve">Source type: </w:t>
      </w:r>
      <w:r>
        <w:rPr>
          <w:rFonts w:ascii="Liberation Sans" w:hAnsi="Liberation Sans" w:eastAsia="Liberation Sans"/>
          <w:color w:val="20262E"/>
          <w:sz w:val="17"/>
        </w:rPr>
        <w:t>Official proclamation page</w:t>
      </w:r>
    </w:p>
    <w:p>
      <w:pPr>
        <w:pStyle w:val="Guidance"/>
      </w:pPr>
      <w:r>
        <w:rPr>
          <w:rFonts w:ascii="Liberation Sans" w:hAnsi="Liberation Sans" w:eastAsia="Liberation Sans"/>
          <w:b/>
          <w:color w:val="18324A"/>
          <w:sz w:val="17"/>
        </w:rPr>
        <w:t xml:space="preserve">Themes surfaced: </w:t>
      </w:r>
      <w:r>
        <w:rPr>
          <w:rFonts w:ascii="Liberation Sans" w:hAnsi="Liberation Sans" w:eastAsia="Liberation Sans"/>
          <w:color w:val="20262E"/>
          <w:sz w:val="17"/>
        </w:rPr>
        <w:t>Blood of Jesus, personal testimony, redemption, forgiveness, cleansing, justification, sanctification, access, and the blood's witness.</w:t>
      </w:r>
    </w:p>
    <w:p>
      <w:pPr>
        <w:pStyle w:val="Guidance"/>
      </w:pPr>
      <w:r>
        <w:rPr>
          <w:rFonts w:ascii="Liberation Sans" w:hAnsi="Liberation Sans" w:eastAsia="Liberation Sans"/>
          <w:b/>
          <w:color w:val="18324A"/>
          <w:sz w:val="17"/>
        </w:rPr>
        <w:t xml:space="preserve">References surfaced: </w:t>
      </w:r>
      <w:r>
        <w:rPr>
          <w:rFonts w:ascii="Liberation Sans" w:hAnsi="Liberation Sans" w:eastAsia="Liberation Sans"/>
          <w:color w:val="20262E"/>
          <w:sz w:val="17"/>
        </w:rPr>
        <w:t>Revelation 12:11; Ephesians 1:7; 1 John 1:9; 1 John 1:7; Romans 5:9; Hebrews 13:12; Hebrews 10:19; Hebrews 12:24.</w:t>
      </w:r>
    </w:p>
    <w:p>
      <w:pPr>
        <w:pStyle w:val="Guidance"/>
        <w:spacing w:after="140"/>
      </w:pPr>
      <w:r>
        <w:rPr>
          <w:rFonts w:ascii="Liberation Sans" w:hAnsi="Liberation Sans" w:eastAsia="Liberation Sans"/>
          <w:b/>
          <w:color w:val="18324A"/>
          <w:sz w:val="17"/>
        </w:rPr>
        <w:t xml:space="preserve">Limits: </w:t>
      </w:r>
      <w:r>
        <w:rPr>
          <w:rFonts w:ascii="Liberation Sans" w:hAnsi="Liberation Sans" w:eastAsia="Liberation Sans"/>
          <w:color w:val="20262E"/>
          <w:sz w:val="17"/>
        </w:rPr>
        <w:t>The copyrighted proclamation is not reproduced; only its Scripture architecture is documented.</w:t>
      </w:r>
    </w:p>
    <w:p>
      <w:pPr>
        <w:pStyle w:val="Heading2"/>
        <w:keepNext/>
        <w:pBdr>
          <w:bottom w:val="single" w:sz="2" w:space="1" w:color="D5DBE0"/>
        </w:pBdr>
      </w:pPr>
      <w:r>
        <w:t>S09 - Derek Prince Ministries</w:t>
      </w:r>
    </w:p>
    <w:p>
      <w:pPr>
        <w:pStyle w:val="Guidance"/>
      </w:pPr>
      <w:r>
        <w:rPr>
          <w:rFonts w:ascii="Liberation Sans" w:hAnsi="Liberation Sans" w:eastAsia="Liberation Sans"/>
          <w:b/>
          <w:color w:val="18324A"/>
          <w:sz w:val="17"/>
        </w:rPr>
        <w:t xml:space="preserve">Source: </w:t>
      </w:r>
      <w:r>
        <w:rPr>
          <w:rFonts w:ascii="Liberation Sans" w:hAnsi="Liberation Sans" w:eastAsia="Liberation Sans"/>
          <w:color w:val="20262E"/>
          <w:sz w:val="17"/>
        </w:rPr>
        <w:t>Confession for Overcomers</w:t>
      </w:r>
    </w:p>
    <w:p>
      <w:pPr>
        <w:pStyle w:val="Guidance"/>
      </w:pPr>
      <w:r>
        <w:rPr>
          <w:rFonts w:ascii="Liberation Sans" w:hAnsi="Liberation Sans" w:eastAsia="Liberation Sans"/>
          <w:b/>
          <w:color w:val="18324A"/>
          <w:sz w:val="17"/>
        </w:rPr>
        <w:t xml:space="preserve">URL: </w:t>
      </w:r>
      <w:hyperlink r:id="rId19">
        <w:r>
          <w:rPr>
            <w:color w:val="1F4E79"/>
            <w:u w:val="single"/>
          </w:rPr>
          <w:t>https://www.derekprince.com/cards/c-pc04-100</w:t>
        </w:r>
      </w:hyperlink>
    </w:p>
    <w:p>
      <w:pPr>
        <w:pStyle w:val="Guidance"/>
      </w:pPr>
      <w:r>
        <w:rPr>
          <w:rFonts w:ascii="Liberation Sans" w:hAnsi="Liberation Sans" w:eastAsia="Liberation Sans"/>
          <w:b/>
          <w:color w:val="18324A"/>
          <w:sz w:val="17"/>
        </w:rPr>
        <w:t xml:space="preserve">Source type: </w:t>
      </w:r>
      <w:r>
        <w:rPr>
          <w:rFonts w:ascii="Liberation Sans" w:hAnsi="Liberation Sans" w:eastAsia="Liberation Sans"/>
          <w:color w:val="20262E"/>
          <w:sz w:val="17"/>
        </w:rPr>
        <w:t>Official proclamation page</w:t>
      </w:r>
    </w:p>
    <w:p>
      <w:pPr>
        <w:pStyle w:val="Guidance"/>
      </w:pPr>
      <w:r>
        <w:rPr>
          <w:rFonts w:ascii="Liberation Sans" w:hAnsi="Liberation Sans" w:eastAsia="Liberation Sans"/>
          <w:b/>
          <w:color w:val="18324A"/>
          <w:sz w:val="17"/>
        </w:rPr>
        <w:t xml:space="preserve">Themes surfaced: </w:t>
      </w:r>
      <w:r>
        <w:rPr>
          <w:rFonts w:ascii="Liberation Sans" w:hAnsi="Liberation Sans" w:eastAsia="Liberation Sans"/>
          <w:color w:val="20262E"/>
          <w:sz w:val="17"/>
        </w:rPr>
        <w:t>Body as the Spirit's temple, redemption, cleansing, sanctification, yielded members, justification, intercession, testimony, and bodily stewardship.</w:t>
      </w:r>
    </w:p>
    <w:p>
      <w:pPr>
        <w:pStyle w:val="Guidance"/>
      </w:pPr>
      <w:r>
        <w:rPr>
          <w:rFonts w:ascii="Liberation Sans" w:hAnsi="Liberation Sans" w:eastAsia="Liberation Sans"/>
          <w:b/>
          <w:color w:val="18324A"/>
          <w:sz w:val="17"/>
        </w:rPr>
        <w:t xml:space="preserve">References surfaced: </w:t>
      </w:r>
      <w:r>
        <w:rPr>
          <w:rFonts w:ascii="Liberation Sans" w:hAnsi="Liberation Sans" w:eastAsia="Liberation Sans"/>
          <w:color w:val="20262E"/>
          <w:sz w:val="17"/>
        </w:rPr>
        <w:t>1 Corinthians 6:19; Ephesians 1:7; 1 John 1:7; Hebrews 13:12; Romans 6:13; Romans 3:23-25; Romans 8:33-34; Revelation 12:11; 1 Corinthians 6:13.</w:t>
      </w:r>
    </w:p>
    <w:p>
      <w:pPr>
        <w:pStyle w:val="Guidance"/>
        <w:spacing w:after="140"/>
      </w:pPr>
      <w:r>
        <w:rPr>
          <w:rFonts w:ascii="Liberation Sans" w:hAnsi="Liberation Sans" w:eastAsia="Liberation Sans"/>
          <w:b/>
          <w:color w:val="18324A"/>
          <w:sz w:val="17"/>
        </w:rPr>
        <w:t xml:space="preserve">Limits: </w:t>
      </w:r>
      <w:r>
        <w:rPr>
          <w:rFonts w:ascii="Liberation Sans" w:hAnsi="Liberation Sans" w:eastAsia="Liberation Sans"/>
          <w:color w:val="20262E"/>
          <w:sz w:val="17"/>
        </w:rPr>
        <w:t>The copyrighted proclamation is not reproduced; this edition uses newly written wording.</w:t>
      </w:r>
    </w:p>
    <w:p>
      <w:pPr>
        <w:pStyle w:val="Heading2"/>
        <w:keepNext/>
        <w:pBdr>
          <w:bottom w:val="single" w:sz="2" w:space="1" w:color="D5DBE0"/>
        </w:pBdr>
      </w:pPr>
      <w:r>
        <w:t>S10 - Derek Prince Ministries</w:t>
      </w:r>
    </w:p>
    <w:p>
      <w:pPr>
        <w:pStyle w:val="Guidance"/>
      </w:pPr>
      <w:r>
        <w:rPr>
          <w:rFonts w:ascii="Liberation Sans" w:hAnsi="Liberation Sans" w:eastAsia="Liberation Sans"/>
          <w:b/>
          <w:color w:val="18324A"/>
          <w:sz w:val="17"/>
        </w:rPr>
        <w:t xml:space="preserve">Source: </w:t>
      </w:r>
      <w:r>
        <w:rPr>
          <w:rFonts w:ascii="Liberation Sans" w:hAnsi="Liberation Sans" w:eastAsia="Liberation Sans"/>
          <w:color w:val="20262E"/>
          <w:sz w:val="17"/>
        </w:rPr>
        <w:t>How to Expel the Enemy</w:t>
      </w:r>
    </w:p>
    <w:p>
      <w:pPr>
        <w:pStyle w:val="Guidance"/>
      </w:pPr>
      <w:r>
        <w:rPr>
          <w:rFonts w:ascii="Liberation Sans" w:hAnsi="Liberation Sans" w:eastAsia="Liberation Sans"/>
          <w:b/>
          <w:color w:val="18324A"/>
          <w:sz w:val="17"/>
        </w:rPr>
        <w:t xml:space="preserve">URL: </w:t>
      </w:r>
      <w:hyperlink r:id="rId20">
        <w:r>
          <w:rPr>
            <w:color w:val="1F4E79"/>
            <w:u w:val="single"/>
          </w:rPr>
          <w:t>https://www.derekprince.com/sermons/25</w:t>
        </w:r>
      </w:hyperlink>
    </w:p>
    <w:p>
      <w:pPr>
        <w:pStyle w:val="Guidance"/>
      </w:pPr>
      <w:r>
        <w:rPr>
          <w:rFonts w:ascii="Liberation Sans" w:hAnsi="Liberation Sans" w:eastAsia="Liberation Sans"/>
          <w:b/>
          <w:color w:val="18324A"/>
          <w:sz w:val="17"/>
        </w:rPr>
        <w:t xml:space="preserve">Source type: </w:t>
      </w:r>
      <w:r>
        <w:rPr>
          <w:rFonts w:ascii="Liberation Sans" w:hAnsi="Liberation Sans" w:eastAsia="Liberation Sans"/>
          <w:color w:val="20262E"/>
          <w:sz w:val="17"/>
        </w:rPr>
        <w:t>Official sermon transcript</w:t>
      </w:r>
    </w:p>
    <w:p>
      <w:pPr>
        <w:pStyle w:val="Guidance"/>
      </w:pPr>
      <w:r>
        <w:rPr>
          <w:rFonts w:ascii="Liberation Sans" w:hAnsi="Liberation Sans" w:eastAsia="Liberation Sans"/>
          <w:b/>
          <w:color w:val="18324A"/>
          <w:sz w:val="17"/>
        </w:rPr>
        <w:t xml:space="preserve">Themes surfaced: </w:t>
      </w:r>
      <w:r>
        <w:rPr>
          <w:rFonts w:ascii="Liberation Sans" w:hAnsi="Liberation Sans" w:eastAsia="Liberation Sans"/>
          <w:color w:val="20262E"/>
          <w:sz w:val="17"/>
        </w:rPr>
        <w:t>Occult background and involvement, repentance, forgiveness, renunciation, entry-point model, and practical deliverance.</w:t>
      </w:r>
    </w:p>
    <w:p>
      <w:pPr>
        <w:pStyle w:val="Guidance"/>
      </w:pPr>
      <w:r>
        <w:rPr>
          <w:rFonts w:ascii="Liberation Sans" w:hAnsi="Liberation Sans" w:eastAsia="Liberation Sans"/>
          <w:b/>
          <w:color w:val="18324A"/>
          <w:sz w:val="17"/>
        </w:rPr>
        <w:t xml:space="preserve">References surfaced: </w:t>
      </w:r>
      <w:r>
        <w:rPr>
          <w:rFonts w:ascii="Liberation Sans" w:hAnsi="Liberation Sans" w:eastAsia="Liberation Sans"/>
          <w:color w:val="20262E"/>
          <w:sz w:val="17"/>
        </w:rPr>
        <w:t>Exodus 20:1-6; Deuteronomy 18:10-12; 1 Peter 3:6; James 3:16, with further references in the complete transcript.</w:t>
      </w:r>
    </w:p>
    <w:p>
      <w:pPr>
        <w:pStyle w:val="Guidance"/>
        <w:spacing w:after="140"/>
      </w:pPr>
      <w:r>
        <w:rPr>
          <w:rFonts w:ascii="Liberation Sans" w:hAnsi="Liberation Sans" w:eastAsia="Liberation Sans"/>
          <w:b/>
          <w:color w:val="18324A"/>
          <w:sz w:val="17"/>
        </w:rPr>
        <w:t xml:space="preserve">Limits: </w:t>
      </w:r>
      <w:r>
        <w:rPr>
          <w:rFonts w:ascii="Liberation Sans" w:hAnsi="Liberation Sans" w:eastAsia="Liberation Sans"/>
          <w:color w:val="20262E"/>
          <w:sz w:val="17"/>
        </w:rPr>
        <w:t>Experiential causal claims, including prenatal claims, are not treated as established medical or scientific facts.</w:t>
      </w:r>
    </w:p>
    <w:p>
      <w:pPr>
        <w:pStyle w:val="Heading2"/>
        <w:keepNext/>
        <w:pBdr>
          <w:bottom w:val="single" w:sz="2" w:space="1" w:color="D5DBE0"/>
        </w:pBdr>
      </w:pPr>
      <w:r>
        <w:t>S11 - Derek Prince Ministries</w:t>
      </w:r>
    </w:p>
    <w:p>
      <w:pPr>
        <w:pStyle w:val="Guidance"/>
      </w:pPr>
      <w:r>
        <w:rPr>
          <w:rFonts w:ascii="Liberation Sans" w:hAnsi="Liberation Sans" w:eastAsia="Liberation Sans"/>
          <w:b/>
          <w:color w:val="18324A"/>
          <w:sz w:val="17"/>
        </w:rPr>
        <w:t xml:space="preserve">Source: </w:t>
      </w:r>
      <w:r>
        <w:rPr>
          <w:rFonts w:ascii="Liberation Sans" w:hAnsi="Liberation Sans" w:eastAsia="Liberation Sans"/>
          <w:color w:val="20262E"/>
          <w:sz w:val="17"/>
        </w:rPr>
        <w:t>Defensive Armor</w:t>
      </w:r>
    </w:p>
    <w:p>
      <w:pPr>
        <w:pStyle w:val="Guidance"/>
      </w:pPr>
      <w:r>
        <w:rPr>
          <w:rFonts w:ascii="Liberation Sans" w:hAnsi="Liberation Sans" w:eastAsia="Liberation Sans"/>
          <w:b/>
          <w:color w:val="18324A"/>
          <w:sz w:val="17"/>
        </w:rPr>
        <w:t xml:space="preserve">URL: </w:t>
      </w:r>
      <w:hyperlink r:id="rId21">
        <w:r>
          <w:rPr>
            <w:color w:val="1F4E79"/>
            <w:u w:val="single"/>
          </w:rPr>
          <w:t>https://www.derekprince.com/sermons/395</w:t>
        </w:r>
      </w:hyperlink>
    </w:p>
    <w:p>
      <w:pPr>
        <w:pStyle w:val="Guidance"/>
      </w:pPr>
      <w:r>
        <w:rPr>
          <w:rFonts w:ascii="Liberation Sans" w:hAnsi="Liberation Sans" w:eastAsia="Liberation Sans"/>
          <w:b/>
          <w:color w:val="18324A"/>
          <w:sz w:val="17"/>
        </w:rPr>
        <w:t xml:space="preserve">Source type: </w:t>
      </w:r>
      <w:r>
        <w:rPr>
          <w:rFonts w:ascii="Liberation Sans" w:hAnsi="Liberation Sans" w:eastAsia="Liberation Sans"/>
          <w:color w:val="20262E"/>
          <w:sz w:val="17"/>
        </w:rPr>
        <w:t>Official sermon</w:t>
      </w:r>
    </w:p>
    <w:p>
      <w:pPr>
        <w:pStyle w:val="Guidance"/>
      </w:pPr>
      <w:r>
        <w:rPr>
          <w:rFonts w:ascii="Liberation Sans" w:hAnsi="Liberation Sans" w:eastAsia="Liberation Sans"/>
          <w:b/>
          <w:color w:val="18324A"/>
          <w:sz w:val="17"/>
        </w:rPr>
        <w:t xml:space="preserve">Themes surfaced: </w:t>
      </w:r>
      <w:r>
        <w:rPr>
          <w:rFonts w:ascii="Liberation Sans" w:hAnsi="Liberation Sans" w:eastAsia="Liberation Sans"/>
          <w:color w:val="20262E"/>
          <w:sz w:val="17"/>
        </w:rPr>
        <w:t>Armor of God and standing in Christ.</w:t>
      </w:r>
    </w:p>
    <w:p>
      <w:pPr>
        <w:pStyle w:val="Guidance"/>
      </w:pPr>
      <w:r>
        <w:rPr>
          <w:rFonts w:ascii="Liberation Sans" w:hAnsi="Liberation Sans" w:eastAsia="Liberation Sans"/>
          <w:b/>
          <w:color w:val="18324A"/>
          <w:sz w:val="17"/>
        </w:rPr>
        <w:t xml:space="preserve">References surfaced: </w:t>
      </w:r>
      <w:r>
        <w:rPr>
          <w:rFonts w:ascii="Liberation Sans" w:hAnsi="Liberation Sans" w:eastAsia="Liberation Sans"/>
          <w:color w:val="20262E"/>
          <w:sz w:val="17"/>
        </w:rPr>
        <w:t>Ephesians 6:10-18 and related armor passages.</w:t>
      </w:r>
    </w:p>
    <w:p>
      <w:pPr>
        <w:pStyle w:val="Guidance"/>
        <w:spacing w:after="140"/>
      </w:pPr>
      <w:r>
        <w:rPr>
          <w:rFonts w:ascii="Liberation Sans" w:hAnsi="Liberation Sans" w:eastAsia="Liberation Sans"/>
          <w:b/>
          <w:color w:val="18324A"/>
          <w:sz w:val="17"/>
        </w:rPr>
        <w:t xml:space="preserve">Limits: </w:t>
      </w:r>
      <w:r>
        <w:rPr>
          <w:rFonts w:ascii="Liberation Sans" w:hAnsi="Liberation Sans" w:eastAsia="Liberation Sans"/>
          <w:color w:val="20262E"/>
          <w:sz w:val="17"/>
        </w:rPr>
        <w:t>Used for thematic attribution; exact transcript references should be checked against the full outline when quoting beyond the main passage.</w:t>
      </w:r>
    </w:p>
    <w:p>
      <w:pPr>
        <w:pStyle w:val="Heading2"/>
        <w:keepNext/>
        <w:pBdr>
          <w:bottom w:val="single" w:sz="2" w:space="1" w:color="D5DBE0"/>
        </w:pBdr>
      </w:pPr>
      <w:r>
        <w:t>S12 - Impact Christian Books</w:t>
      </w:r>
    </w:p>
    <w:p>
      <w:pPr>
        <w:pStyle w:val="Guidance"/>
      </w:pPr>
      <w:r>
        <w:rPr>
          <w:rFonts w:ascii="Liberation Sans" w:hAnsi="Liberation Sans" w:eastAsia="Liberation Sans"/>
          <w:b/>
          <w:color w:val="18324A"/>
          <w:sz w:val="17"/>
        </w:rPr>
        <w:t xml:space="preserve">Source: </w:t>
      </w:r>
      <w:r>
        <w:rPr>
          <w:rFonts w:ascii="Liberation Sans" w:hAnsi="Liberation Sans" w:eastAsia="Liberation Sans"/>
          <w:color w:val="20262E"/>
          <w:sz w:val="17"/>
        </w:rPr>
        <w:t>Pigs in the Parlor: A Guide to Deliverance</w:t>
      </w:r>
    </w:p>
    <w:p>
      <w:pPr>
        <w:pStyle w:val="Guidance"/>
      </w:pPr>
      <w:r>
        <w:rPr>
          <w:rFonts w:ascii="Liberation Sans" w:hAnsi="Liberation Sans" w:eastAsia="Liberation Sans"/>
          <w:b/>
          <w:color w:val="18324A"/>
          <w:sz w:val="17"/>
        </w:rPr>
        <w:t xml:space="preserve">URL: </w:t>
      </w:r>
      <w:hyperlink r:id="rId22">
        <w:r>
          <w:rPr>
            <w:color w:val="1F4E79"/>
            <w:u w:val="single"/>
          </w:rPr>
          <w:t>https://www.impactchristianbooks.com/product-page/pigs-in-the-parlor</w:t>
        </w:r>
      </w:hyperlink>
    </w:p>
    <w:p>
      <w:pPr>
        <w:pStyle w:val="Guidance"/>
      </w:pPr>
      <w:r>
        <w:rPr>
          <w:rFonts w:ascii="Liberation Sans" w:hAnsi="Liberation Sans" w:eastAsia="Liberation Sans"/>
          <w:b/>
          <w:color w:val="18324A"/>
          <w:sz w:val="17"/>
        </w:rPr>
        <w:t xml:space="preserve">Source type: </w:t>
      </w:r>
      <w:r>
        <w:rPr>
          <w:rFonts w:ascii="Liberation Sans" w:hAnsi="Liberation Sans" w:eastAsia="Liberation Sans"/>
          <w:color w:val="20262E"/>
          <w:sz w:val="17"/>
        </w:rPr>
        <w:t>Official publisher description</w:t>
      </w:r>
    </w:p>
    <w:p>
      <w:pPr>
        <w:pStyle w:val="Guidance"/>
      </w:pPr>
      <w:r>
        <w:rPr>
          <w:rFonts w:ascii="Liberation Sans" w:hAnsi="Liberation Sans" w:eastAsia="Liberation Sans"/>
          <w:b/>
          <w:color w:val="18324A"/>
          <w:sz w:val="17"/>
        </w:rPr>
        <w:t xml:space="preserve">Themes surfaced: </w:t>
      </w:r>
      <w:r>
        <w:rPr>
          <w:rFonts w:ascii="Liberation Sans" w:hAnsi="Liberation Sans" w:eastAsia="Liberation Sans"/>
          <w:color w:val="20262E"/>
          <w:sz w:val="17"/>
        </w:rPr>
        <w:t>Entry, need, receiving and ministering, maintaining, self-deliverance, manifestations, binding/loosing, and practical ministry.</w:t>
      </w:r>
    </w:p>
    <w:p>
      <w:pPr>
        <w:pStyle w:val="Guidance"/>
      </w:pPr>
      <w:r>
        <w:rPr>
          <w:rFonts w:ascii="Liberation Sans" w:hAnsi="Liberation Sans" w:eastAsia="Liberation Sans"/>
          <w:b/>
          <w:color w:val="18324A"/>
          <w:sz w:val="17"/>
        </w:rPr>
        <w:t xml:space="preserve">References surfaced: </w:t>
      </w:r>
      <w:r>
        <w:rPr>
          <w:rFonts w:ascii="Liberation Sans" w:hAnsi="Liberation Sans" w:eastAsia="Liberation Sans"/>
          <w:color w:val="20262E"/>
          <w:sz w:val="17"/>
        </w:rPr>
        <w:t>Publisher summary does not print a complete Scripture list.</w:t>
      </w:r>
    </w:p>
    <w:p>
      <w:pPr>
        <w:pStyle w:val="Guidance"/>
        <w:spacing w:after="140"/>
      </w:pPr>
      <w:r>
        <w:rPr>
          <w:rFonts w:ascii="Liberation Sans" w:hAnsi="Liberation Sans" w:eastAsia="Liberation Sans"/>
          <w:b/>
          <w:color w:val="18324A"/>
          <w:sz w:val="17"/>
        </w:rPr>
        <w:t xml:space="preserve">Limits: </w:t>
      </w:r>
      <w:r>
        <w:rPr>
          <w:rFonts w:ascii="Liberation Sans" w:hAnsi="Liberation Sans" w:eastAsia="Liberation Sans"/>
          <w:color w:val="20262E"/>
          <w:sz w:val="17"/>
        </w:rPr>
        <w:t>The book's demon groupings and mental-illness claims are ministry classifications, not clinical diagnoses.</w:t>
      </w:r>
    </w:p>
    <w:p>
      <w:pPr>
        <w:pStyle w:val="Heading2"/>
        <w:keepNext/>
        <w:pBdr>
          <w:bottom w:val="single" w:sz="2" w:space="1" w:color="D5DBE0"/>
        </w:pBdr>
      </w:pPr>
      <w:r>
        <w:t>S13 - Impact Christian Books / Frank Hammond</w:t>
      </w:r>
    </w:p>
    <w:p>
      <w:pPr>
        <w:pStyle w:val="Guidance"/>
      </w:pPr>
      <w:r>
        <w:rPr>
          <w:rFonts w:ascii="Liberation Sans" w:hAnsi="Liberation Sans" w:eastAsia="Liberation Sans"/>
          <w:b/>
          <w:color w:val="18324A"/>
          <w:sz w:val="17"/>
        </w:rPr>
        <w:t xml:space="preserve">Source: </w:t>
      </w:r>
      <w:r>
        <w:rPr>
          <w:rFonts w:ascii="Liberation Sans" w:hAnsi="Liberation Sans" w:eastAsia="Liberation Sans"/>
          <w:color w:val="20262E"/>
          <w:sz w:val="17"/>
        </w:rPr>
        <w:t>The Discerning of Spirits</w:t>
      </w:r>
    </w:p>
    <w:p>
      <w:pPr>
        <w:pStyle w:val="Guidance"/>
      </w:pPr>
      <w:r>
        <w:rPr>
          <w:rFonts w:ascii="Liberation Sans" w:hAnsi="Liberation Sans" w:eastAsia="Liberation Sans"/>
          <w:b/>
          <w:color w:val="18324A"/>
          <w:sz w:val="17"/>
        </w:rPr>
        <w:t xml:space="preserve">URL: </w:t>
      </w:r>
      <w:hyperlink r:id="rId23">
        <w:r>
          <w:rPr>
            <w:color w:val="1F4E79"/>
            <w:u w:val="single"/>
          </w:rPr>
          <w:t>https://www.impactchristianbooks.com/product-page/audio-cd-discerning-of-spirits-1-cd</w:t>
        </w:r>
      </w:hyperlink>
    </w:p>
    <w:p>
      <w:pPr>
        <w:pStyle w:val="Guidance"/>
      </w:pPr>
      <w:r>
        <w:rPr>
          <w:rFonts w:ascii="Liberation Sans" w:hAnsi="Liberation Sans" w:eastAsia="Liberation Sans"/>
          <w:b/>
          <w:color w:val="18324A"/>
          <w:sz w:val="17"/>
        </w:rPr>
        <w:t xml:space="preserve">Source type: </w:t>
      </w:r>
      <w:r>
        <w:rPr>
          <w:rFonts w:ascii="Liberation Sans" w:hAnsi="Liberation Sans" w:eastAsia="Liberation Sans"/>
          <w:color w:val="20262E"/>
          <w:sz w:val="17"/>
        </w:rPr>
        <w:t>Official publisher description</w:t>
      </w:r>
    </w:p>
    <w:p>
      <w:pPr>
        <w:pStyle w:val="Guidance"/>
      </w:pPr>
      <w:r>
        <w:rPr>
          <w:rFonts w:ascii="Liberation Sans" w:hAnsi="Liberation Sans" w:eastAsia="Liberation Sans"/>
          <w:b/>
          <w:color w:val="18324A"/>
          <w:sz w:val="17"/>
        </w:rPr>
        <w:t xml:space="preserve">Themes surfaced: </w:t>
      </w:r>
      <w:r>
        <w:rPr>
          <w:rFonts w:ascii="Liberation Sans" w:hAnsi="Liberation Sans" w:eastAsia="Liberation Sans"/>
          <w:color w:val="20262E"/>
          <w:sz w:val="17"/>
        </w:rPr>
        <w:t>Commission to cast out demons, Holy Spirit gifts, reliance on God rather than demons' voices, and discernment.</w:t>
      </w:r>
    </w:p>
    <w:p>
      <w:pPr>
        <w:pStyle w:val="Guidance"/>
      </w:pPr>
      <w:r>
        <w:rPr>
          <w:rFonts w:ascii="Liberation Sans" w:hAnsi="Liberation Sans" w:eastAsia="Liberation Sans"/>
          <w:b/>
          <w:color w:val="18324A"/>
          <w:sz w:val="17"/>
        </w:rPr>
        <w:t xml:space="preserve">References surfaced: </w:t>
      </w:r>
      <w:r>
        <w:rPr>
          <w:rFonts w:ascii="Liberation Sans" w:hAnsi="Liberation Sans" w:eastAsia="Liberation Sans"/>
          <w:color w:val="20262E"/>
          <w:sz w:val="17"/>
        </w:rPr>
        <w:t>Mark 16:17; 1 Corinthians 12.</w:t>
      </w:r>
    </w:p>
    <w:p>
      <w:pPr>
        <w:pStyle w:val="Guidance"/>
        <w:spacing w:after="140"/>
      </w:pPr>
      <w:r>
        <w:rPr>
          <w:rFonts w:ascii="Liberation Sans" w:hAnsi="Liberation Sans" w:eastAsia="Liberation Sans"/>
          <w:b/>
          <w:color w:val="18324A"/>
          <w:sz w:val="17"/>
        </w:rPr>
        <w:t xml:space="preserve">Limits: </w:t>
      </w:r>
      <w:r>
        <w:rPr>
          <w:rFonts w:ascii="Liberation Sans" w:hAnsi="Liberation Sans" w:eastAsia="Liberation Sans"/>
          <w:color w:val="20262E"/>
          <w:sz w:val="17"/>
        </w:rPr>
        <w:t>Mark 16:9-20 carries a textual-history note in this edition.</w:t>
      </w:r>
    </w:p>
    <w:p>
      <w:pPr>
        <w:pStyle w:val="Heading2"/>
        <w:keepNext/>
        <w:pBdr>
          <w:bottom w:val="single" w:sz="2" w:space="1" w:color="D5DBE0"/>
        </w:pBdr>
      </w:pPr>
      <w:r>
        <w:t>S14 - Dove Ministries / Bill Subritzky</w:t>
      </w:r>
    </w:p>
    <w:p>
      <w:pPr>
        <w:pStyle w:val="Guidance"/>
      </w:pPr>
      <w:r>
        <w:rPr>
          <w:rFonts w:ascii="Liberation Sans" w:hAnsi="Liberation Sans" w:eastAsia="Liberation Sans"/>
          <w:b/>
          <w:color w:val="18324A"/>
          <w:sz w:val="17"/>
        </w:rPr>
        <w:t xml:space="preserve">Source: </w:t>
      </w:r>
      <w:r>
        <w:rPr>
          <w:rFonts w:ascii="Liberation Sans" w:hAnsi="Liberation Sans" w:eastAsia="Liberation Sans"/>
          <w:color w:val="20262E"/>
          <w:sz w:val="17"/>
        </w:rPr>
        <w:t>Ministering Healing and Deliverance</w:t>
      </w:r>
    </w:p>
    <w:p>
      <w:pPr>
        <w:pStyle w:val="Guidance"/>
      </w:pPr>
      <w:r>
        <w:rPr>
          <w:rFonts w:ascii="Liberation Sans" w:hAnsi="Liberation Sans" w:eastAsia="Liberation Sans"/>
          <w:b/>
          <w:color w:val="18324A"/>
          <w:sz w:val="17"/>
        </w:rPr>
        <w:t xml:space="preserve">URL: </w:t>
      </w:r>
      <w:hyperlink r:id="rId24">
        <w:r>
          <w:rPr>
            <w:color w:val="1F4E79"/>
            <w:u w:val="single"/>
          </w:rPr>
          <w:t>https://www.doveministries.com/free-media-listing/ministering-healing-and-deliverance/</w:t>
        </w:r>
      </w:hyperlink>
    </w:p>
    <w:p>
      <w:pPr>
        <w:pStyle w:val="Guidance"/>
      </w:pPr>
      <w:r>
        <w:rPr>
          <w:rFonts w:ascii="Liberation Sans" w:hAnsi="Liberation Sans" w:eastAsia="Liberation Sans"/>
          <w:b/>
          <w:color w:val="18324A"/>
          <w:sz w:val="17"/>
        </w:rPr>
        <w:t xml:space="preserve">Source type: </w:t>
      </w:r>
      <w:r>
        <w:rPr>
          <w:rFonts w:ascii="Liberation Sans" w:hAnsi="Liberation Sans" w:eastAsia="Liberation Sans"/>
          <w:color w:val="20262E"/>
          <w:sz w:val="17"/>
        </w:rPr>
        <w:t>Official ministry resource</w:t>
      </w:r>
    </w:p>
    <w:p>
      <w:pPr>
        <w:pStyle w:val="Guidance"/>
      </w:pPr>
      <w:r>
        <w:rPr>
          <w:rFonts w:ascii="Liberation Sans" w:hAnsi="Liberation Sans" w:eastAsia="Liberation Sans"/>
          <w:b/>
          <w:color w:val="18324A"/>
          <w:sz w:val="17"/>
        </w:rPr>
        <w:t xml:space="preserve">Themes surfaced: </w:t>
      </w:r>
      <w:r>
        <w:rPr>
          <w:rFonts w:ascii="Liberation Sans" w:hAnsi="Liberation Sans" w:eastAsia="Liberation Sans"/>
          <w:color w:val="20262E"/>
          <w:sz w:val="17"/>
        </w:rPr>
        <w:t>Authority in Christ, yielding to Christ, Holy Spirit power, and prayer for others.</w:t>
      </w:r>
    </w:p>
    <w:p>
      <w:pPr>
        <w:pStyle w:val="Guidance"/>
      </w:pPr>
      <w:r>
        <w:rPr>
          <w:rFonts w:ascii="Liberation Sans" w:hAnsi="Liberation Sans" w:eastAsia="Liberation Sans"/>
          <w:b/>
          <w:color w:val="18324A"/>
          <w:sz w:val="17"/>
        </w:rPr>
        <w:t xml:space="preserve">References surfaced: </w:t>
      </w:r>
      <w:r>
        <w:rPr>
          <w:rFonts w:ascii="Liberation Sans" w:hAnsi="Liberation Sans" w:eastAsia="Liberation Sans"/>
          <w:color w:val="20262E"/>
          <w:sz w:val="17"/>
        </w:rPr>
        <w:t>No exact reference list printed in the reviewed page summary.</w:t>
      </w:r>
    </w:p>
    <w:p>
      <w:pPr>
        <w:pStyle w:val="Guidance"/>
        <w:spacing w:after="140"/>
      </w:pPr>
      <w:r>
        <w:rPr>
          <w:rFonts w:ascii="Liberation Sans" w:hAnsi="Liberation Sans" w:eastAsia="Liberation Sans"/>
          <w:b/>
          <w:color w:val="18324A"/>
          <w:sz w:val="17"/>
        </w:rPr>
        <w:t xml:space="preserve">Limits: </w:t>
      </w:r>
      <w:r>
        <w:rPr>
          <w:rFonts w:ascii="Liberation Sans" w:hAnsi="Liberation Sans" w:eastAsia="Liberation Sans"/>
          <w:color w:val="20262E"/>
          <w:sz w:val="17"/>
        </w:rPr>
        <w:t>Theme-level attribution only unless the full teaching is transcribed.</w:t>
      </w:r>
    </w:p>
    <w:p>
      <w:pPr>
        <w:pStyle w:val="Heading2"/>
        <w:keepNext/>
        <w:pBdr>
          <w:bottom w:val="single" w:sz="2" w:space="1" w:color="D5DBE0"/>
        </w:pBdr>
      </w:pPr>
      <w:r>
        <w:t>S15 - Ellel Ministries / Peter Horrobin</w:t>
      </w:r>
    </w:p>
    <w:p>
      <w:pPr>
        <w:pStyle w:val="Guidance"/>
      </w:pPr>
      <w:r>
        <w:rPr>
          <w:rFonts w:ascii="Liberation Sans" w:hAnsi="Liberation Sans" w:eastAsia="Liberation Sans"/>
          <w:b/>
          <w:color w:val="18324A"/>
          <w:sz w:val="17"/>
        </w:rPr>
        <w:t xml:space="preserve">Source: </w:t>
      </w:r>
      <w:r>
        <w:rPr>
          <w:rFonts w:ascii="Liberation Sans" w:hAnsi="Liberation Sans" w:eastAsia="Liberation Sans"/>
          <w:color w:val="20262E"/>
          <w:sz w:val="17"/>
        </w:rPr>
        <w:t>Healing Through Deliverance</w:t>
      </w:r>
    </w:p>
    <w:p>
      <w:pPr>
        <w:pStyle w:val="Guidance"/>
      </w:pPr>
      <w:r>
        <w:rPr>
          <w:rFonts w:ascii="Liberation Sans" w:hAnsi="Liberation Sans" w:eastAsia="Liberation Sans"/>
          <w:b/>
          <w:color w:val="18324A"/>
          <w:sz w:val="17"/>
        </w:rPr>
        <w:t xml:space="preserve">URL: </w:t>
      </w:r>
      <w:hyperlink r:id="rId25">
        <w:r>
          <w:rPr>
            <w:color w:val="1F4E79"/>
            <w:u w:val="single"/>
          </w:rPr>
          <w:t>https://us.store.ellel.org/product/healing-through-deliverance-the-foundation-and-practice-of-deliverance-ministry/</w:t>
        </w:r>
      </w:hyperlink>
    </w:p>
    <w:p>
      <w:pPr>
        <w:pStyle w:val="Guidance"/>
      </w:pPr>
      <w:r>
        <w:rPr>
          <w:rFonts w:ascii="Liberation Sans" w:hAnsi="Liberation Sans" w:eastAsia="Liberation Sans"/>
          <w:b/>
          <w:color w:val="18324A"/>
          <w:sz w:val="17"/>
        </w:rPr>
        <w:t xml:space="preserve">Source type: </w:t>
      </w:r>
      <w:r>
        <w:rPr>
          <w:rFonts w:ascii="Liberation Sans" w:hAnsi="Liberation Sans" w:eastAsia="Liberation Sans"/>
          <w:color w:val="20262E"/>
          <w:sz w:val="17"/>
        </w:rPr>
        <w:t>Official ministry/publisher description</w:t>
      </w:r>
    </w:p>
    <w:p>
      <w:pPr>
        <w:pStyle w:val="Guidance"/>
      </w:pPr>
      <w:r>
        <w:rPr>
          <w:rFonts w:ascii="Liberation Sans" w:hAnsi="Liberation Sans" w:eastAsia="Liberation Sans"/>
          <w:b/>
          <w:color w:val="18324A"/>
          <w:sz w:val="17"/>
        </w:rPr>
        <w:t xml:space="preserve">Themes surfaced: </w:t>
      </w:r>
      <w:r>
        <w:rPr>
          <w:rFonts w:ascii="Liberation Sans" w:hAnsi="Liberation Sans" w:eastAsia="Liberation Sans"/>
          <w:color w:val="20262E"/>
          <w:sz w:val="17"/>
        </w:rPr>
        <w:t>Scriptural foundation, Great Commission, discipleship, safe guidelines, healing, deliverance, and buildings/land.</w:t>
      </w:r>
    </w:p>
    <w:p>
      <w:pPr>
        <w:pStyle w:val="Guidance"/>
      </w:pPr>
      <w:r>
        <w:rPr>
          <w:rFonts w:ascii="Liberation Sans" w:hAnsi="Liberation Sans" w:eastAsia="Liberation Sans"/>
          <w:b/>
          <w:color w:val="18324A"/>
          <w:sz w:val="17"/>
        </w:rPr>
        <w:t xml:space="preserve">References surfaced: </w:t>
      </w:r>
      <w:r>
        <w:rPr>
          <w:rFonts w:ascii="Liberation Sans" w:hAnsi="Liberation Sans" w:eastAsia="Liberation Sans"/>
          <w:color w:val="20262E"/>
          <w:sz w:val="17"/>
        </w:rPr>
        <w:t>No exact reference list printed in the reviewed product page.</w:t>
      </w:r>
    </w:p>
    <w:p>
      <w:pPr>
        <w:pStyle w:val="Guidance"/>
        <w:spacing w:after="140"/>
      </w:pPr>
      <w:r>
        <w:rPr>
          <w:rFonts w:ascii="Liberation Sans" w:hAnsi="Liberation Sans" w:eastAsia="Liberation Sans"/>
          <w:b/>
          <w:color w:val="18324A"/>
          <w:sz w:val="17"/>
        </w:rPr>
        <w:t xml:space="preserve">Limits: </w:t>
      </w:r>
      <w:r>
        <w:rPr>
          <w:rFonts w:ascii="Liberation Sans" w:hAnsi="Liberation Sans" w:eastAsia="Liberation Sans"/>
          <w:color w:val="20262E"/>
          <w:sz w:val="17"/>
        </w:rPr>
        <w:t>Theme-level attribution; land/building cleansing is treated as a later ministry model requiring restraint.</w:t>
      </w:r>
    </w:p>
    <w:p>
      <w:pPr>
        <w:pStyle w:val="Heading2"/>
        <w:keepNext/>
        <w:pBdr>
          <w:bottom w:val="single" w:sz="2" w:space="1" w:color="D5DBE0"/>
        </w:pBdr>
      </w:pPr>
      <w:r>
        <w:t>S16 - Freedom in Christ / Neil T. Anderson</w:t>
      </w:r>
    </w:p>
    <w:p>
      <w:pPr>
        <w:pStyle w:val="Guidance"/>
      </w:pPr>
      <w:r>
        <w:rPr>
          <w:rFonts w:ascii="Liberation Sans" w:hAnsi="Liberation Sans" w:eastAsia="Liberation Sans"/>
          <w:b/>
          <w:color w:val="18324A"/>
          <w:sz w:val="17"/>
        </w:rPr>
        <w:t xml:space="preserve">Source: </w:t>
      </w:r>
      <w:r>
        <w:rPr>
          <w:rFonts w:ascii="Liberation Sans" w:hAnsi="Liberation Sans" w:eastAsia="Liberation Sans"/>
          <w:color w:val="20262E"/>
          <w:sz w:val="17"/>
        </w:rPr>
        <w:t>The Bondage Breaker and Freedom in Christ course stream</w:t>
      </w:r>
    </w:p>
    <w:p>
      <w:pPr>
        <w:pStyle w:val="Guidance"/>
      </w:pPr>
      <w:r>
        <w:rPr>
          <w:rFonts w:ascii="Liberation Sans" w:hAnsi="Liberation Sans" w:eastAsia="Liberation Sans"/>
          <w:b/>
          <w:color w:val="18324A"/>
          <w:sz w:val="17"/>
        </w:rPr>
        <w:t xml:space="preserve">URL: </w:t>
      </w:r>
      <w:hyperlink r:id="rId26">
        <w:r>
          <w:rPr>
            <w:color w:val="1F4E79"/>
            <w:u w:val="single"/>
          </w:rPr>
          <w:t>https://freedominchrist.com/</w:t>
        </w:r>
      </w:hyperlink>
    </w:p>
    <w:p>
      <w:pPr>
        <w:pStyle w:val="Guidance"/>
      </w:pPr>
      <w:r>
        <w:rPr>
          <w:rFonts w:ascii="Liberation Sans" w:hAnsi="Liberation Sans" w:eastAsia="Liberation Sans"/>
          <w:b/>
          <w:color w:val="18324A"/>
          <w:sz w:val="17"/>
        </w:rPr>
        <w:t xml:space="preserve">Source type: </w:t>
      </w:r>
      <w:r>
        <w:rPr>
          <w:rFonts w:ascii="Liberation Sans" w:hAnsi="Liberation Sans" w:eastAsia="Liberation Sans"/>
          <w:color w:val="20262E"/>
          <w:sz w:val="17"/>
        </w:rPr>
        <w:t>Official ministry stream</w:t>
      </w:r>
    </w:p>
    <w:p>
      <w:pPr>
        <w:pStyle w:val="Guidance"/>
      </w:pPr>
      <w:r>
        <w:rPr>
          <w:rFonts w:ascii="Liberation Sans" w:hAnsi="Liberation Sans" w:eastAsia="Liberation Sans"/>
          <w:b/>
          <w:color w:val="18324A"/>
          <w:sz w:val="17"/>
        </w:rPr>
        <w:t xml:space="preserve">Themes surfaced: </w:t>
      </w:r>
      <w:r>
        <w:rPr>
          <w:rFonts w:ascii="Liberation Sans" w:hAnsi="Liberation Sans" w:eastAsia="Liberation Sans"/>
          <w:color w:val="20262E"/>
          <w:sz w:val="17"/>
        </w:rPr>
        <w:t>Identity in Christ, truth, mental strongholds, forgiveness, submission and resistance, repentance, authority, protection, and discipleship.</w:t>
      </w:r>
    </w:p>
    <w:p>
      <w:pPr>
        <w:pStyle w:val="Guidance"/>
      </w:pPr>
      <w:r>
        <w:rPr>
          <w:rFonts w:ascii="Liberation Sans" w:hAnsi="Liberation Sans" w:eastAsia="Liberation Sans"/>
          <w:b/>
          <w:color w:val="18324A"/>
          <w:sz w:val="17"/>
        </w:rPr>
        <w:t xml:space="preserve">References surfaced: </w:t>
      </w:r>
      <w:r>
        <w:rPr>
          <w:rFonts w:ascii="Liberation Sans" w:hAnsi="Liberation Sans" w:eastAsia="Liberation Sans"/>
          <w:color w:val="20262E"/>
          <w:sz w:val="17"/>
        </w:rPr>
        <w:t>James 4:7 and identity/renewal passages are central in official summaries reviewed through search results.</w:t>
      </w:r>
    </w:p>
    <w:p>
      <w:pPr>
        <w:pStyle w:val="Guidance"/>
        <w:spacing w:after="140"/>
      </w:pPr>
      <w:r>
        <w:rPr>
          <w:rFonts w:ascii="Liberation Sans" w:hAnsi="Liberation Sans" w:eastAsia="Liberation Sans"/>
          <w:b/>
          <w:color w:val="18324A"/>
          <w:sz w:val="17"/>
        </w:rPr>
        <w:t xml:space="preserve">Limits: </w:t>
      </w:r>
      <w:r>
        <w:rPr>
          <w:rFonts w:ascii="Liberation Sans" w:hAnsi="Liberation Sans" w:eastAsia="Liberation Sans"/>
          <w:color w:val="20262E"/>
          <w:sz w:val="17"/>
        </w:rPr>
        <w:t>Some official pages were temporarily inaccessible; exact attribution is limited to source summaries available during this review.</w:t>
      </w:r>
    </w:p>
    <w:p>
      <w:pPr>
        <w:pStyle w:val="Heading2"/>
        <w:keepNext/>
        <w:pBdr>
          <w:bottom w:val="single" w:sz="2" w:space="1" w:color="D5DBE0"/>
        </w:pBdr>
      </w:pPr>
      <w:r>
        <w:t>S17 - Mike Connell Ministries</w:t>
      </w:r>
    </w:p>
    <w:p>
      <w:pPr>
        <w:pStyle w:val="Guidance"/>
      </w:pPr>
      <w:r>
        <w:rPr>
          <w:rFonts w:ascii="Liberation Sans" w:hAnsi="Liberation Sans" w:eastAsia="Liberation Sans"/>
          <w:b/>
          <w:color w:val="18324A"/>
          <w:sz w:val="17"/>
        </w:rPr>
        <w:t xml:space="preserve">Source: </w:t>
      </w:r>
      <w:r>
        <w:rPr>
          <w:rFonts w:ascii="Liberation Sans" w:hAnsi="Liberation Sans" w:eastAsia="Liberation Sans"/>
          <w:color w:val="20262E"/>
          <w:sz w:val="17"/>
        </w:rPr>
        <w:t>Deliverance and Healing training set/manual</w:t>
      </w:r>
    </w:p>
    <w:p>
      <w:pPr>
        <w:pStyle w:val="Guidance"/>
      </w:pPr>
      <w:r>
        <w:rPr>
          <w:rFonts w:ascii="Liberation Sans" w:hAnsi="Liberation Sans" w:eastAsia="Liberation Sans"/>
          <w:b/>
          <w:color w:val="18324A"/>
          <w:sz w:val="17"/>
        </w:rPr>
        <w:t xml:space="preserve">URL: </w:t>
      </w:r>
      <w:hyperlink r:id="rId27">
        <w:r>
          <w:rPr>
            <w:color w:val="1F4E79"/>
            <w:u w:val="single"/>
          </w:rPr>
          <w:t>https://mikeconnellministries.com/sets/4/Deliverance-and-Healing.aspx</w:t>
        </w:r>
      </w:hyperlink>
    </w:p>
    <w:p>
      <w:pPr>
        <w:pStyle w:val="Guidance"/>
      </w:pPr>
      <w:r>
        <w:rPr>
          <w:rFonts w:ascii="Liberation Sans" w:hAnsi="Liberation Sans" w:eastAsia="Liberation Sans"/>
          <w:b/>
          <w:color w:val="18324A"/>
          <w:sz w:val="17"/>
        </w:rPr>
        <w:t xml:space="preserve">Source type: </w:t>
      </w:r>
      <w:r>
        <w:rPr>
          <w:rFonts w:ascii="Liberation Sans" w:hAnsi="Liberation Sans" w:eastAsia="Liberation Sans"/>
          <w:color w:val="20262E"/>
          <w:sz w:val="17"/>
        </w:rPr>
        <w:t>Official ministry resource</w:t>
      </w:r>
    </w:p>
    <w:p>
      <w:pPr>
        <w:pStyle w:val="Guidance"/>
      </w:pPr>
      <w:r>
        <w:rPr>
          <w:rFonts w:ascii="Liberation Sans" w:hAnsi="Liberation Sans" w:eastAsia="Liberation Sans"/>
          <w:b/>
          <w:color w:val="18324A"/>
          <w:sz w:val="17"/>
        </w:rPr>
        <w:t xml:space="preserve">Themes surfaced: </w:t>
      </w:r>
      <w:r>
        <w:rPr>
          <w:rFonts w:ascii="Liberation Sans" w:hAnsi="Liberation Sans" w:eastAsia="Liberation Sans"/>
          <w:color w:val="20262E"/>
          <w:sz w:val="17"/>
        </w:rPr>
        <w:t>How oppression enters, curses, bondages, direct commands in Jesus' name, wounded heart, beliefs, discernment, house cleansing, Word and prayer aftercare.</w:t>
      </w:r>
    </w:p>
    <w:p>
      <w:pPr>
        <w:pStyle w:val="Guidance"/>
      </w:pPr>
      <w:r>
        <w:rPr>
          <w:rFonts w:ascii="Liberation Sans" w:hAnsi="Liberation Sans" w:eastAsia="Liberation Sans"/>
          <w:b/>
          <w:color w:val="18324A"/>
          <w:sz w:val="17"/>
        </w:rPr>
        <w:t xml:space="preserve">References surfaced: </w:t>
      </w:r>
      <w:r>
        <w:rPr>
          <w:rFonts w:ascii="Liberation Sans" w:hAnsi="Liberation Sans" w:eastAsia="Liberation Sans"/>
          <w:color w:val="20262E"/>
          <w:sz w:val="17"/>
        </w:rPr>
        <w:t>No complete exact list captured from the timed-out landing page; theme-level attribution only.</w:t>
      </w:r>
    </w:p>
    <w:p>
      <w:pPr>
        <w:pStyle w:val="Guidance"/>
        <w:spacing w:after="140"/>
      </w:pPr>
      <w:r>
        <w:rPr>
          <w:rFonts w:ascii="Liberation Sans" w:hAnsi="Liberation Sans" w:eastAsia="Liberation Sans"/>
          <w:b/>
          <w:color w:val="18324A"/>
          <w:sz w:val="17"/>
        </w:rPr>
        <w:t xml:space="preserve">Limits: </w:t>
      </w:r>
      <w:r>
        <w:rPr>
          <w:rFonts w:ascii="Liberation Sans" w:hAnsi="Liberation Sans" w:eastAsia="Liberation Sans"/>
          <w:color w:val="20262E"/>
          <w:sz w:val="17"/>
        </w:rPr>
        <w:t>Exact references should be extracted from individual official transcripts in the next research pass.</w:t>
      </w:r>
    </w:p>
    <w:p>
      <w:pPr>
        <w:pStyle w:val="Heading2"/>
        <w:keepNext/>
        <w:pBdr>
          <w:bottom w:val="single" w:sz="2" w:space="1" w:color="D5DBE0"/>
        </w:pBdr>
      </w:pPr>
      <w:r>
        <w:t>S18 - Ed Murphy</w:t>
      </w:r>
    </w:p>
    <w:p>
      <w:pPr>
        <w:pStyle w:val="Guidance"/>
      </w:pPr>
      <w:r>
        <w:rPr>
          <w:rFonts w:ascii="Liberation Sans" w:hAnsi="Liberation Sans" w:eastAsia="Liberation Sans"/>
          <w:b/>
          <w:color w:val="18324A"/>
          <w:sz w:val="17"/>
        </w:rPr>
        <w:t xml:space="preserve">Source: </w:t>
      </w:r>
      <w:r>
        <w:rPr>
          <w:rFonts w:ascii="Liberation Sans" w:hAnsi="Liberation Sans" w:eastAsia="Liberation Sans"/>
          <w:color w:val="20262E"/>
          <w:sz w:val="17"/>
        </w:rPr>
        <w:t>The Handbook for Spiritual Warfare</w:t>
      </w:r>
    </w:p>
    <w:p>
      <w:pPr>
        <w:pStyle w:val="Guidance"/>
      </w:pPr>
      <w:r>
        <w:rPr>
          <w:rFonts w:ascii="Liberation Sans" w:hAnsi="Liberation Sans" w:eastAsia="Liberation Sans"/>
          <w:b/>
          <w:color w:val="18324A"/>
          <w:sz w:val="17"/>
        </w:rPr>
        <w:t xml:space="preserve">URL: </w:t>
      </w:r>
      <w:hyperlink r:id="rId28">
        <w:r>
          <w:rPr>
            <w:color w:val="1F4E79"/>
            <w:u w:val="single"/>
          </w:rPr>
          <w:t>https://faithgateway.com/products/the-handbook-for-spiritual-warfare-revised-updated</w:t>
        </w:r>
      </w:hyperlink>
    </w:p>
    <w:p>
      <w:pPr>
        <w:pStyle w:val="Guidance"/>
      </w:pPr>
      <w:r>
        <w:rPr>
          <w:rFonts w:ascii="Liberation Sans" w:hAnsi="Liberation Sans" w:eastAsia="Liberation Sans"/>
          <w:b/>
          <w:color w:val="18324A"/>
          <w:sz w:val="17"/>
        </w:rPr>
        <w:t xml:space="preserve">Source type: </w:t>
      </w:r>
      <w:r>
        <w:rPr>
          <w:rFonts w:ascii="Liberation Sans" w:hAnsi="Liberation Sans" w:eastAsia="Liberation Sans"/>
          <w:color w:val="20262E"/>
          <w:sz w:val="17"/>
        </w:rPr>
        <w:t>Publisher description</w:t>
      </w:r>
    </w:p>
    <w:p>
      <w:pPr>
        <w:pStyle w:val="Guidance"/>
      </w:pPr>
      <w:r>
        <w:rPr>
          <w:rFonts w:ascii="Liberation Sans" w:hAnsi="Liberation Sans" w:eastAsia="Liberation Sans"/>
          <w:b/>
          <w:color w:val="18324A"/>
          <w:sz w:val="17"/>
        </w:rPr>
        <w:t xml:space="preserve">Themes surfaced: </w:t>
      </w:r>
      <w:r>
        <w:rPr>
          <w:rFonts w:ascii="Liberation Sans" w:hAnsi="Liberation Sans" w:eastAsia="Liberation Sans"/>
          <w:color w:val="20262E"/>
          <w:sz w:val="17"/>
        </w:rPr>
        <w:t>Biblical and theological foundation; conflict with world, flesh, and devil; practical ministry; dangers and pitfalls.</w:t>
      </w:r>
    </w:p>
    <w:p>
      <w:pPr>
        <w:pStyle w:val="Guidance"/>
      </w:pPr>
      <w:r>
        <w:rPr>
          <w:rFonts w:ascii="Liberation Sans" w:hAnsi="Liberation Sans" w:eastAsia="Liberation Sans"/>
          <w:b/>
          <w:color w:val="18324A"/>
          <w:sz w:val="17"/>
        </w:rPr>
        <w:t xml:space="preserve">References surfaced: </w:t>
      </w:r>
      <w:r>
        <w:rPr>
          <w:rFonts w:ascii="Liberation Sans" w:hAnsi="Liberation Sans" w:eastAsia="Liberation Sans"/>
          <w:color w:val="20262E"/>
          <w:sz w:val="17"/>
        </w:rPr>
        <w:t>No exact reference list printed in the product description.</w:t>
      </w:r>
    </w:p>
    <w:p>
      <w:pPr>
        <w:pStyle w:val="Guidance"/>
        <w:spacing w:after="140"/>
      </w:pPr>
      <w:r>
        <w:rPr>
          <w:rFonts w:ascii="Liberation Sans" w:hAnsi="Liberation Sans" w:eastAsia="Liberation Sans"/>
          <w:b/>
          <w:color w:val="18324A"/>
          <w:sz w:val="17"/>
        </w:rPr>
        <w:t xml:space="preserve">Limits: </w:t>
      </w:r>
      <w:r>
        <w:rPr>
          <w:rFonts w:ascii="Liberation Sans" w:hAnsi="Liberation Sans" w:eastAsia="Liberation Sans"/>
          <w:color w:val="20262E"/>
          <w:sz w:val="17"/>
        </w:rPr>
        <w:t>Theme-level attribution only; included as a balancing evangelical framework.</w:t>
      </w:r>
    </w:p>
    <w:p>
      <w:pPr>
        <w:pStyle w:val="Heading2"/>
        <w:keepNext/>
        <w:pBdr>
          <w:bottom w:val="single" w:sz="2" w:space="1" w:color="D5DBE0"/>
        </w:pBdr>
      </w:pPr>
      <w:r>
        <w:t>S19 - Charles H. Kraft</w:t>
      </w:r>
    </w:p>
    <w:p>
      <w:pPr>
        <w:pStyle w:val="Guidance"/>
      </w:pPr>
      <w:r>
        <w:rPr>
          <w:rFonts w:ascii="Liberation Sans" w:hAnsi="Liberation Sans" w:eastAsia="Liberation Sans"/>
          <w:b/>
          <w:color w:val="18324A"/>
          <w:sz w:val="17"/>
        </w:rPr>
        <w:t xml:space="preserve">Source: </w:t>
      </w:r>
      <w:r>
        <w:rPr>
          <w:rFonts w:ascii="Liberation Sans" w:hAnsi="Liberation Sans" w:eastAsia="Liberation Sans"/>
          <w:color w:val="20262E"/>
          <w:sz w:val="17"/>
        </w:rPr>
        <w:t>Defeating Dark Angels</w:t>
      </w:r>
    </w:p>
    <w:p>
      <w:pPr>
        <w:pStyle w:val="Guidance"/>
      </w:pPr>
      <w:r>
        <w:rPr>
          <w:rFonts w:ascii="Liberation Sans" w:hAnsi="Liberation Sans" w:eastAsia="Liberation Sans"/>
          <w:b/>
          <w:color w:val="18324A"/>
          <w:sz w:val="17"/>
        </w:rPr>
        <w:t xml:space="preserve">URL: </w:t>
      </w:r>
      <w:hyperlink r:id="rId29">
        <w:r>
          <w:rPr>
            <w:color w:val="1F4E79"/>
            <w:u w:val="single"/>
          </w:rPr>
          <w:t>https://books.apple.com/us/book/defeating-dark-angels/id1154368815</w:t>
        </w:r>
      </w:hyperlink>
    </w:p>
    <w:p>
      <w:pPr>
        <w:pStyle w:val="Guidance"/>
      </w:pPr>
      <w:r>
        <w:rPr>
          <w:rFonts w:ascii="Liberation Sans" w:hAnsi="Liberation Sans" w:eastAsia="Liberation Sans"/>
          <w:b/>
          <w:color w:val="18324A"/>
          <w:sz w:val="17"/>
        </w:rPr>
        <w:t xml:space="preserve">Source type: </w:t>
      </w:r>
      <w:r>
        <w:rPr>
          <w:rFonts w:ascii="Liberation Sans" w:hAnsi="Liberation Sans" w:eastAsia="Liberation Sans"/>
          <w:color w:val="20262E"/>
          <w:sz w:val="17"/>
        </w:rPr>
        <w:t>Publisher description</w:t>
      </w:r>
    </w:p>
    <w:p>
      <w:pPr>
        <w:pStyle w:val="Guidance"/>
      </w:pPr>
      <w:r>
        <w:rPr>
          <w:rFonts w:ascii="Liberation Sans" w:hAnsi="Liberation Sans" w:eastAsia="Liberation Sans"/>
          <w:b/>
          <w:color w:val="18324A"/>
          <w:sz w:val="17"/>
        </w:rPr>
        <w:t xml:space="preserve">Themes surfaced: </w:t>
      </w:r>
      <w:r>
        <w:rPr>
          <w:rFonts w:ascii="Liberation Sans" w:hAnsi="Liberation Sans" w:eastAsia="Liberation Sans"/>
          <w:color w:val="20262E"/>
          <w:sz w:val="17"/>
        </w:rPr>
        <w:t>Authority, resisting oppression, distinguishing psychological and spiritual concerns, and continued counseling/healing after deliverance.</w:t>
      </w:r>
    </w:p>
    <w:p>
      <w:pPr>
        <w:pStyle w:val="Guidance"/>
      </w:pPr>
      <w:r>
        <w:rPr>
          <w:rFonts w:ascii="Liberation Sans" w:hAnsi="Liberation Sans" w:eastAsia="Liberation Sans"/>
          <w:b/>
          <w:color w:val="18324A"/>
          <w:sz w:val="17"/>
        </w:rPr>
        <w:t xml:space="preserve">References surfaced: </w:t>
      </w:r>
      <w:r>
        <w:rPr>
          <w:rFonts w:ascii="Liberation Sans" w:hAnsi="Liberation Sans" w:eastAsia="Liberation Sans"/>
          <w:color w:val="20262E"/>
          <w:sz w:val="17"/>
        </w:rPr>
        <w:t>No exact reference list printed in the product description.</w:t>
      </w:r>
    </w:p>
    <w:p>
      <w:pPr>
        <w:pStyle w:val="Guidance"/>
        <w:spacing w:after="140"/>
      </w:pPr>
      <w:r>
        <w:rPr>
          <w:rFonts w:ascii="Liberation Sans" w:hAnsi="Liberation Sans" w:eastAsia="Liberation Sans"/>
          <w:b/>
          <w:color w:val="18324A"/>
          <w:sz w:val="17"/>
        </w:rPr>
        <w:t xml:space="preserve">Limits: </w:t>
      </w:r>
      <w:r>
        <w:rPr>
          <w:rFonts w:ascii="Liberation Sans" w:hAnsi="Liberation Sans" w:eastAsia="Liberation Sans"/>
          <w:color w:val="20262E"/>
          <w:sz w:val="17"/>
        </w:rPr>
        <w:t>Theme-level attribution only; the psychological/spiritual distinction is retained as a safety emphasis.</w:t>
      </w:r>
    </w:p>
    <w:p>
      <w:pPr>
        <w:pStyle w:val="Heading2"/>
        <w:keepNext/>
        <w:pBdr>
          <w:bottom w:val="single" w:sz="2" w:space="1" w:color="D5DBE0"/>
        </w:pBdr>
      </w:pPr>
      <w:r>
        <w:t>S20 - BibleEngine</w:t>
      </w:r>
    </w:p>
    <w:p>
      <w:pPr>
        <w:pStyle w:val="Guidance"/>
      </w:pPr>
      <w:r>
        <w:rPr>
          <w:rFonts w:ascii="Liberation Sans" w:hAnsi="Liberation Sans" w:eastAsia="Liberation Sans"/>
          <w:b/>
          <w:color w:val="18324A"/>
          <w:sz w:val="17"/>
        </w:rPr>
        <w:t xml:space="preserve">Source: </w:t>
      </w:r>
      <w:r>
        <w:rPr>
          <w:rFonts w:ascii="Liberation Sans" w:hAnsi="Liberation Sans" w:eastAsia="Liberation Sans"/>
          <w:color w:val="20262E"/>
          <w:sz w:val="17"/>
        </w:rPr>
        <w:t>Public-domain KJV static Bible API/data</w:t>
      </w:r>
    </w:p>
    <w:p>
      <w:pPr>
        <w:pStyle w:val="Guidance"/>
      </w:pPr>
      <w:r>
        <w:rPr>
          <w:rFonts w:ascii="Liberation Sans" w:hAnsi="Liberation Sans" w:eastAsia="Liberation Sans"/>
          <w:b/>
          <w:color w:val="18324A"/>
          <w:sz w:val="17"/>
        </w:rPr>
        <w:t xml:space="preserve">URL: </w:t>
      </w:r>
      <w:hyperlink r:id="rId30">
        <w:r>
          <w:rPr>
            <w:color w:val="1F4E79"/>
            <w:u w:val="single"/>
          </w:rPr>
          <w:t>https://bibleengine.org/</w:t>
        </w:r>
      </w:hyperlink>
    </w:p>
    <w:p>
      <w:pPr>
        <w:pStyle w:val="Guidance"/>
      </w:pPr>
      <w:r>
        <w:rPr>
          <w:rFonts w:ascii="Liberation Sans" w:hAnsi="Liberation Sans" w:eastAsia="Liberation Sans"/>
          <w:b/>
          <w:color w:val="18324A"/>
          <w:sz w:val="17"/>
        </w:rPr>
        <w:t xml:space="preserve">Source type: </w:t>
      </w:r>
      <w:r>
        <w:rPr>
          <w:rFonts w:ascii="Liberation Sans" w:hAnsi="Liberation Sans" w:eastAsia="Liberation Sans"/>
          <w:color w:val="20262E"/>
          <w:sz w:val="17"/>
        </w:rPr>
        <w:t>Scripture text provenance</w:t>
      </w:r>
    </w:p>
    <w:p>
      <w:pPr>
        <w:pStyle w:val="Guidance"/>
      </w:pPr>
      <w:r>
        <w:rPr>
          <w:rFonts w:ascii="Liberation Sans" w:hAnsi="Liberation Sans" w:eastAsia="Liberation Sans"/>
          <w:b/>
          <w:color w:val="18324A"/>
          <w:sz w:val="17"/>
        </w:rPr>
        <w:t xml:space="preserve">Themes surfaced: </w:t>
      </w:r>
      <w:r>
        <w:rPr>
          <w:rFonts w:ascii="Liberation Sans" w:hAnsi="Liberation Sans" w:eastAsia="Liberation Sans"/>
          <w:color w:val="20262E"/>
          <w:sz w:val="17"/>
        </w:rPr>
        <w:t>KJV text corpus and reproducible reference lookup.</w:t>
      </w:r>
    </w:p>
    <w:p>
      <w:pPr>
        <w:pStyle w:val="Guidance"/>
      </w:pPr>
      <w:r>
        <w:rPr>
          <w:rFonts w:ascii="Liberation Sans" w:hAnsi="Liberation Sans" w:eastAsia="Liberation Sans"/>
          <w:b/>
          <w:color w:val="18324A"/>
          <w:sz w:val="17"/>
        </w:rPr>
        <w:t xml:space="preserve">References surfaced: </w:t>
      </w:r>
      <w:r>
        <w:rPr>
          <w:rFonts w:ascii="Liberation Sans" w:hAnsi="Liberation Sans" w:eastAsia="Liberation Sans"/>
          <w:color w:val="20262E"/>
          <w:sz w:val="17"/>
        </w:rPr>
        <w:t>31,102 KJV verses; source describes KJV data as public domain and software/data format as CC0.</w:t>
      </w:r>
    </w:p>
    <w:p>
      <w:pPr>
        <w:pStyle w:val="Guidance"/>
        <w:spacing w:after="140"/>
      </w:pPr>
      <w:r>
        <w:rPr>
          <w:rFonts w:ascii="Liberation Sans" w:hAnsi="Liberation Sans" w:eastAsia="Liberation Sans"/>
          <w:b/>
          <w:color w:val="18324A"/>
          <w:sz w:val="17"/>
        </w:rPr>
        <w:t xml:space="preserve">Limits: </w:t>
      </w:r>
      <w:r>
        <w:rPr>
          <w:rFonts w:ascii="Liberation Sans" w:hAnsi="Liberation Sans" w:eastAsia="Liberation Sans"/>
          <w:color w:val="20262E"/>
          <w:sz w:val="17"/>
        </w:rPr>
        <w:t>Canonical wording was cross-checked programmatically; interpretive notes remain the compiler's responsibility.</w:t>
      </w:r>
    </w:p>
    <w:p>
      <w:pPr>
        <w:pStyle w:val="Heading2"/>
        <w:keepNext/>
        <w:pBdr>
          <w:bottom w:val="single" w:sz="2" w:space="1" w:color="D5DBE0"/>
        </w:pBdr>
      </w:pPr>
      <w:r>
        <w:t>S21 - Machine-readable King James Version corpus</w:t>
      </w:r>
    </w:p>
    <w:p>
      <w:pPr>
        <w:pStyle w:val="Guidance"/>
      </w:pPr>
      <w:r>
        <w:rPr>
          <w:rFonts w:ascii="Liberation Sans" w:hAnsi="Liberation Sans" w:eastAsia="Liberation Sans"/>
          <w:b/>
          <w:color w:val="18324A"/>
          <w:sz w:val="17"/>
        </w:rPr>
        <w:t xml:space="preserve">Source: </w:t>
      </w:r>
      <w:r>
        <w:rPr>
          <w:rFonts w:ascii="Liberation Sans" w:hAnsi="Liberation Sans" w:eastAsia="Liberation Sans"/>
          <w:color w:val="20262E"/>
          <w:sz w:val="17"/>
        </w:rPr>
        <w:t>KJV Bible JSON corpus used to validate and reproduce the Scripture text</w:t>
      </w:r>
    </w:p>
    <w:p>
      <w:pPr>
        <w:pStyle w:val="Guidance"/>
      </w:pPr>
      <w:r>
        <w:rPr>
          <w:rFonts w:ascii="Liberation Sans" w:hAnsi="Liberation Sans" w:eastAsia="Liberation Sans"/>
          <w:b/>
          <w:color w:val="18324A"/>
          <w:sz w:val="17"/>
        </w:rPr>
        <w:t xml:space="preserve">URL: </w:t>
      </w:r>
      <w:hyperlink r:id="rId31">
        <w:r>
          <w:rPr>
            <w:color w:val="1F4E79"/>
            <w:u w:val="single"/>
          </w:rPr>
          <w:t>https://github.com/renniemaharaj/kjv-bible</w:t>
        </w:r>
      </w:hyperlink>
    </w:p>
    <w:p>
      <w:pPr>
        <w:pStyle w:val="Guidance"/>
      </w:pPr>
      <w:r>
        <w:rPr>
          <w:rFonts w:ascii="Liberation Sans" w:hAnsi="Liberation Sans" w:eastAsia="Liberation Sans"/>
          <w:b/>
          <w:color w:val="18324A"/>
          <w:sz w:val="17"/>
        </w:rPr>
        <w:t xml:space="preserve">Source type: </w:t>
      </w:r>
      <w:r>
        <w:rPr>
          <w:rFonts w:ascii="Liberation Sans" w:hAnsi="Liberation Sans" w:eastAsia="Liberation Sans"/>
          <w:color w:val="20262E"/>
          <w:sz w:val="17"/>
        </w:rPr>
        <w:t>Public source-text corpus</w:t>
      </w:r>
    </w:p>
    <w:p>
      <w:pPr>
        <w:pStyle w:val="Guidance"/>
      </w:pPr>
      <w:r>
        <w:rPr>
          <w:rFonts w:ascii="Liberation Sans" w:hAnsi="Liberation Sans" w:eastAsia="Liberation Sans"/>
          <w:b/>
          <w:color w:val="18324A"/>
          <w:sz w:val="17"/>
        </w:rPr>
        <w:t xml:space="preserve">Themes surfaced: </w:t>
      </w:r>
      <w:r>
        <w:rPr>
          <w:rFonts w:ascii="Liberation Sans" w:hAnsi="Liberation Sans" w:eastAsia="Liberation Sans"/>
          <w:color w:val="20262E"/>
          <w:sz w:val="17"/>
        </w:rPr>
        <w:t>Full KJV text, organized by book, chapter, and verse; used as the reproducible text layer for this edition.</w:t>
      </w:r>
    </w:p>
    <w:p>
      <w:pPr>
        <w:pStyle w:val="Guidance"/>
      </w:pPr>
      <w:r>
        <w:rPr>
          <w:rFonts w:ascii="Liberation Sans" w:hAnsi="Liberation Sans" w:eastAsia="Liberation Sans"/>
          <w:b/>
          <w:color w:val="18324A"/>
          <w:sz w:val="17"/>
        </w:rPr>
        <w:t xml:space="preserve">References surfaced: </w:t>
      </w:r>
      <w:r>
        <w:rPr>
          <w:rFonts w:ascii="Liberation Sans" w:hAnsi="Liberation Sans" w:eastAsia="Liberation Sans"/>
          <w:color w:val="20262E"/>
          <w:sz w:val="17"/>
        </w:rPr>
        <w:t>All 291 unique Scripture passage records in the operational treasury.</w:t>
      </w:r>
    </w:p>
    <w:p>
      <w:pPr>
        <w:pStyle w:val="Guidance"/>
        <w:spacing w:after="140"/>
      </w:pPr>
      <w:r>
        <w:rPr>
          <w:rFonts w:ascii="Liberation Sans" w:hAnsi="Liberation Sans" w:eastAsia="Liberation Sans"/>
          <w:b/>
          <w:color w:val="18324A"/>
          <w:sz w:val="17"/>
        </w:rPr>
        <w:t xml:space="preserve">Limits: </w:t>
      </w:r>
      <w:r>
        <w:rPr>
          <w:rFonts w:ascii="Liberation Sans" w:hAnsi="Liberation Sans" w:eastAsia="Liberation Sans"/>
          <w:color w:val="20262E"/>
          <w:sz w:val="17"/>
        </w:rPr>
        <w:t>The KJV is generally public domain in the United States; rights treatment can differ by jurisdiction. This edition does not reproduce bulk NKJV text.</w:t>
      </w:r>
    </w:p>
    <w:p>
      <w:pPr>
        <w:pStyle w:val="Heading1"/>
        <w:keepNext/>
        <w:pageBreakBefore/>
        <w:pBdr>
          <w:bottom w:val="single" w:sz="8" w:space="2" w:color="A67833"/>
        </w:pBdr>
      </w:pPr>
      <w:r>
        <w:t>Appendix A. Extended Reference-Only Concordance</w:t>
      </w:r>
    </w:p>
    <w:tbl>
      <w:tblPr>
        <w:tblW w:type="auto" w:w="0"/>
        <w:jc w:val="center"/>
        <w:tblLayout w:type="autofit"/>
        <w:tblLook w:firstColumn="1" w:firstRow="1" w:lastColumn="0" w:lastRow="0" w:noHBand="0" w:noVBand="1" w:val="04A0"/>
      </w:tblPr>
      <w:tblGrid>
        <w:gridCol w:w="10224"/>
      </w:tblGrid>
      <w:tr>
        <w:tc>
          <w:tcPr>
            <w:tcW w:type="dxa" w:w="10224"/>
            <w:shd w:fill="F7F1E7"/>
            <w:tcMar>
              <w:top w:w="110" w:type="dxa"/>
              <w:start w:w="130" w:type="dxa"/>
              <w:bottom w:w="110" w:type="dxa"/>
              <w:end w:w="130" w:type="dxa"/>
            </w:tcMar>
          </w:tcPr>
          <w:p>
            <w:r>
              <w:rPr>
                <w:rFonts w:ascii="Liberation Sans" w:hAnsi="Liberation Sans" w:eastAsia="Liberation Sans"/>
                <w:b/>
                <w:color w:val="18324A"/>
                <w:sz w:val="20"/>
              </w:rPr>
              <w:t>Expansion queue</w:t>
            </w:r>
          </w:p>
          <w:p>
            <w:pPr>
              <w:spacing w:after="0"/>
            </w:pPr>
            <w:r>
              <w:rPr>
                <w:rFonts w:ascii="Liberation Sans" w:hAnsi="Liberation Sans" w:eastAsia="Liberation Sans"/>
                <w:color w:val="20262E"/>
                <w:sz w:val="17"/>
              </w:rPr>
              <w:t>These references remain available for future topical expansion. They are not part of the 291-record full-text count unless they also appear in the operational treasury. Inclusion here is not a minister attribution.</w:t>
            </w:r>
          </w:p>
        </w:tc>
      </w:tr>
    </w:tbl>
    <w:p>
      <w:pPr>
        <w:spacing w:after="0"/>
      </w:pPr>
    </w:p>
    <w:p>
      <w:pPr>
        <w:pStyle w:val="Heading2"/>
        <w:keepNext/>
      </w:pPr>
      <w:r>
        <w:t>General warfare</w:t>
      </w:r>
    </w:p>
    <w:p>
      <w:pPr>
        <w:pStyle w:val="Guidance"/>
      </w:pPr>
      <w:r>
        <w:rPr>
          <w:rFonts w:ascii="Liberation Sans" w:hAnsi="Liberation Sans" w:eastAsia="Liberation Sans"/>
          <w:b/>
          <w:color w:val="18324A"/>
          <w:sz w:val="17"/>
        </w:rPr>
        <w:t xml:space="preserve">References: </w:t>
      </w:r>
      <w:r>
        <w:rPr>
          <w:rFonts w:ascii="Liberation Sans" w:hAnsi="Liberation Sans" w:eastAsia="Liberation Sans"/>
          <w:color w:val="20262E"/>
          <w:sz w:val="17"/>
        </w:rPr>
        <w:t>Proverbs 18:10; Mark 16:17; Luke 10:19; 2 Corinthians 10:3-5; Ephesians 6:10-18; James 4:7; 1 John 4:4-14; Revelation 12:11</w:t>
      </w:r>
    </w:p>
    <w:p>
      <w:pPr>
        <w:pStyle w:val="Heading2"/>
        <w:keepNext/>
      </w:pPr>
      <w:r>
        <w:t>Fear</w:t>
      </w:r>
    </w:p>
    <w:p>
      <w:pPr>
        <w:pStyle w:val="Guidance"/>
      </w:pPr>
      <w:r>
        <w:rPr>
          <w:rFonts w:ascii="Liberation Sans" w:hAnsi="Liberation Sans" w:eastAsia="Liberation Sans"/>
          <w:b/>
          <w:color w:val="18324A"/>
          <w:sz w:val="17"/>
        </w:rPr>
        <w:t xml:space="preserve">References: </w:t>
      </w:r>
      <w:r>
        <w:rPr>
          <w:rFonts w:ascii="Liberation Sans" w:hAnsi="Liberation Sans" w:eastAsia="Liberation Sans"/>
          <w:color w:val="20262E"/>
          <w:sz w:val="17"/>
        </w:rPr>
        <w:t>Joshua 1:9; Psalm 46:1-2; Psalm 56:3; Psalm 107:2; Isaiah 44:2-3; 2 Timothy 1:7; Hebrews 13:6; 1 John 4:18; Proverbs 29:25</w:t>
      </w:r>
    </w:p>
    <w:p>
      <w:pPr>
        <w:pStyle w:val="Heading2"/>
        <w:keepNext/>
      </w:pPr>
      <w:r>
        <w:t>Pride</w:t>
      </w:r>
    </w:p>
    <w:p>
      <w:pPr>
        <w:pStyle w:val="Guidance"/>
      </w:pPr>
      <w:r>
        <w:rPr>
          <w:rFonts w:ascii="Liberation Sans" w:hAnsi="Liberation Sans" w:eastAsia="Liberation Sans"/>
          <w:b/>
          <w:color w:val="18324A"/>
          <w:sz w:val="17"/>
        </w:rPr>
        <w:t xml:space="preserve">References: </w:t>
      </w:r>
      <w:r>
        <w:rPr>
          <w:rFonts w:ascii="Liberation Sans" w:hAnsi="Liberation Sans" w:eastAsia="Liberation Sans"/>
          <w:color w:val="20262E"/>
          <w:sz w:val="17"/>
        </w:rPr>
        <w:t>Proverbs 3:34; Proverbs 13:10; Proverbs 14:3; Proverbs 15:25; Proverbs 16:5,16-19; Proverbs 21:23-24; Proverbs 28:9; Proverbs 29:1,23; Philippians 2:5-8; 2 Timothy 3:1-2; James 4:10; 1 Peter 5:6</w:t>
      </w:r>
    </w:p>
    <w:p>
      <w:pPr>
        <w:pStyle w:val="Heading2"/>
        <w:keepNext/>
      </w:pPr>
      <w:r>
        <w:t>Rebellion</w:t>
      </w:r>
    </w:p>
    <w:p>
      <w:pPr>
        <w:pStyle w:val="Guidance"/>
      </w:pPr>
      <w:r>
        <w:rPr>
          <w:rFonts w:ascii="Liberation Sans" w:hAnsi="Liberation Sans" w:eastAsia="Liberation Sans"/>
          <w:b/>
          <w:color w:val="18324A"/>
          <w:sz w:val="17"/>
        </w:rPr>
        <w:t xml:space="preserve">References: </w:t>
      </w:r>
      <w:r>
        <w:rPr>
          <w:rFonts w:ascii="Liberation Sans" w:hAnsi="Liberation Sans" w:eastAsia="Liberation Sans"/>
          <w:color w:val="20262E"/>
          <w:sz w:val="17"/>
        </w:rPr>
        <w:t>1 Samuel 15:23; Proverbs 17:11; Jeremiah 28:16; Jeremiah 29:32; Romans 12:1-2; Romans 13:1-2; Ephesians 5:21; Philippians 2:5-8,14; 1 Thessalonians 5:18; 2 Timothy 3:1-3</w:t>
      </w:r>
    </w:p>
    <w:p>
      <w:pPr>
        <w:pStyle w:val="Heading2"/>
        <w:keepNext/>
      </w:pPr>
      <w:r>
        <w:t>Lust and sexual holiness</w:t>
      </w:r>
    </w:p>
    <w:p>
      <w:pPr>
        <w:pStyle w:val="Guidance"/>
      </w:pPr>
      <w:r>
        <w:rPr>
          <w:rFonts w:ascii="Liberation Sans" w:hAnsi="Liberation Sans" w:eastAsia="Liberation Sans"/>
          <w:b/>
          <w:color w:val="18324A"/>
          <w:sz w:val="17"/>
        </w:rPr>
        <w:t xml:space="preserve">References: </w:t>
      </w:r>
      <w:r>
        <w:rPr>
          <w:rFonts w:ascii="Liberation Sans" w:hAnsi="Liberation Sans" w:eastAsia="Liberation Sans"/>
          <w:color w:val="20262E"/>
          <w:sz w:val="17"/>
        </w:rPr>
        <w:t>Leviticus 19:2; Isaiah 52:11; Matthew 5:8,27-28; 1 Corinthians 3:16-17; 1 Corinthians 6:9-10,17-20; Ephesians 5:3; 2 Timothy 2:22; Titus 1:15; Hebrews 12:14; Hebrews 13:4; 1 Peter 2:11</w:t>
      </w:r>
    </w:p>
    <w:p>
      <w:pPr>
        <w:pStyle w:val="Heading2"/>
        <w:keepNext/>
      </w:pPr>
      <w:r>
        <w:t>Unbelief and faith</w:t>
      </w:r>
    </w:p>
    <w:p>
      <w:pPr>
        <w:pStyle w:val="Guidance"/>
      </w:pPr>
      <w:r>
        <w:rPr>
          <w:rFonts w:ascii="Liberation Sans" w:hAnsi="Liberation Sans" w:eastAsia="Liberation Sans"/>
          <w:b/>
          <w:color w:val="18324A"/>
          <w:sz w:val="17"/>
        </w:rPr>
        <w:t xml:space="preserve">References: </w:t>
      </w:r>
      <w:r>
        <w:rPr>
          <w:rFonts w:ascii="Liberation Sans" w:hAnsi="Liberation Sans" w:eastAsia="Liberation Sans"/>
          <w:color w:val="20262E"/>
          <w:sz w:val="17"/>
        </w:rPr>
        <w:t>Mark 11:23-24; Luke 1:45; John 6:29; John 7:38; John 8:31-32; Acts 27:25; Galatians 2:20; Hebrews 11:1; 1 Peter 1:6-7</w:t>
      </w:r>
    </w:p>
    <w:p>
      <w:pPr>
        <w:pStyle w:val="Heading2"/>
        <w:keepNext/>
      </w:pPr>
      <w:r>
        <w:t>Rejection and belonging</w:t>
      </w:r>
    </w:p>
    <w:p>
      <w:pPr>
        <w:pStyle w:val="Guidance"/>
      </w:pPr>
      <w:r>
        <w:rPr>
          <w:rFonts w:ascii="Liberation Sans" w:hAnsi="Liberation Sans" w:eastAsia="Liberation Sans"/>
          <w:b/>
          <w:color w:val="18324A"/>
          <w:sz w:val="17"/>
        </w:rPr>
        <w:t xml:space="preserve">References: </w:t>
      </w:r>
      <w:r>
        <w:rPr>
          <w:rFonts w:ascii="Liberation Sans" w:hAnsi="Liberation Sans" w:eastAsia="Liberation Sans"/>
          <w:color w:val="20262E"/>
          <w:sz w:val="17"/>
        </w:rPr>
        <w:t>Psalm 16:5-8; Psalm 23; Psalm 55:22; Psalm 91:1-2; John 3:16; John 4:10; John 6:37; John 15:7-12; Ephesians 1:4-6; Philippians 2:1-11; 1 Thessalonians 3:12-13; 1 Thessalonians 5:15-18; Hebrews 13:5; 1 John 4:16,19</w:t>
      </w:r>
    </w:p>
    <w:p>
      <w:pPr>
        <w:pStyle w:val="Heading2"/>
        <w:keepNext/>
      </w:pPr>
      <w:r>
        <w:t>Fasting, praise, Word, and blood</w:t>
      </w:r>
    </w:p>
    <w:p>
      <w:pPr>
        <w:pStyle w:val="Guidance"/>
      </w:pPr>
      <w:r>
        <w:rPr>
          <w:rFonts w:ascii="Liberation Sans" w:hAnsi="Liberation Sans" w:eastAsia="Liberation Sans"/>
          <w:b/>
          <w:color w:val="18324A"/>
          <w:sz w:val="17"/>
        </w:rPr>
        <w:t xml:space="preserve">References: </w:t>
      </w:r>
      <w:r>
        <w:rPr>
          <w:rFonts w:ascii="Liberation Sans" w:hAnsi="Liberation Sans" w:eastAsia="Liberation Sans"/>
          <w:color w:val="20262E"/>
          <w:sz w:val="17"/>
        </w:rPr>
        <w:t>Matthew 6:16-18; Isaiah 58; 2 Chronicles 20; Psalms 134-150; Revelation 4-5; Deuteronomy 4:1-2; Psalm 119; John 8:31-32; Exodus 12; Hebrews 9-10; Revelation 5:9-10; Revelation 12:11</w:t>
      </w:r>
    </w:p>
    <w:p>
      <w:pPr>
        <w:pStyle w:val="Heading1"/>
        <w:keepNext/>
        <w:pageBreakBefore/>
        <w:pBdr>
          <w:bottom w:val="single" w:sz="8" w:space="2" w:color="A67833"/>
        </w:pBdr>
      </w:pPr>
      <w:r>
        <w:t>Appendix B. Data Package and Reuse Notes</w:t>
      </w:r>
    </w:p>
    <w:p>
      <w:pPr>
        <w:pStyle w:val="ListBullet"/>
        <w:ind w:left="360" w:hanging="202"/>
      </w:pPr>
      <w:r>
        <w:rPr>
          <w:rFonts w:ascii="Liberation Serif" w:hAnsi="Liberation Serif" w:eastAsia="Liberation Serif"/>
          <w:color w:val="20262E"/>
          <w:sz w:val="18"/>
        </w:rPr>
        <w:t>The CSV Scripture Index contains one row for each operational category placement and includes the full KJV text, evidence label, source IDs, use guidance, and caution field.</w:t>
      </w:r>
    </w:p>
    <w:p>
      <w:pPr>
        <w:pStyle w:val="ListBullet"/>
        <w:ind w:left="360" w:hanging="202"/>
      </w:pPr>
      <w:r>
        <w:rPr>
          <w:rFonts w:ascii="Liberation Serif" w:hAnsi="Liberation Serif" w:eastAsia="Liberation Serif"/>
          <w:color w:val="20262E"/>
          <w:sz w:val="18"/>
        </w:rPr>
        <w:t>The JSON file preserves categories, unique Scripture records, placements, sources, ministry profiles, model classifications, roster statuses, protocol steps, and newly composed proclamations for website or Bible-app import.</w:t>
      </w:r>
    </w:p>
    <w:p>
      <w:pPr>
        <w:pStyle w:val="ListBullet"/>
        <w:ind w:left="360" w:hanging="202"/>
      </w:pPr>
      <w:r>
        <w:rPr>
          <w:rFonts w:ascii="Liberation Serif" w:hAnsi="Liberation Serif" w:eastAsia="Liberation Serif"/>
          <w:color w:val="20262E"/>
          <w:sz w:val="18"/>
        </w:rPr>
        <w:t>The Source Ledger CSV is the machine-readable research bibliography. The Minister Research Status CSV prevents a roster name from being mistaken for a completed attribution.</w:t>
      </w:r>
    </w:p>
    <w:p>
      <w:pPr>
        <w:pStyle w:val="ListBullet"/>
        <w:ind w:left="360" w:hanging="202"/>
      </w:pPr>
      <w:r>
        <w:rPr>
          <w:rFonts w:ascii="Liberation Serif" w:hAnsi="Liberation Serif" w:eastAsia="Liberation Serif"/>
          <w:color w:val="20262E"/>
          <w:sz w:val="18"/>
        </w:rPr>
        <w:t>A future source-transcription pass should add exact timestamps, page numbers, quotations within copyright limits, and passage-level provenance without replacing the current control passages or safety framework.</w:t>
      </w:r>
    </w:p>
    <w:p>
      <w:pPr>
        <w:pStyle w:val="ListBullet"/>
        <w:ind w:left="360" w:hanging="202"/>
      </w:pPr>
      <w:r>
        <w:rPr>
          <w:rFonts w:ascii="Liberation Serif" w:hAnsi="Liberation Serif" w:eastAsia="Liberation Serif"/>
          <w:color w:val="20262E"/>
          <w:sz w:val="18"/>
        </w:rPr>
        <w:t>For application use, store Bible text separately from editorial guidance so translations can be switched without losing category, source, or safety metadata.</w:t>
      </w:r>
    </w:p>
    <w:tbl>
      <w:tblPr>
        <w:tblW w:type="auto" w:w="0"/>
        <w:jc w:val="center"/>
        <w:tblLayout w:type="autofit"/>
        <w:tblLook w:firstColumn="1" w:firstRow="1" w:lastColumn="0" w:lastRow="0" w:noHBand="0" w:noVBand="1" w:val="04A0"/>
      </w:tblPr>
      <w:tblGrid>
        <w:gridCol w:w="10224"/>
      </w:tblGrid>
      <w:tr>
        <w:tc>
          <w:tcPr>
            <w:tcW w:type="dxa" w:w="10224"/>
            <w:shd w:fill="F7F1E7"/>
            <w:tcMar>
              <w:top w:w="110" w:type="dxa"/>
              <w:start w:w="130" w:type="dxa"/>
              <w:bottom w:w="110" w:type="dxa"/>
              <w:end w:w="130" w:type="dxa"/>
            </w:tcMar>
          </w:tcPr>
          <w:p>
            <w:r>
              <w:rPr>
                <w:rFonts w:ascii="Liberation Sans" w:hAnsi="Liberation Sans" w:eastAsia="Liberation Sans"/>
                <w:b/>
                <w:color w:val="18324A"/>
                <w:sz w:val="20"/>
              </w:rPr>
              <w:t>Closing editorial statement</w:t>
            </w:r>
          </w:p>
          <w:p>
            <w:pPr>
              <w:spacing w:after="0"/>
            </w:pPr>
            <w:r>
              <w:rPr>
                <w:rFonts w:ascii="Liberation Sans" w:hAnsi="Liberation Sans" w:eastAsia="Liberation Sans"/>
                <w:color w:val="20262E"/>
                <w:sz w:val="17"/>
              </w:rPr>
              <w:t>The governing center of this manual is Jesus Christ, the gospel, the written Word, repentance, forgiveness, truth, prayer, holiness, love, and accountable discipleship. Spiritual warfare is never permission to abandon evidence, shame suffering people, invent certainty, or turn human opponents into demons.</w:t>
            </w:r>
          </w:p>
        </w:tc>
      </w:tr>
    </w:tbl>
    <w:p>
      <w:pPr>
        <w:spacing w:after="0"/>
      </w:pPr>
    </w:p>
    <w:p>
      <w:pPr>
        <w:jc w:val="center"/>
      </w:pPr>
      <w:r>
        <w:rPr>
          <w:rFonts w:ascii="Liberation Sans" w:hAnsi="Liberation Sans" w:eastAsia="Liberation Sans"/>
          <w:b/>
          <w:color w:val="18324A"/>
          <w:sz w:val="20"/>
        </w:rPr>
        <w:t>END OF VERIFIED RESEARCH EDITION</w:t>
      </w:r>
    </w:p>
    <w:sectPr w:rsidR="00FC693F" w:rsidRPr="0006063C" w:rsidSect="00034616">
      <w:headerReference w:type="default" r:id="rId9"/>
      <w:footerReference w:type="default" r:id="rId10"/>
      <w:pgSz w:w="12240" w:h="15840"/>
      <w:pgMar w:top="979" w:right="979" w:bottom="936" w:left="1037"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Liberation Sans" w:hAnsi="Liberation Sans" w:eastAsia="Liberation Sans"/>
        <w:color w:val="65717E"/>
        <w:sz w:val="15"/>
      </w:rPr>
      <w:t xml:space="preserve">Verified Research Edition | </w:t>
    </w:r>
    <w:r>
      <w:rPr>
        <w:rFonts w:ascii="Liberation Sans" w:hAnsi="Liberation Sans"/>
        <w:sz w:val="16"/>
      </w:rPr>
      <w:t xml:space="preserve">Page </w:t>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Bdr>
        <w:bottom w:val="single" w:sz="2" w:space="1" w:color="B7C0C8"/>
      </w:pBdr>
    </w:pPr>
    <w:r>
      <w:rPr>
        <w:rFonts w:ascii="Liberation Sans" w:hAnsi="Liberation Sans" w:eastAsia="Liberation Sans"/>
        <w:b/>
        <w:color w:val="44546A"/>
        <w:sz w:val="15"/>
      </w:rPr>
      <w:t>SPIRITUAL WARFARE &amp; DELIVERANCE SCRIPTURE MANUAL</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2" w:lineRule="auto"/>
    </w:pPr>
    <w:rPr>
      <w:rFonts w:ascii="Liberation Serif" w:hAnsi="Liberation Serif" w:eastAsia="Liberation Serif"/>
      <w:color w:val="20262E"/>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20"/>
      <w:outlineLvl w:val="0"/>
    </w:pPr>
    <w:rPr>
      <w:rFonts w:asciiTheme="majorHAnsi" w:eastAsiaTheme="majorEastAsia" w:hAnsiTheme="majorHAnsi" w:cstheme="majorBidi" w:ascii="Liberation Sans" w:hAnsi="Liberation Sans" w:eastAsia="Liberation Sans"/>
      <w:b/>
      <w:bCs/>
      <w:color w:val="18324A"/>
      <w:sz w:val="36"/>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Liberation Sans" w:hAnsi="Liberation Sans" w:eastAsia="Liberation Sans"/>
      <w:b/>
      <w:bCs/>
      <w:color w:val="44546A"/>
      <w:sz w:val="28"/>
      <w:szCs w:val="26"/>
    </w:rPr>
  </w:style>
  <w:style w:type="paragraph" w:styleId="Heading3">
    <w:name w:val="heading 3"/>
    <w:basedOn w:val="Normal"/>
    <w:next w:val="Normal"/>
    <w:link w:val="Heading3Char"/>
    <w:uiPriority w:val="9"/>
    <w:unhideWhenUsed/>
    <w:qFormat/>
    <w:rsid w:val="00FC693F"/>
    <w:pPr>
      <w:keepNext/>
      <w:keepLines/>
      <w:spacing w:before="140" w:after="60"/>
      <w:outlineLvl w:val="2"/>
    </w:pPr>
    <w:rPr>
      <w:rFonts w:asciiTheme="majorHAnsi" w:eastAsiaTheme="majorEastAsia" w:hAnsiTheme="majorHAnsi" w:cstheme="majorBidi" w:ascii="Liberation Sans" w:hAnsi="Liberation Sans" w:eastAsia="Liberation Sans"/>
      <w:b/>
      <w:bCs/>
      <w:color w:val="18324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Liberation Sans" w:hAnsi="Liberation Sans" w:eastAsia="Liberation Sans"/>
      <w:b/>
      <w:color w:val="FFFFFF"/>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160"/>
    </w:pPr>
    <w:rPr>
      <w:rFonts w:asciiTheme="majorHAnsi" w:eastAsiaTheme="majorEastAsia" w:hAnsiTheme="majorHAnsi" w:cstheme="majorBidi" w:ascii="Liberation Sans" w:hAnsi="Liberation Sans" w:eastAsia="Liberation Sans"/>
      <w:b/>
      <w:i/>
      <w:iCs/>
      <w:color w:val="F7F1E7"/>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Liberation Serif" w:hAnsi="Liberation Serif" w:eastAsia="Liberation Serif"/>
      <w:sz w:val="18"/>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Liberation Serif" w:hAnsi="Liberation Serif" w:eastAsia="Liberation Serif"/>
      <w:sz w:val="18"/>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criptureReference">
    <w:name w:val="Scripture Reference"/>
    <w:pPr>
      <w:keepNext/>
      <w:spacing w:before="140" w:after="40"/>
    </w:pPr>
    <w:rPr>
      <w:rFonts w:ascii="Liberation Sans" w:hAnsi="Liberation Sans" w:eastAsia="Liberation Sans"/>
      <w:b/>
      <w:color w:val="18324A"/>
      <w:sz w:val="22"/>
    </w:rPr>
  </w:style>
  <w:style w:type="paragraph" w:customStyle="1" w:styleId="ScriptureText">
    <w:name w:val="Scripture Text"/>
    <w:pPr>
      <w:spacing w:after="60" w:line="240" w:lineRule="auto"/>
      <w:ind w:left="115" w:right="29"/>
    </w:pPr>
    <w:rPr>
      <w:rFonts w:ascii="Liberation Serif" w:hAnsi="Liberation Serif" w:eastAsia="Liberation Serif"/>
      <w:color w:val="20262E"/>
      <w:sz w:val="18"/>
    </w:rPr>
  </w:style>
  <w:style w:type="paragraph" w:customStyle="1" w:styleId="EvidenceTag">
    <w:name w:val="Evidence Tag"/>
    <w:pPr>
      <w:keepNext/>
      <w:spacing w:after="40"/>
    </w:pPr>
    <w:rPr>
      <w:rFonts w:ascii="Liberation Sans" w:hAnsi="Liberation Sans" w:eastAsia="Liberation Sans"/>
      <w:i/>
      <w:color w:val="65717E"/>
      <w:sz w:val="15"/>
    </w:rPr>
  </w:style>
  <w:style w:type="paragraph" w:customStyle="1" w:styleId="Guidance">
    <w:name w:val="Guidance"/>
    <w:pPr>
      <w:spacing w:after="40" w:line="240" w:lineRule="auto"/>
      <w:ind w:left="115"/>
    </w:pPr>
    <w:rPr>
      <w:rFonts w:ascii="Liberation Sans" w:hAnsi="Liberation Sans" w:eastAsia="Liberation Sans"/>
      <w:color w:val="20262E"/>
      <w:sz w:val="17"/>
    </w:rPr>
  </w:style>
  <w:style w:type="paragraph" w:customStyle="1" w:styleId="SmallNote">
    <w:name w:val="Small Note"/>
    <w:pPr>
      <w:spacing w:after="60"/>
    </w:pPr>
    <w:rPr>
      <w:rFonts w:ascii="Liberation Sans" w:hAnsi="Liberation Sans" w:eastAsia="Liberation Sans"/>
      <w:color w:val="65717E"/>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lakehamiltonbiblecamp.com/spiritual-warfare/" TargetMode="External"/><Relationship Id="rId12" Type="http://schemas.openxmlformats.org/officeDocument/2006/relationships/hyperlink" Target="https://lhbconline.com/win-worley/" TargetMode="External"/><Relationship Id="rId13" Type="http://schemas.openxmlformats.org/officeDocument/2006/relationships/hyperlink" Target="https://lhbconline.com/marcus-haggard/" TargetMode="External"/><Relationship Id="rId14" Type="http://schemas.openxmlformats.org/officeDocument/2006/relationships/hyperlink" Target="https://lhbconline.com/frank-ida-mae-hammond/" TargetMode="External"/><Relationship Id="rId15" Type="http://schemas.openxmlformats.org/officeDocument/2006/relationships/hyperlink" Target="https://lhbconline.com/phillip-morris/" TargetMode="External"/><Relationship Id="rId16" Type="http://schemas.openxmlformats.org/officeDocument/2006/relationships/hyperlink" Target="https://lhbconline.com/the-deliverance-manual/" TargetMode="External"/><Relationship Id="rId17" Type="http://schemas.openxmlformats.org/officeDocument/2006/relationships/hyperlink" Target="https://lhbconline.com/deliverance-prayers/" TargetMode="External"/><Relationship Id="rId18" Type="http://schemas.openxmlformats.org/officeDocument/2006/relationships/hyperlink" Target="https://www.derekprince.com/cards/c-pc03-100" TargetMode="External"/><Relationship Id="rId19" Type="http://schemas.openxmlformats.org/officeDocument/2006/relationships/hyperlink" Target="https://www.derekprince.com/cards/c-pc04-100" TargetMode="External"/><Relationship Id="rId20" Type="http://schemas.openxmlformats.org/officeDocument/2006/relationships/hyperlink" Target="https://www.derekprince.com/sermons/25" TargetMode="External"/><Relationship Id="rId21" Type="http://schemas.openxmlformats.org/officeDocument/2006/relationships/hyperlink" Target="https://www.derekprince.com/sermons/395" TargetMode="External"/><Relationship Id="rId22" Type="http://schemas.openxmlformats.org/officeDocument/2006/relationships/hyperlink" Target="https://www.impactchristianbooks.com/product-page/pigs-in-the-parlor" TargetMode="External"/><Relationship Id="rId23" Type="http://schemas.openxmlformats.org/officeDocument/2006/relationships/hyperlink" Target="https://www.impactchristianbooks.com/product-page/audio-cd-discerning-of-spirits-1-cd" TargetMode="External"/><Relationship Id="rId24" Type="http://schemas.openxmlformats.org/officeDocument/2006/relationships/hyperlink" Target="https://www.doveministries.com/free-media-listing/ministering-healing-and-deliverance/" TargetMode="External"/><Relationship Id="rId25" Type="http://schemas.openxmlformats.org/officeDocument/2006/relationships/hyperlink" Target="https://us.store.ellel.org/product/healing-through-deliverance-the-foundation-and-practice-of-deliverance-ministry/" TargetMode="External"/><Relationship Id="rId26" Type="http://schemas.openxmlformats.org/officeDocument/2006/relationships/hyperlink" Target="https://freedominchrist.com/" TargetMode="External"/><Relationship Id="rId27" Type="http://schemas.openxmlformats.org/officeDocument/2006/relationships/hyperlink" Target="https://mikeconnellministries.com/sets/4/Deliverance-and-Healing.aspx" TargetMode="External"/><Relationship Id="rId28" Type="http://schemas.openxmlformats.org/officeDocument/2006/relationships/hyperlink" Target="https://faithgateway.com/products/the-handbook-for-spiritual-warfare-revised-updated" TargetMode="External"/><Relationship Id="rId29" Type="http://schemas.openxmlformats.org/officeDocument/2006/relationships/hyperlink" Target="https://books.apple.com/us/book/defeating-dark-angels/id1154368815" TargetMode="External"/><Relationship Id="rId30" Type="http://schemas.openxmlformats.org/officeDocument/2006/relationships/hyperlink" Target="https://bibleengine.org/" TargetMode="External"/><Relationship Id="rId31" Type="http://schemas.openxmlformats.org/officeDocument/2006/relationships/hyperlink" Target="https://github.com/renniemaharaj/kjv-bib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Spiritual Warfare &amp; Deliverance Scripture Manual</dc:title>
  <dc:subject>Verified research edition: Scripture concordance, ministry-use field guide, source ledger, and safety framework</dc:subject>
  <dc:creator>Kunida Designs Research</dc:creator>
  <cp:keywords>spiritual warfare, deliverance, scripture, KJV, Derek Prince, Win Worley, Frank Hammond, Lake Hamilton Bible Camp</cp:keywords>
  <dc:description>Rebuilt and verified from surviving research data in August 2026.</dc:description>
  <cp:lastModifiedBy/>
  <cp:revision>1</cp:revision>
  <dcterms:created xsi:type="dcterms:W3CDTF">2013-12-23T23:15:00Z</dcterms:created>
  <dcterms:modified xsi:type="dcterms:W3CDTF">2013-12-23T23:15:00Z</dcterms:modified>
  <cp:category/>
</cp:coreProperties>
</file>